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2F62" w:rsidRPr="00116990" w:rsidRDefault="00116990" w:rsidP="00116990">
      <w:pPr>
        <w:spacing w:after="0"/>
        <w:jc w:val="center"/>
        <w:rPr>
          <w:rFonts w:ascii="Arial" w:hAnsi="Arial"/>
          <w:b/>
          <w:bCs/>
          <w:sz w:val="40"/>
          <w:szCs w:val="40"/>
        </w:rPr>
      </w:pPr>
      <w:r w:rsidRPr="00116990">
        <w:rPr>
          <w:rFonts w:ascii="Arial" w:hAnsi="Arial"/>
          <w:b/>
          <w:bCs/>
          <w:sz w:val="40"/>
          <w:szCs w:val="40"/>
        </w:rPr>
        <w:t>Heart: Histology and Physiology</w:t>
      </w:r>
    </w:p>
    <w:p w:rsidR="00116990" w:rsidRDefault="00116990">
      <w:pPr>
        <w:spacing w:after="0"/>
      </w:pPr>
    </w:p>
    <w:p w:rsidR="00D12F62" w:rsidRDefault="00D12F62">
      <w:pPr>
        <w:spacing w:after="0"/>
      </w:pPr>
    </w:p>
    <w:p w:rsidR="00D12F62" w:rsidRDefault="00BD3B96">
      <w:pPr>
        <w:spacing w:after="0"/>
        <w:rPr>
          <w:rFonts w:ascii="Arial" w:hAnsi="Arial"/>
        </w:rPr>
      </w:pPr>
      <w:r>
        <w:rPr>
          <w:rFonts w:ascii="Arial" w:hAnsi="Arial"/>
          <w:b/>
          <w:bCs/>
          <w:u w:val="single"/>
        </w:rPr>
        <w:t>Cardiac Muscle</w:t>
      </w:r>
    </w:p>
    <w:p w:rsidR="00BD3B96" w:rsidRPr="00E65CFF" w:rsidRDefault="00E640C0" w:rsidP="00E65CFF">
      <w:pPr>
        <w:spacing w:after="0"/>
        <w:rPr>
          <w:rFonts w:ascii="Arial" w:hAnsi="Arial" w:cs="Arial"/>
        </w:rPr>
      </w:pPr>
      <w:r w:rsidRPr="00E65CFF">
        <w:rPr>
          <w:rFonts w:ascii="Arial" w:hAnsi="Arial" w:cs="Arial"/>
        </w:rPr>
        <w:t>Cardiac muscle cells are very similar to skeletal muscle cells. However, there are a few differences;</w:t>
      </w:r>
    </w:p>
    <w:p w:rsidR="003339BE" w:rsidRPr="00E65CFF" w:rsidRDefault="00E640C0" w:rsidP="003006E9">
      <w:pPr>
        <w:pStyle w:val="ListParagraph"/>
        <w:numPr>
          <w:ilvl w:val="0"/>
          <w:numId w:val="7"/>
        </w:numPr>
        <w:spacing w:after="0"/>
        <w:rPr>
          <w:rFonts w:ascii="Arial" w:hAnsi="Arial" w:cs="Arial"/>
        </w:rPr>
      </w:pPr>
      <w:r w:rsidRPr="00E65CFF">
        <w:rPr>
          <w:rFonts w:ascii="Arial" w:hAnsi="Arial" w:cs="Arial"/>
        </w:rPr>
        <w:t>A skeletal muscle fiber or cell is a long cylinder that runs the length of the entire muscle, whereas cardiac muscle cells</w:t>
      </w:r>
      <w:r w:rsidR="003339BE" w:rsidRPr="00E65CFF">
        <w:rPr>
          <w:rFonts w:ascii="Arial" w:hAnsi="Arial" w:cs="Arial"/>
        </w:rPr>
        <w:t xml:space="preserve">; </w:t>
      </w:r>
    </w:p>
    <w:p w:rsidR="00E640C0" w:rsidRPr="00E65CFF" w:rsidRDefault="00E640C0" w:rsidP="003006E9">
      <w:pPr>
        <w:pStyle w:val="ListParagraph"/>
        <w:numPr>
          <w:ilvl w:val="0"/>
          <w:numId w:val="8"/>
        </w:numPr>
        <w:spacing w:after="0"/>
        <w:rPr>
          <w:rFonts w:ascii="Arial" w:hAnsi="Arial" w:cs="Arial"/>
        </w:rPr>
      </w:pPr>
      <w:r w:rsidRPr="00E65CFF">
        <w:rPr>
          <w:rFonts w:ascii="Arial" w:hAnsi="Arial" w:cs="Arial"/>
        </w:rPr>
        <w:t>are elongated and branching</w:t>
      </w:r>
    </w:p>
    <w:p w:rsidR="008669D7" w:rsidRPr="00E65CFF" w:rsidRDefault="008669D7" w:rsidP="003006E9">
      <w:pPr>
        <w:pStyle w:val="ListParagraph"/>
        <w:numPr>
          <w:ilvl w:val="0"/>
          <w:numId w:val="8"/>
        </w:numPr>
        <w:spacing w:after="0"/>
        <w:rPr>
          <w:rFonts w:ascii="Arial" w:hAnsi="Arial" w:cs="Arial"/>
        </w:rPr>
      </w:pPr>
      <w:r w:rsidRPr="00E65CFF">
        <w:rPr>
          <w:rFonts w:ascii="Arial" w:hAnsi="Arial" w:cs="Arial"/>
        </w:rPr>
        <w:t xml:space="preserve">Do not run the entire length of the cell </w:t>
      </w:r>
    </w:p>
    <w:p w:rsidR="008669D7" w:rsidRPr="00E65CFF" w:rsidRDefault="00E03347" w:rsidP="003006E9">
      <w:pPr>
        <w:pStyle w:val="ListParagraph"/>
        <w:numPr>
          <w:ilvl w:val="0"/>
          <w:numId w:val="8"/>
        </w:numPr>
        <w:spacing w:after="0"/>
        <w:rPr>
          <w:rFonts w:ascii="Arial" w:hAnsi="Arial" w:cs="Arial"/>
        </w:rPr>
      </w:pPr>
      <w:r w:rsidRPr="00E65CFF">
        <w:rPr>
          <w:rFonts w:ascii="Arial" w:hAnsi="Arial" w:cs="Arial"/>
        </w:rPr>
        <w:t>Instead, they are q</w:t>
      </w:r>
      <w:r w:rsidR="008669D7" w:rsidRPr="00E65CFF">
        <w:rPr>
          <w:rFonts w:ascii="Arial" w:hAnsi="Arial" w:cs="Arial"/>
        </w:rPr>
        <w:t xml:space="preserve">uite a bit shorter and connect together </w:t>
      </w:r>
      <w:r w:rsidR="00C17EF0" w:rsidRPr="00E65CFF">
        <w:rPr>
          <w:rFonts w:ascii="Arial" w:hAnsi="Arial" w:cs="Arial"/>
        </w:rPr>
        <w:t xml:space="preserve">in </w:t>
      </w:r>
      <w:r w:rsidR="008669D7" w:rsidRPr="00E65CFF">
        <w:rPr>
          <w:rFonts w:ascii="Arial" w:hAnsi="Arial" w:cs="Arial"/>
        </w:rPr>
        <w:t xml:space="preserve">series </w:t>
      </w:r>
    </w:p>
    <w:p w:rsidR="00B95A55" w:rsidRPr="00E65CFF" w:rsidRDefault="00B95A55" w:rsidP="003006E9">
      <w:pPr>
        <w:pStyle w:val="ListParagraph"/>
        <w:numPr>
          <w:ilvl w:val="0"/>
          <w:numId w:val="7"/>
        </w:numPr>
        <w:spacing w:after="0"/>
        <w:rPr>
          <w:rFonts w:ascii="Arial" w:hAnsi="Arial" w:cs="Arial"/>
        </w:rPr>
      </w:pPr>
      <w:r w:rsidRPr="00E65CFF">
        <w:rPr>
          <w:rFonts w:ascii="Arial" w:hAnsi="Arial" w:cs="Arial"/>
        </w:rPr>
        <w:t>In skeletal muscle, the nuclei are found just underneath the sarcolemma and their multi</w:t>
      </w:r>
      <w:r w:rsidR="003339BE" w:rsidRPr="00E65CFF">
        <w:rPr>
          <w:rFonts w:ascii="Arial" w:hAnsi="Arial" w:cs="Arial"/>
        </w:rPr>
        <w:t>nuclear cells</w:t>
      </w:r>
      <w:r w:rsidR="00F66F0E" w:rsidRPr="00E65CFF">
        <w:rPr>
          <w:rFonts w:ascii="Arial" w:hAnsi="Arial" w:cs="Arial"/>
        </w:rPr>
        <w:t xml:space="preserve">, so one fiber has many nuclei </w:t>
      </w:r>
    </w:p>
    <w:p w:rsidR="00C17EF0" w:rsidRPr="00822AFA" w:rsidRDefault="00B95A55" w:rsidP="003006E9">
      <w:pPr>
        <w:pStyle w:val="ListParagraph"/>
        <w:numPr>
          <w:ilvl w:val="0"/>
          <w:numId w:val="9"/>
        </w:numPr>
        <w:spacing w:after="0"/>
        <w:rPr>
          <w:rFonts w:ascii="Arial" w:hAnsi="Arial" w:cs="Arial"/>
        </w:rPr>
      </w:pPr>
      <w:r w:rsidRPr="00822AFA">
        <w:rPr>
          <w:rFonts w:ascii="Arial" w:hAnsi="Arial" w:cs="Arial"/>
        </w:rPr>
        <w:t>Nuclei are centrally located</w:t>
      </w:r>
    </w:p>
    <w:p w:rsidR="00C17EF0" w:rsidRPr="00822AFA" w:rsidRDefault="00C17EF0" w:rsidP="003006E9">
      <w:pPr>
        <w:pStyle w:val="ListParagraph"/>
        <w:numPr>
          <w:ilvl w:val="0"/>
          <w:numId w:val="10"/>
        </w:numPr>
        <w:spacing w:after="0"/>
        <w:rPr>
          <w:rFonts w:ascii="Arial" w:hAnsi="Arial" w:cs="Arial"/>
        </w:rPr>
      </w:pPr>
      <w:r w:rsidRPr="00822AFA">
        <w:rPr>
          <w:rFonts w:ascii="Arial" w:hAnsi="Arial" w:cs="Arial"/>
        </w:rPr>
        <w:t xml:space="preserve">Part of the reason for this is that there are not as many myofibrils within a cardiac muscle cell as there are in a skeletal muscle cell </w:t>
      </w:r>
    </w:p>
    <w:p w:rsidR="00C17EF0" w:rsidRPr="00822AFA" w:rsidRDefault="00C17EF0" w:rsidP="003006E9">
      <w:pPr>
        <w:pStyle w:val="ListParagraph"/>
        <w:numPr>
          <w:ilvl w:val="0"/>
          <w:numId w:val="10"/>
        </w:numPr>
        <w:spacing w:after="0"/>
        <w:rPr>
          <w:rFonts w:ascii="Arial" w:hAnsi="Arial" w:cs="Arial"/>
        </w:rPr>
      </w:pPr>
      <w:r w:rsidRPr="00822AFA">
        <w:rPr>
          <w:rFonts w:ascii="Arial" w:hAnsi="Arial" w:cs="Arial"/>
        </w:rPr>
        <w:t>In a skeletal muscle cells, the myofibrils were the reason the nucleus were pushed towards the sides</w:t>
      </w:r>
      <w:r w:rsidR="00100419" w:rsidRPr="00822AFA">
        <w:rPr>
          <w:rFonts w:ascii="Arial" w:hAnsi="Arial" w:cs="Arial"/>
        </w:rPr>
        <w:t xml:space="preserve"> – We did not want them to interfere with the myofibrils in the sarcomeres</w:t>
      </w:r>
      <w:r w:rsidR="00777834" w:rsidRPr="00822AFA">
        <w:rPr>
          <w:rFonts w:ascii="Arial" w:hAnsi="Arial" w:cs="Arial"/>
        </w:rPr>
        <w:t xml:space="preserve">, and the ability for those to shorten </w:t>
      </w:r>
    </w:p>
    <w:p w:rsidR="00777834" w:rsidRPr="00822AFA" w:rsidRDefault="00777834" w:rsidP="003006E9">
      <w:pPr>
        <w:pStyle w:val="ListParagraph"/>
        <w:numPr>
          <w:ilvl w:val="0"/>
          <w:numId w:val="10"/>
        </w:numPr>
        <w:spacing w:after="0"/>
        <w:rPr>
          <w:rFonts w:ascii="Arial" w:hAnsi="Arial" w:cs="Arial"/>
        </w:rPr>
      </w:pPr>
      <w:r w:rsidRPr="00822AFA">
        <w:rPr>
          <w:rFonts w:ascii="Arial" w:hAnsi="Arial" w:cs="Arial"/>
        </w:rPr>
        <w:t xml:space="preserve">Because there are few myofibrils within each cardiac muscle cell, the nucleus being central is not a big issue </w:t>
      </w:r>
    </w:p>
    <w:p w:rsidR="00777834" w:rsidRPr="00822AFA" w:rsidRDefault="00777834" w:rsidP="003006E9">
      <w:pPr>
        <w:pStyle w:val="ListParagraph"/>
        <w:numPr>
          <w:ilvl w:val="0"/>
          <w:numId w:val="10"/>
        </w:numPr>
        <w:spacing w:after="0"/>
        <w:rPr>
          <w:rFonts w:ascii="Arial" w:hAnsi="Arial" w:cs="Arial"/>
        </w:rPr>
      </w:pPr>
      <w:r w:rsidRPr="00822AFA">
        <w:rPr>
          <w:rFonts w:ascii="Arial" w:hAnsi="Arial" w:cs="Arial"/>
        </w:rPr>
        <w:t xml:space="preserve">The myofibril </w:t>
      </w:r>
      <w:proofErr w:type="gramStart"/>
      <w:r w:rsidRPr="00822AFA">
        <w:rPr>
          <w:rFonts w:ascii="Arial" w:hAnsi="Arial" w:cs="Arial"/>
        </w:rPr>
        <w:t>are</w:t>
      </w:r>
      <w:proofErr w:type="gramEnd"/>
      <w:r w:rsidRPr="00822AFA">
        <w:rPr>
          <w:rFonts w:ascii="Arial" w:hAnsi="Arial" w:cs="Arial"/>
        </w:rPr>
        <w:t xml:space="preserve"> not as highly organized as in skeletal muscle either </w:t>
      </w:r>
    </w:p>
    <w:p w:rsidR="00777834" w:rsidRPr="00822AFA" w:rsidRDefault="00777834" w:rsidP="003006E9">
      <w:pPr>
        <w:pStyle w:val="ListParagraph"/>
        <w:numPr>
          <w:ilvl w:val="0"/>
          <w:numId w:val="10"/>
        </w:numPr>
        <w:spacing w:after="0"/>
        <w:rPr>
          <w:rFonts w:ascii="Arial" w:hAnsi="Arial" w:cs="Arial"/>
        </w:rPr>
      </w:pPr>
      <w:r w:rsidRPr="00822AFA">
        <w:rPr>
          <w:rFonts w:ascii="Arial" w:hAnsi="Arial" w:cs="Arial"/>
        </w:rPr>
        <w:t xml:space="preserve">Because of all the branching and </w:t>
      </w:r>
      <w:r w:rsidR="000238A4" w:rsidRPr="00822AFA">
        <w:rPr>
          <w:rFonts w:ascii="Arial" w:hAnsi="Arial" w:cs="Arial"/>
        </w:rPr>
        <w:t>organization,</w:t>
      </w:r>
      <w:r w:rsidRPr="00822AFA">
        <w:rPr>
          <w:rFonts w:ascii="Arial" w:hAnsi="Arial" w:cs="Arial"/>
        </w:rPr>
        <w:t xml:space="preserve"> we have in cardiac muscle cells, the striations/bands created by the sarcomeres within myofibrils are not as clear as what is seen in skeletal muscle </w:t>
      </w:r>
    </w:p>
    <w:p w:rsidR="000238A4" w:rsidRPr="00822AFA" w:rsidRDefault="000238A4" w:rsidP="003006E9">
      <w:pPr>
        <w:pStyle w:val="ListParagraph"/>
        <w:numPr>
          <w:ilvl w:val="0"/>
          <w:numId w:val="7"/>
        </w:numPr>
        <w:spacing w:after="0"/>
        <w:rPr>
          <w:rFonts w:ascii="Arial" w:hAnsi="Arial" w:cs="Arial"/>
        </w:rPr>
      </w:pPr>
      <w:r w:rsidRPr="00822AFA">
        <w:rPr>
          <w:rFonts w:ascii="Arial" w:hAnsi="Arial" w:cs="Arial"/>
        </w:rPr>
        <w:t xml:space="preserve">Review: Because we have myofibrils, the main contractile proteins are the same as in skeletal muscle </w:t>
      </w:r>
    </w:p>
    <w:p w:rsidR="000238A4" w:rsidRPr="00822AFA" w:rsidRDefault="000238A4" w:rsidP="003006E9">
      <w:pPr>
        <w:pStyle w:val="ListParagraph"/>
        <w:numPr>
          <w:ilvl w:val="0"/>
          <w:numId w:val="9"/>
        </w:numPr>
        <w:spacing w:after="0"/>
        <w:rPr>
          <w:rFonts w:ascii="Arial" w:hAnsi="Arial" w:cs="Arial"/>
        </w:rPr>
      </w:pPr>
      <w:r w:rsidRPr="00822AFA">
        <w:rPr>
          <w:rFonts w:ascii="Arial" w:hAnsi="Arial" w:cs="Arial"/>
        </w:rPr>
        <w:t>Actin and myosin – Form sarcomeres</w:t>
      </w:r>
    </w:p>
    <w:p w:rsidR="000238A4" w:rsidRPr="00822AFA" w:rsidRDefault="000238A4" w:rsidP="003006E9">
      <w:pPr>
        <w:pStyle w:val="ListParagraph"/>
        <w:numPr>
          <w:ilvl w:val="0"/>
          <w:numId w:val="9"/>
        </w:numPr>
        <w:spacing w:after="0"/>
        <w:rPr>
          <w:rFonts w:ascii="Arial" w:hAnsi="Arial" w:cs="Arial"/>
        </w:rPr>
      </w:pPr>
      <w:r w:rsidRPr="00822AFA">
        <w:rPr>
          <w:rFonts w:ascii="Arial" w:hAnsi="Arial" w:cs="Arial"/>
        </w:rPr>
        <w:t xml:space="preserve">Have cross bridge cycling </w:t>
      </w:r>
    </w:p>
    <w:p w:rsidR="000238A4" w:rsidRPr="00822AFA" w:rsidRDefault="000238A4" w:rsidP="003006E9">
      <w:pPr>
        <w:pStyle w:val="ListParagraph"/>
        <w:numPr>
          <w:ilvl w:val="0"/>
          <w:numId w:val="9"/>
        </w:numPr>
        <w:spacing w:after="0"/>
        <w:rPr>
          <w:rFonts w:ascii="Arial" w:hAnsi="Arial" w:cs="Arial"/>
        </w:rPr>
      </w:pPr>
      <w:r w:rsidRPr="00822AFA">
        <w:rPr>
          <w:rFonts w:ascii="Arial" w:hAnsi="Arial" w:cs="Arial"/>
        </w:rPr>
        <w:t xml:space="preserve">Have sliding filament theory </w:t>
      </w:r>
    </w:p>
    <w:p w:rsidR="00F43A5F" w:rsidRPr="00822AFA" w:rsidRDefault="00F43A5F" w:rsidP="003006E9">
      <w:pPr>
        <w:pStyle w:val="ListParagraph"/>
        <w:numPr>
          <w:ilvl w:val="0"/>
          <w:numId w:val="9"/>
        </w:numPr>
        <w:spacing w:after="0"/>
        <w:rPr>
          <w:rFonts w:ascii="Arial" w:hAnsi="Arial" w:cs="Arial"/>
        </w:rPr>
      </w:pPr>
      <w:r w:rsidRPr="00822AFA">
        <w:rPr>
          <w:rFonts w:ascii="Arial" w:hAnsi="Arial" w:cs="Arial"/>
        </w:rPr>
        <w:t xml:space="preserve">Plasma membrane = sarcolemma (plasma membrane of a muscle cell) </w:t>
      </w:r>
    </w:p>
    <w:p w:rsidR="001B7C92" w:rsidRPr="00822AFA" w:rsidRDefault="001B7C92" w:rsidP="003006E9">
      <w:pPr>
        <w:pStyle w:val="ListParagraph"/>
        <w:numPr>
          <w:ilvl w:val="0"/>
          <w:numId w:val="9"/>
        </w:numPr>
        <w:spacing w:after="0"/>
        <w:rPr>
          <w:rFonts w:ascii="Arial" w:hAnsi="Arial" w:cs="Arial"/>
        </w:rPr>
      </w:pPr>
      <w:r w:rsidRPr="00822AFA">
        <w:rPr>
          <w:rFonts w:ascii="Arial" w:hAnsi="Arial" w:cs="Arial"/>
        </w:rPr>
        <w:t xml:space="preserve">Within the sarcolemma, there are openings for the transverse tubules </w:t>
      </w:r>
    </w:p>
    <w:p w:rsidR="001B7C92" w:rsidRPr="00822AFA" w:rsidRDefault="001B7C92" w:rsidP="003006E9">
      <w:pPr>
        <w:pStyle w:val="ListParagraph"/>
        <w:numPr>
          <w:ilvl w:val="0"/>
          <w:numId w:val="9"/>
        </w:numPr>
        <w:spacing w:after="0"/>
        <w:rPr>
          <w:rFonts w:ascii="Arial" w:hAnsi="Arial" w:cs="Arial"/>
        </w:rPr>
      </w:pPr>
      <w:r w:rsidRPr="00822AFA">
        <w:rPr>
          <w:rFonts w:ascii="Arial" w:hAnsi="Arial" w:cs="Arial"/>
        </w:rPr>
        <w:t xml:space="preserve">Transverse tubules ~ </w:t>
      </w:r>
      <w:r w:rsidRPr="00822AFA">
        <w:rPr>
          <w:rFonts w:ascii="Arial" w:hAnsi="Arial"/>
        </w:rPr>
        <w:t>evaginations of the sarcolemma that allow for action potentials to move down within or into the cell</w:t>
      </w:r>
    </w:p>
    <w:p w:rsidR="001B7C92" w:rsidRPr="00822AFA" w:rsidRDefault="001B7C92" w:rsidP="003006E9">
      <w:pPr>
        <w:pStyle w:val="ListParagraph"/>
        <w:numPr>
          <w:ilvl w:val="0"/>
          <w:numId w:val="9"/>
        </w:numPr>
        <w:spacing w:after="0"/>
        <w:rPr>
          <w:rFonts w:ascii="Arial" w:hAnsi="Arial" w:cs="Arial"/>
        </w:rPr>
      </w:pPr>
      <w:r w:rsidRPr="00822AFA">
        <w:rPr>
          <w:rFonts w:ascii="Arial" w:hAnsi="Arial"/>
        </w:rPr>
        <w:t>The transverse tubules are not organized quite as regularly as they are in skeletal muscle - A little bit more random and fewer in number</w:t>
      </w:r>
    </w:p>
    <w:p w:rsidR="00F66F0E" w:rsidRPr="00822AFA" w:rsidRDefault="00B95A55" w:rsidP="003006E9">
      <w:pPr>
        <w:pStyle w:val="ListParagraph"/>
        <w:numPr>
          <w:ilvl w:val="0"/>
          <w:numId w:val="7"/>
        </w:numPr>
        <w:spacing w:after="0"/>
        <w:rPr>
          <w:rFonts w:ascii="Arial" w:hAnsi="Arial" w:cs="Arial"/>
        </w:rPr>
      </w:pPr>
      <w:r w:rsidRPr="00822AFA">
        <w:rPr>
          <w:rFonts w:ascii="Arial" w:hAnsi="Arial" w:cs="Arial"/>
        </w:rPr>
        <w:t xml:space="preserve">Very few nuclei </w:t>
      </w:r>
      <w:r w:rsidR="00F66F0E" w:rsidRPr="00822AFA">
        <w:rPr>
          <w:rFonts w:ascii="Arial" w:hAnsi="Arial" w:cs="Arial"/>
        </w:rPr>
        <w:t xml:space="preserve">per cell </w:t>
      </w:r>
      <w:r w:rsidRPr="00822AFA">
        <w:rPr>
          <w:rFonts w:ascii="Arial" w:hAnsi="Arial" w:cs="Arial"/>
        </w:rPr>
        <w:t>compared to skeletal muscle</w:t>
      </w:r>
    </w:p>
    <w:p w:rsidR="00B95A55" w:rsidRPr="00822AFA" w:rsidRDefault="00C17EF0" w:rsidP="003006E9">
      <w:pPr>
        <w:pStyle w:val="ListParagraph"/>
        <w:numPr>
          <w:ilvl w:val="0"/>
          <w:numId w:val="11"/>
        </w:numPr>
        <w:spacing w:after="0"/>
        <w:rPr>
          <w:rFonts w:ascii="Arial" w:hAnsi="Arial" w:cs="Arial"/>
        </w:rPr>
      </w:pPr>
      <w:r w:rsidRPr="00822AFA">
        <w:rPr>
          <w:rFonts w:ascii="Arial" w:hAnsi="Arial" w:cs="Arial"/>
        </w:rPr>
        <w:t>Typically,</w:t>
      </w:r>
      <w:r w:rsidR="00F66F0E" w:rsidRPr="00822AFA">
        <w:rPr>
          <w:rFonts w:ascii="Arial" w:hAnsi="Arial" w:cs="Arial"/>
        </w:rPr>
        <w:t xml:space="preserve"> 1-2 nuclei</w:t>
      </w:r>
    </w:p>
    <w:p w:rsidR="00B81B00" w:rsidRPr="00822AFA" w:rsidRDefault="00B81B00" w:rsidP="003006E9">
      <w:pPr>
        <w:pStyle w:val="ListParagraph"/>
        <w:numPr>
          <w:ilvl w:val="0"/>
          <w:numId w:val="7"/>
        </w:numPr>
        <w:spacing w:after="0"/>
        <w:rPr>
          <w:rFonts w:ascii="Arial" w:hAnsi="Arial" w:cs="Arial"/>
        </w:rPr>
      </w:pPr>
      <w:r w:rsidRPr="00822AFA">
        <w:rPr>
          <w:rFonts w:ascii="Arial" w:hAnsi="Arial" w:cs="Arial"/>
        </w:rPr>
        <w:t xml:space="preserve">The number of mitochondria is different in cardiac muscle compared to skeletal muscle </w:t>
      </w:r>
    </w:p>
    <w:p w:rsidR="00B81B00" w:rsidRPr="00126897" w:rsidRDefault="00B81B00" w:rsidP="003006E9">
      <w:pPr>
        <w:pStyle w:val="ListParagraph"/>
        <w:numPr>
          <w:ilvl w:val="0"/>
          <w:numId w:val="11"/>
        </w:numPr>
        <w:spacing w:after="0"/>
        <w:rPr>
          <w:rFonts w:ascii="Arial" w:hAnsi="Arial" w:cs="Arial"/>
        </w:rPr>
      </w:pPr>
      <w:r w:rsidRPr="00126897">
        <w:rPr>
          <w:rFonts w:ascii="Arial" w:hAnsi="Arial" w:cs="Arial"/>
        </w:rPr>
        <w:t xml:space="preserve">Cardiac </w:t>
      </w:r>
      <w:r w:rsidRPr="00126897">
        <w:rPr>
          <w:rFonts w:ascii="Arial" w:hAnsi="Arial"/>
        </w:rPr>
        <w:t>muscle has a large number of mitochondria</w:t>
      </w:r>
    </w:p>
    <w:p w:rsidR="00B81B00" w:rsidRPr="00126897" w:rsidRDefault="00B81B00" w:rsidP="003006E9">
      <w:pPr>
        <w:pStyle w:val="ListParagraph"/>
        <w:numPr>
          <w:ilvl w:val="0"/>
          <w:numId w:val="12"/>
        </w:numPr>
        <w:spacing w:after="0"/>
        <w:rPr>
          <w:rFonts w:ascii="Arial" w:hAnsi="Arial" w:cs="Arial"/>
        </w:rPr>
      </w:pPr>
      <w:r w:rsidRPr="00126897">
        <w:rPr>
          <w:rFonts w:ascii="Arial" w:hAnsi="Arial"/>
        </w:rPr>
        <w:t>This is because our heart constantly needs to work over our entire lifespan</w:t>
      </w:r>
    </w:p>
    <w:p w:rsidR="00B81B00" w:rsidRPr="00126897" w:rsidRDefault="00B81B00" w:rsidP="003006E9">
      <w:pPr>
        <w:pStyle w:val="ListParagraph"/>
        <w:numPr>
          <w:ilvl w:val="0"/>
          <w:numId w:val="12"/>
        </w:numPr>
        <w:spacing w:after="0"/>
        <w:rPr>
          <w:rFonts w:ascii="Arial" w:hAnsi="Arial" w:cs="Arial"/>
        </w:rPr>
      </w:pPr>
      <w:r w:rsidRPr="00126897">
        <w:rPr>
          <w:rFonts w:ascii="Arial" w:hAnsi="Arial"/>
        </w:rPr>
        <w:t xml:space="preserve">We need to consistently produce ATP in order to keep this muscle constantly going </w:t>
      </w:r>
    </w:p>
    <w:p w:rsidR="0084103F" w:rsidRPr="00126897" w:rsidRDefault="00CA2856" w:rsidP="003006E9">
      <w:pPr>
        <w:pStyle w:val="ListParagraph"/>
        <w:numPr>
          <w:ilvl w:val="0"/>
          <w:numId w:val="7"/>
        </w:numPr>
        <w:spacing w:after="0"/>
        <w:rPr>
          <w:rFonts w:ascii="Arial" w:hAnsi="Arial" w:cs="Arial"/>
        </w:rPr>
      </w:pPr>
      <w:r w:rsidRPr="00126897">
        <w:rPr>
          <w:rFonts w:ascii="Arial" w:hAnsi="Arial" w:cs="Arial"/>
        </w:rPr>
        <w:t xml:space="preserve">One thing </w:t>
      </w:r>
      <w:r w:rsidRPr="00126897">
        <w:rPr>
          <w:rFonts w:ascii="Arial" w:hAnsi="Arial"/>
        </w:rPr>
        <w:t>that's unique to the cardiac muscle = An intercalated disc</w:t>
      </w:r>
    </w:p>
    <w:p w:rsidR="00FA0AAF" w:rsidRPr="00A363B1" w:rsidRDefault="00A363B1" w:rsidP="003006E9">
      <w:pPr>
        <w:pStyle w:val="ListParagraph"/>
        <w:numPr>
          <w:ilvl w:val="0"/>
          <w:numId w:val="11"/>
        </w:numPr>
        <w:spacing w:after="0"/>
        <w:rPr>
          <w:rFonts w:ascii="Arial" w:hAnsi="Arial" w:cs="Arial"/>
        </w:rPr>
      </w:pPr>
      <w:r>
        <w:rPr>
          <w:rFonts w:ascii="Arial" w:hAnsi="Arial" w:cs="Arial"/>
        </w:rPr>
        <w:lastRenderedPageBreak/>
        <w:t>I</w:t>
      </w:r>
      <w:r w:rsidR="00FA0AAF" w:rsidRPr="00A363B1">
        <w:rPr>
          <w:rFonts w:ascii="Arial" w:hAnsi="Arial" w:cs="Arial"/>
        </w:rPr>
        <w:t xml:space="preserve">ntercalated disc ~ Regions </w:t>
      </w:r>
      <w:r w:rsidR="00FA0AAF" w:rsidRPr="00A363B1">
        <w:rPr>
          <w:rFonts w:ascii="Arial" w:hAnsi="Arial"/>
        </w:rPr>
        <w:t>of the plasma membrane where we have specialized cell to cell contacts</w:t>
      </w:r>
    </w:p>
    <w:p w:rsidR="00FA0AAF" w:rsidRPr="005D707B" w:rsidRDefault="00FA0AAF" w:rsidP="003006E9">
      <w:pPr>
        <w:pStyle w:val="ListParagraph"/>
        <w:numPr>
          <w:ilvl w:val="0"/>
          <w:numId w:val="11"/>
        </w:numPr>
        <w:spacing w:after="0"/>
        <w:rPr>
          <w:rFonts w:ascii="Arial" w:hAnsi="Arial" w:cs="Arial"/>
        </w:rPr>
      </w:pPr>
      <w:r w:rsidRPr="005D707B">
        <w:rPr>
          <w:rFonts w:ascii="Arial" w:hAnsi="Arial"/>
        </w:rPr>
        <w:t xml:space="preserve">They are folds in the sarcolemma – Actually holds the cells together  </w:t>
      </w:r>
    </w:p>
    <w:p w:rsidR="00FA0AAF" w:rsidRPr="005D707B" w:rsidRDefault="00FA0AAF" w:rsidP="003006E9">
      <w:pPr>
        <w:pStyle w:val="ListParagraph"/>
        <w:numPr>
          <w:ilvl w:val="0"/>
          <w:numId w:val="13"/>
        </w:numPr>
        <w:spacing w:after="0"/>
        <w:rPr>
          <w:rFonts w:ascii="Arial" w:hAnsi="Arial" w:cs="Arial"/>
        </w:rPr>
      </w:pPr>
      <w:r w:rsidRPr="005D707B">
        <w:rPr>
          <w:rFonts w:ascii="Arial" w:hAnsi="Arial" w:cs="Arial"/>
        </w:rPr>
        <w:t xml:space="preserve">In the image (the wave line) – Little bumps and grooves, on the edge of the cell, are in the sarcolemma and they match with the bumps and groves of the neighboring cardiac muscle cell = Fit together like a lock and key/two puzzle pieces fitting together </w:t>
      </w:r>
    </w:p>
    <w:p w:rsidR="009C7A26" w:rsidRDefault="007056C6" w:rsidP="003006E9">
      <w:pPr>
        <w:pStyle w:val="ListParagraph"/>
        <w:numPr>
          <w:ilvl w:val="0"/>
          <w:numId w:val="13"/>
        </w:numPr>
        <w:spacing w:after="0"/>
      </w:pPr>
      <w:r w:rsidRPr="005D707B">
        <w:rPr>
          <w:rFonts w:ascii="Arial" w:hAnsi="Arial"/>
        </w:rPr>
        <w:t>A</w:t>
      </w:r>
      <w:r w:rsidR="009C7A26" w:rsidRPr="005D707B">
        <w:rPr>
          <w:rFonts w:ascii="Arial" w:hAnsi="Arial"/>
        </w:rPr>
        <w:t xml:space="preserve">llows the cells to be closely held together </w:t>
      </w:r>
    </w:p>
    <w:p w:rsidR="00E52035" w:rsidRPr="003C3235" w:rsidRDefault="00112B3F" w:rsidP="003006E9">
      <w:pPr>
        <w:pStyle w:val="ListParagraph"/>
        <w:numPr>
          <w:ilvl w:val="0"/>
          <w:numId w:val="14"/>
        </w:numPr>
        <w:spacing w:after="0"/>
        <w:rPr>
          <w:rFonts w:ascii="Arial" w:hAnsi="Arial" w:cs="Arial"/>
        </w:rPr>
      </w:pPr>
      <w:r w:rsidRPr="003C3235">
        <w:rPr>
          <w:rFonts w:ascii="Arial" w:hAnsi="Arial" w:cs="Arial"/>
        </w:rPr>
        <w:t xml:space="preserve">Desmosomes ~ Within the intercalated disk region, and they are specialized </w:t>
      </w:r>
      <w:r w:rsidR="00E52035" w:rsidRPr="003C3235">
        <w:rPr>
          <w:rFonts w:ascii="Arial" w:hAnsi="Arial" w:cs="Arial"/>
        </w:rPr>
        <w:t xml:space="preserve">plasma membrane </w:t>
      </w:r>
      <w:r w:rsidRPr="003C3235">
        <w:rPr>
          <w:rFonts w:ascii="Arial" w:hAnsi="Arial" w:cs="Arial"/>
        </w:rPr>
        <w:t>structures that are what hold the cells nicely together</w:t>
      </w:r>
      <w:r w:rsidR="00E52035" w:rsidRPr="003C3235">
        <w:rPr>
          <w:rFonts w:ascii="Arial" w:hAnsi="Arial" w:cs="Arial"/>
        </w:rPr>
        <w:t xml:space="preserve"> (act like staples</w:t>
      </w:r>
      <w:r w:rsidR="00152280" w:rsidRPr="003C3235">
        <w:rPr>
          <w:rFonts w:ascii="Arial" w:hAnsi="Arial" w:cs="Arial"/>
        </w:rPr>
        <w:t xml:space="preserve"> when the muscle fibers are contracting</w:t>
      </w:r>
      <w:r w:rsidR="00E52035" w:rsidRPr="003C3235">
        <w:rPr>
          <w:rFonts w:ascii="Arial" w:hAnsi="Arial" w:cs="Arial"/>
        </w:rPr>
        <w:t>)</w:t>
      </w:r>
      <w:r w:rsidRPr="003C3235">
        <w:rPr>
          <w:rFonts w:ascii="Arial" w:hAnsi="Arial" w:cs="Arial"/>
        </w:rPr>
        <w:t xml:space="preserve">. </w:t>
      </w:r>
    </w:p>
    <w:p w:rsidR="009C7A26" w:rsidRPr="003C3235" w:rsidRDefault="00112B3F" w:rsidP="003006E9">
      <w:pPr>
        <w:pStyle w:val="ListParagraph"/>
        <w:numPr>
          <w:ilvl w:val="0"/>
          <w:numId w:val="15"/>
        </w:numPr>
        <w:spacing w:after="0"/>
        <w:rPr>
          <w:rFonts w:ascii="Arial" w:hAnsi="Arial" w:cs="Arial"/>
        </w:rPr>
      </w:pPr>
      <w:r w:rsidRPr="003C3235">
        <w:rPr>
          <w:rFonts w:ascii="Arial" w:hAnsi="Arial" w:cs="Arial"/>
        </w:rPr>
        <w:t xml:space="preserve">They are important to the functioning of the cardiac muscle cells </w:t>
      </w:r>
    </w:p>
    <w:p w:rsidR="003D21C0" w:rsidRPr="003C3235" w:rsidRDefault="003D21C0" w:rsidP="003006E9">
      <w:pPr>
        <w:pStyle w:val="ListParagraph"/>
        <w:numPr>
          <w:ilvl w:val="0"/>
          <w:numId w:val="15"/>
        </w:numPr>
        <w:spacing w:after="0"/>
        <w:rPr>
          <w:rFonts w:ascii="Arial" w:hAnsi="Arial" w:cs="Arial"/>
        </w:rPr>
      </w:pPr>
      <w:r w:rsidRPr="003C3235">
        <w:rPr>
          <w:rFonts w:ascii="Arial" w:hAnsi="Arial"/>
        </w:rPr>
        <w:t xml:space="preserve">Unlike our skeletal muscle fibers, which run the entire length of the muscle, when the sarcomeres </w:t>
      </w:r>
      <w:r w:rsidR="00543172" w:rsidRPr="003C3235">
        <w:rPr>
          <w:rFonts w:ascii="Arial" w:hAnsi="Arial"/>
        </w:rPr>
        <w:t>contract,</w:t>
      </w:r>
      <w:r w:rsidRPr="003C3235">
        <w:rPr>
          <w:rFonts w:ascii="Arial" w:hAnsi="Arial"/>
        </w:rPr>
        <w:t xml:space="preserve"> they pull on each other in series</w:t>
      </w:r>
    </w:p>
    <w:p w:rsidR="003D21C0" w:rsidRPr="003C3235" w:rsidRDefault="003D21C0" w:rsidP="003006E9">
      <w:pPr>
        <w:pStyle w:val="ListParagraph"/>
        <w:numPr>
          <w:ilvl w:val="0"/>
          <w:numId w:val="15"/>
        </w:numPr>
        <w:spacing w:after="0"/>
        <w:rPr>
          <w:rFonts w:ascii="Arial" w:hAnsi="Arial" w:cs="Arial"/>
        </w:rPr>
      </w:pPr>
      <w:r w:rsidRPr="003C3235">
        <w:rPr>
          <w:rFonts w:ascii="Arial" w:hAnsi="Arial"/>
        </w:rPr>
        <w:t>When the cardiac muscle gets smaller it's pulling within its own cell, but its sarcomeres are not connected to the neighboring sarcomeres in the next cell</w:t>
      </w:r>
    </w:p>
    <w:p w:rsidR="00246EED" w:rsidRPr="003C3235" w:rsidRDefault="003D21C0" w:rsidP="003006E9">
      <w:pPr>
        <w:pStyle w:val="ListParagraph"/>
        <w:numPr>
          <w:ilvl w:val="0"/>
          <w:numId w:val="15"/>
        </w:numPr>
        <w:spacing w:after="0"/>
        <w:rPr>
          <w:rFonts w:ascii="Arial" w:hAnsi="Arial" w:cs="Arial"/>
        </w:rPr>
      </w:pPr>
      <w:r w:rsidRPr="003C3235">
        <w:rPr>
          <w:rFonts w:ascii="Arial" w:hAnsi="Arial"/>
        </w:rPr>
        <w:t xml:space="preserve">Therefore, when it pulls it actually pulls away from the cells beside </w:t>
      </w:r>
      <w:r w:rsidR="00246EED" w:rsidRPr="003C3235">
        <w:rPr>
          <w:rFonts w:ascii="Arial" w:hAnsi="Arial"/>
        </w:rPr>
        <w:t>it</w:t>
      </w:r>
    </w:p>
    <w:p w:rsidR="00D12F62" w:rsidRPr="003C3235" w:rsidRDefault="00246EED" w:rsidP="003006E9">
      <w:pPr>
        <w:pStyle w:val="ListParagraph"/>
        <w:numPr>
          <w:ilvl w:val="0"/>
          <w:numId w:val="15"/>
        </w:numPr>
        <w:spacing w:after="0"/>
        <w:rPr>
          <w:rFonts w:ascii="Arial" w:hAnsi="Arial" w:cs="Arial"/>
        </w:rPr>
      </w:pPr>
      <w:r w:rsidRPr="003C3235">
        <w:rPr>
          <w:rFonts w:ascii="Arial" w:hAnsi="Arial"/>
        </w:rPr>
        <w:t>Therefore,</w:t>
      </w:r>
      <w:r w:rsidR="003D21C0" w:rsidRPr="003C3235">
        <w:rPr>
          <w:rFonts w:ascii="Arial" w:hAnsi="Arial"/>
        </w:rPr>
        <w:t xml:space="preserve"> we need to have these really strong staples or connections in this region of the intercalated disk</w:t>
      </w:r>
      <w:r w:rsidRPr="003C3235">
        <w:rPr>
          <w:rFonts w:ascii="Arial" w:hAnsi="Arial"/>
        </w:rPr>
        <w:t>, so that when we are pulling or shortening the cardiac muscle, it will also pull along with it all of the neighboring cells that it's attached to</w:t>
      </w:r>
    </w:p>
    <w:p w:rsidR="00447FF4" w:rsidRPr="003C3235" w:rsidRDefault="00447FF4" w:rsidP="003006E9">
      <w:pPr>
        <w:pStyle w:val="ListParagraph"/>
        <w:numPr>
          <w:ilvl w:val="0"/>
          <w:numId w:val="14"/>
        </w:numPr>
        <w:spacing w:after="0"/>
        <w:rPr>
          <w:rFonts w:ascii="Arial" w:hAnsi="Arial" w:cs="Arial"/>
        </w:rPr>
      </w:pPr>
      <w:r w:rsidRPr="003C3235">
        <w:rPr>
          <w:rFonts w:ascii="Arial" w:hAnsi="Arial"/>
        </w:rPr>
        <w:t>In addition to the desmosomes, we also have gap junctions which are also found within the intercalated discs</w:t>
      </w:r>
    </w:p>
    <w:p w:rsidR="007A23BE" w:rsidRPr="003C3235" w:rsidRDefault="00447FF4" w:rsidP="003006E9">
      <w:pPr>
        <w:pStyle w:val="ListParagraph"/>
        <w:numPr>
          <w:ilvl w:val="0"/>
          <w:numId w:val="16"/>
        </w:numPr>
        <w:spacing w:after="0"/>
        <w:rPr>
          <w:rFonts w:ascii="Arial" w:hAnsi="Arial" w:cs="Arial"/>
        </w:rPr>
      </w:pPr>
      <w:r w:rsidRPr="003C3235">
        <w:rPr>
          <w:rFonts w:ascii="Arial" w:hAnsi="Arial" w:cs="Arial"/>
        </w:rPr>
        <w:t xml:space="preserve">Gap junctions ~ </w:t>
      </w:r>
      <w:r w:rsidRPr="003C3235">
        <w:rPr>
          <w:rFonts w:ascii="Arial" w:hAnsi="Arial"/>
        </w:rPr>
        <w:t>Where we have electrical synapses, or where we have direct movement of ions from one cell to another cell</w:t>
      </w:r>
    </w:p>
    <w:p w:rsidR="00447FF4" w:rsidRPr="003C3235" w:rsidRDefault="007A23BE" w:rsidP="003006E9">
      <w:pPr>
        <w:pStyle w:val="ListParagraph"/>
        <w:numPr>
          <w:ilvl w:val="0"/>
          <w:numId w:val="17"/>
        </w:numPr>
        <w:spacing w:after="0"/>
        <w:rPr>
          <w:rFonts w:ascii="Arial" w:hAnsi="Arial" w:cs="Arial"/>
        </w:rPr>
      </w:pPr>
      <w:r w:rsidRPr="003C3235">
        <w:rPr>
          <w:rFonts w:ascii="Arial" w:hAnsi="Arial"/>
        </w:rPr>
        <w:t>This allows us to have a direct change in membrane potential from one cell affecting a neighboring cell that it was connected to</w:t>
      </w:r>
    </w:p>
    <w:p w:rsidR="00430B5D" w:rsidRPr="003C3235" w:rsidRDefault="00430B5D" w:rsidP="003006E9">
      <w:pPr>
        <w:pStyle w:val="ListParagraph"/>
        <w:numPr>
          <w:ilvl w:val="0"/>
          <w:numId w:val="17"/>
        </w:numPr>
        <w:spacing w:after="0"/>
        <w:rPr>
          <w:rFonts w:ascii="Arial" w:hAnsi="Arial" w:cs="Arial"/>
        </w:rPr>
      </w:pPr>
      <w:r w:rsidRPr="003C3235">
        <w:rPr>
          <w:rFonts w:ascii="Arial" w:hAnsi="Arial"/>
        </w:rPr>
        <w:t>The purpose of the gap junctions is to make sure that electrically, the cardiac muscle of the atria and the ventricles wind up behaving like a single unit</w:t>
      </w:r>
    </w:p>
    <w:p w:rsidR="006E2C92" w:rsidRPr="003C3235" w:rsidRDefault="006E2C92" w:rsidP="003006E9">
      <w:pPr>
        <w:pStyle w:val="ListParagraph"/>
        <w:numPr>
          <w:ilvl w:val="0"/>
          <w:numId w:val="17"/>
        </w:numPr>
        <w:spacing w:after="0"/>
        <w:rPr>
          <w:rFonts w:ascii="Arial" w:hAnsi="Arial" w:cs="Arial"/>
        </w:rPr>
      </w:pPr>
      <w:r w:rsidRPr="003C3235">
        <w:rPr>
          <w:rFonts w:ascii="Arial" w:hAnsi="Arial"/>
        </w:rPr>
        <w:t xml:space="preserve">The actual muscle fibers between the atria and the ventricles are separated, however there is one connection between the atria and the ventricles that does contain gap junctions </w:t>
      </w:r>
    </w:p>
    <w:p w:rsidR="006E2C92" w:rsidRPr="003C3235" w:rsidRDefault="006E2C92" w:rsidP="003006E9">
      <w:pPr>
        <w:pStyle w:val="ListParagraph"/>
        <w:numPr>
          <w:ilvl w:val="0"/>
          <w:numId w:val="17"/>
        </w:numPr>
        <w:spacing w:after="0"/>
        <w:rPr>
          <w:rFonts w:ascii="Arial" w:hAnsi="Arial" w:cs="Arial"/>
        </w:rPr>
      </w:pPr>
      <w:r w:rsidRPr="003C3235">
        <w:rPr>
          <w:rFonts w:ascii="Arial" w:hAnsi="Arial"/>
        </w:rPr>
        <w:t>This allows the signal to move from the atria into the ventricles</w:t>
      </w:r>
    </w:p>
    <w:p w:rsidR="00893F04" w:rsidRPr="003C3235" w:rsidRDefault="00893F04" w:rsidP="003006E9">
      <w:pPr>
        <w:pStyle w:val="ListParagraph"/>
        <w:numPr>
          <w:ilvl w:val="0"/>
          <w:numId w:val="17"/>
        </w:numPr>
        <w:spacing w:after="0"/>
        <w:rPr>
          <w:rFonts w:ascii="Arial" w:hAnsi="Arial" w:cs="Arial"/>
        </w:rPr>
      </w:pPr>
      <w:r w:rsidRPr="003C3235">
        <w:rPr>
          <w:rFonts w:ascii="Arial" w:hAnsi="Arial"/>
        </w:rPr>
        <w:t>Within the atria, all these fibers are connected to each other</w:t>
      </w:r>
    </w:p>
    <w:p w:rsidR="00893F04" w:rsidRPr="003C3235" w:rsidRDefault="00893F04" w:rsidP="003006E9">
      <w:pPr>
        <w:pStyle w:val="ListParagraph"/>
        <w:numPr>
          <w:ilvl w:val="0"/>
          <w:numId w:val="17"/>
        </w:numPr>
        <w:spacing w:after="0"/>
        <w:rPr>
          <w:rFonts w:ascii="Arial" w:hAnsi="Arial" w:cs="Arial"/>
        </w:rPr>
      </w:pPr>
      <w:r w:rsidRPr="003C3235">
        <w:rPr>
          <w:rFonts w:ascii="Arial" w:hAnsi="Arial" w:cs="Arial"/>
        </w:rPr>
        <w:t xml:space="preserve">Therefore, if we have an action potential moving though this cell, </w:t>
      </w:r>
      <w:r w:rsidRPr="003C3235">
        <w:rPr>
          <w:rFonts w:ascii="Arial" w:hAnsi="Arial"/>
        </w:rPr>
        <w:t>once it hits the gap junctions, it's going to move to the next cell and so on and so forth as it spreads through the entire cardiac muscle</w:t>
      </w:r>
    </w:p>
    <w:p w:rsidR="001D71E5" w:rsidRPr="003C3235" w:rsidRDefault="001D71E5" w:rsidP="003006E9">
      <w:pPr>
        <w:pStyle w:val="ListParagraph"/>
        <w:numPr>
          <w:ilvl w:val="0"/>
          <w:numId w:val="17"/>
        </w:numPr>
        <w:spacing w:after="0"/>
        <w:rPr>
          <w:rFonts w:ascii="Arial" w:hAnsi="Arial" w:cs="Arial"/>
        </w:rPr>
      </w:pPr>
      <w:proofErr w:type="gramStart"/>
      <w:r w:rsidRPr="003C3235">
        <w:rPr>
          <w:rFonts w:ascii="Arial" w:hAnsi="Arial"/>
        </w:rPr>
        <w:t>So</w:t>
      </w:r>
      <w:proofErr w:type="gramEnd"/>
      <w:r w:rsidRPr="003C3235">
        <w:rPr>
          <w:rFonts w:ascii="Arial" w:hAnsi="Arial"/>
        </w:rPr>
        <w:t xml:space="preserve"> this would happen within the atria, and then once it moves through that one specialized region where the atria and the ventricles are connected, it would spread through the ventricles as well </w:t>
      </w:r>
    </w:p>
    <w:p w:rsidR="00D12F62" w:rsidRDefault="00D12F62">
      <w:pPr>
        <w:spacing w:after="0"/>
      </w:pPr>
    </w:p>
    <w:p w:rsidR="00893F04" w:rsidRDefault="00893F04">
      <w:pPr>
        <w:spacing w:after="0"/>
        <w:rPr>
          <w:rFonts w:ascii="Arial" w:hAnsi="Arial"/>
        </w:rPr>
      </w:pPr>
    </w:p>
    <w:p w:rsidR="00D12F62" w:rsidRDefault="00D12F62">
      <w:pPr>
        <w:spacing w:after="0"/>
      </w:pPr>
    </w:p>
    <w:p w:rsidR="001D71E5" w:rsidRDefault="00D637AD">
      <w:pPr>
        <w:spacing w:after="0"/>
        <w:rPr>
          <w:rFonts w:ascii="Arial" w:hAnsi="Arial"/>
        </w:rPr>
      </w:pPr>
      <w:r>
        <w:rPr>
          <w:rFonts w:ascii="Arial" w:hAnsi="Arial"/>
          <w:noProof/>
        </w:rPr>
        <w:lastRenderedPageBreak/>
        <mc:AlternateContent>
          <mc:Choice Requires="wps">
            <w:drawing>
              <wp:anchor distT="0" distB="0" distL="114300" distR="114300" simplePos="0" relativeHeight="251664384" behindDoc="0" locked="0" layoutInCell="1" allowOverlap="1">
                <wp:simplePos x="0" y="0"/>
                <wp:positionH relativeFrom="column">
                  <wp:posOffset>2255575</wp:posOffset>
                </wp:positionH>
                <wp:positionV relativeFrom="paragraph">
                  <wp:posOffset>20459</wp:posOffset>
                </wp:positionV>
                <wp:extent cx="1889539" cy="273878"/>
                <wp:effectExtent l="0" t="0" r="0" b="0"/>
                <wp:wrapNone/>
                <wp:docPr id="7" name="Text Box 7"/>
                <wp:cNvGraphicFramePr/>
                <a:graphic xmlns:a="http://schemas.openxmlformats.org/drawingml/2006/main">
                  <a:graphicData uri="http://schemas.microsoft.com/office/word/2010/wordprocessingShape">
                    <wps:wsp>
                      <wps:cNvSpPr txBox="1"/>
                      <wps:spPr>
                        <a:xfrm>
                          <a:off x="0" y="0"/>
                          <a:ext cx="1889539" cy="273878"/>
                        </a:xfrm>
                        <a:prstGeom prst="rect">
                          <a:avLst/>
                        </a:prstGeom>
                        <a:noFill/>
                        <a:ln w="6350">
                          <a:noFill/>
                        </a:ln>
                      </wps:spPr>
                      <wps:txbx>
                        <w:txbxContent>
                          <w:p w:rsidR="00D637AD" w:rsidRPr="00D637AD" w:rsidRDefault="00D637AD">
                            <w:pPr>
                              <w:rPr>
                                <w:rFonts w:ascii="Arial" w:hAnsi="Arial" w:cs="Arial"/>
                                <w:sz w:val="18"/>
                                <w:szCs w:val="18"/>
                                <w:lang w:val="en-CA"/>
                              </w:rPr>
                            </w:pPr>
                            <w:r w:rsidRPr="00D637AD">
                              <w:rPr>
                                <w:rFonts w:ascii="Arial" w:hAnsi="Arial" w:cs="Arial"/>
                                <w:sz w:val="18"/>
                                <w:szCs w:val="18"/>
                                <w:lang w:val="en-CA"/>
                              </w:rPr>
                              <w:t>Edge of one cardiac muscle cell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177.6pt;margin-top:1.6pt;width:148.8pt;height:21.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" filled="f" stroked="f" strokeweight=".5pt">
                <v:textbox>
                  <w:txbxContent>
                    <w:p w:rsidR="00D637AD" w:rsidRPr="00D637AD" w:rsidRDefault="00D637AD">
                      <w:pPr>
                        <w:rPr>
                          <w:rFonts w:ascii="Arial" w:hAnsi="Arial" w:cs="Arial"/>
                          <w:sz w:val="18"/>
                          <w:szCs w:val="18"/>
                          <w:lang w:val="en-CA"/>
                        </w:rPr>
                      </w:pPr>
                      <w:r w:rsidRPr="00D637AD">
                        <w:rPr>
                          <w:rFonts w:ascii="Arial" w:hAnsi="Arial" w:cs="Arial"/>
                          <w:sz w:val="18"/>
                          <w:szCs w:val="18"/>
                          <w:lang w:val="en-CA"/>
                        </w:rPr>
                        <w:t>Edge of one cardiac muscle cell</w:t>
                      </w:r>
                    </w:p>
                  </w:txbxContent>
                </v:textbox>
              </v:shape>
            </w:pict>
          </mc:Fallback>
        </mc:AlternateContent>
      </w:r>
      <w:r w:rsidR="00E72E5B">
        <w:rPr>
          <w:rFonts w:ascii="Arial" w:hAnsi="Arial"/>
          <w:noProof/>
        </w:rPr>
        <w:drawing>
          <wp:anchor distT="0" distB="0" distL="114300" distR="114300" simplePos="0" relativeHeight="251658240" behindDoc="1" locked="0" layoutInCell="1" allowOverlap="1">
            <wp:simplePos x="0" y="0"/>
            <wp:positionH relativeFrom="column">
              <wp:posOffset>605486</wp:posOffset>
            </wp:positionH>
            <wp:positionV relativeFrom="paragraph">
              <wp:posOffset>110407</wp:posOffset>
            </wp:positionV>
            <wp:extent cx="5265147" cy="2315818"/>
            <wp:effectExtent l="0" t="0" r="0" b="0"/>
            <wp:wrapNone/>
            <wp:docPr id="1" name="Picture 1"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1-15 at 5.04.31 PM.png"/>
                    <pic:cNvPicPr/>
                  </pic:nvPicPr>
                  <pic:blipFill rotWithShape="1">
                    <a:blip r:embed="rId8"/>
                    <a:srcRect l="9784" t="13169" r="11490" b="31429"/>
                    <a:stretch/>
                  </pic:blipFill>
                  <pic:spPr bwMode="auto">
                    <a:xfrm>
                      <a:off x="0" y="0"/>
                      <a:ext cx="5265147" cy="23158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D71E5" w:rsidRDefault="00D637AD">
      <w:pPr>
        <w:spacing w:after="0"/>
        <w:rPr>
          <w:rFonts w:ascii="Arial" w:hAnsi="Arial"/>
        </w:rPr>
      </w:pPr>
      <w:r>
        <w:rPr>
          <w:rFonts w:ascii="Arial" w:hAnsi="Arial"/>
          <w:noProof/>
        </w:rPr>
        <mc:AlternateContent>
          <mc:Choice Requires="wps">
            <w:drawing>
              <wp:anchor distT="0" distB="0" distL="114300" distR="114300" simplePos="0" relativeHeight="251663360" behindDoc="0" locked="0" layoutInCell="1" allowOverlap="1">
                <wp:simplePos x="0" y="0"/>
                <wp:positionH relativeFrom="column">
                  <wp:posOffset>2910509</wp:posOffset>
                </wp:positionH>
                <wp:positionV relativeFrom="paragraph">
                  <wp:posOffset>29457</wp:posOffset>
                </wp:positionV>
                <wp:extent cx="0" cy="580887"/>
                <wp:effectExtent l="50800" t="25400" r="63500" b="67310"/>
                <wp:wrapNone/>
                <wp:docPr id="6" name="Straight Connector 6"/>
                <wp:cNvGraphicFramePr/>
                <a:graphic xmlns:a="http://schemas.openxmlformats.org/drawingml/2006/main">
                  <a:graphicData uri="http://schemas.microsoft.com/office/word/2010/wordprocessingShape">
                    <wps:wsp>
                      <wps:cNvCnPr/>
                      <wps:spPr>
                        <a:xfrm flipV="1">
                          <a:off x="0" y="0"/>
                          <a:ext cx="0" cy="580887"/>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w14:anchorId="350CCD89" id="Straight Connector 6" o:spid="_x0000_s1026" style="position:absolute;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9.15pt,2.3pt" to="229.15pt,48.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" strokecolor="black [3200]" strokeweight="1pt">
                <v:shadow on="t" color="black" opacity="24903f" origin=",.5" offset="0,.55556mm"/>
              </v:line>
            </w:pict>
          </mc:Fallback>
        </mc:AlternateContent>
      </w:r>
    </w:p>
    <w:p w:rsidR="00313CBB" w:rsidRDefault="00313CBB">
      <w:pPr>
        <w:spacing w:after="0"/>
        <w:rPr>
          <w:rFonts w:ascii="Arial" w:hAnsi="Arial"/>
        </w:rPr>
      </w:pPr>
    </w:p>
    <w:p w:rsidR="00313CBB" w:rsidRDefault="00931B26">
      <w:pPr>
        <w:spacing w:after="0"/>
        <w:rPr>
          <w:rFonts w:ascii="Arial" w:hAnsi="Arial"/>
        </w:rPr>
      </w:pPr>
      <w:r>
        <w:rPr>
          <w:rFonts w:ascii="Arial" w:hAnsi="Arial"/>
          <w:noProof/>
        </w:rPr>
        <mc:AlternateContent>
          <mc:Choice Requires="wps">
            <w:drawing>
              <wp:anchor distT="0" distB="0" distL="114300" distR="114300" simplePos="0" relativeHeight="251665408" behindDoc="0" locked="0" layoutInCell="1" allowOverlap="1">
                <wp:simplePos x="0" y="0"/>
                <wp:positionH relativeFrom="column">
                  <wp:posOffset>1511852</wp:posOffset>
                </wp:positionH>
                <wp:positionV relativeFrom="paragraph">
                  <wp:posOffset>77332</wp:posOffset>
                </wp:positionV>
                <wp:extent cx="2453861" cy="1788105"/>
                <wp:effectExtent l="50800" t="25400" r="60960" b="79375"/>
                <wp:wrapNone/>
                <wp:docPr id="8" name="Oval 8"/>
                <wp:cNvGraphicFramePr/>
                <a:graphic xmlns:a="http://schemas.openxmlformats.org/drawingml/2006/main">
                  <a:graphicData uri="http://schemas.microsoft.com/office/word/2010/wordprocessingShape">
                    <wps:wsp>
                      <wps:cNvSpPr/>
                      <wps:spPr>
                        <a:xfrm>
                          <a:off x="0" y="0"/>
                          <a:ext cx="2453861" cy="1788105"/>
                        </a:xfrm>
                        <a:prstGeom prst="ellipse">
                          <a:avLst/>
                        </a:prstGeom>
                        <a:noFill/>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050017" id="Oval 8" o:spid="_x0000_s1026" style="position:absolute;margin-left:119.05pt;margin-top:6.1pt;width:193.2pt;height:140.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" filled="f" strokecolor="black [3040]">
                <v:shadow on="t" color="black" opacity="22937f" origin=",.5" offset="0,.63889mm"/>
              </v:oval>
            </w:pict>
          </mc:Fallback>
        </mc:AlternateContent>
      </w:r>
    </w:p>
    <w:p w:rsidR="00313CBB" w:rsidRDefault="00313CBB">
      <w:pPr>
        <w:spacing w:after="0"/>
        <w:rPr>
          <w:rFonts w:ascii="Arial" w:hAnsi="Arial"/>
        </w:rPr>
      </w:pPr>
    </w:p>
    <w:p w:rsidR="00313CBB" w:rsidRDefault="00313CBB">
      <w:pPr>
        <w:spacing w:after="0"/>
        <w:rPr>
          <w:rFonts w:ascii="Arial" w:hAnsi="Arial"/>
        </w:rPr>
      </w:pPr>
    </w:p>
    <w:p w:rsidR="00313CBB" w:rsidRDefault="00313CBB">
      <w:pPr>
        <w:spacing w:after="0"/>
        <w:rPr>
          <w:rFonts w:ascii="Arial" w:hAnsi="Arial"/>
        </w:rPr>
      </w:pPr>
    </w:p>
    <w:p w:rsidR="00313CBB" w:rsidRDefault="00931B26">
      <w:pPr>
        <w:spacing w:after="0"/>
        <w:rPr>
          <w:rFonts w:ascii="Arial" w:hAnsi="Arial"/>
        </w:rPr>
      </w:pPr>
      <w:r>
        <w:rPr>
          <w:rFonts w:ascii="Arial" w:hAnsi="Arial"/>
          <w:noProof/>
        </w:rPr>
        <mc:AlternateContent>
          <mc:Choice Requires="wps">
            <w:drawing>
              <wp:anchor distT="0" distB="0" distL="114300" distR="114300" simplePos="0" relativeHeight="251667456" behindDoc="0" locked="0" layoutInCell="1" allowOverlap="1">
                <wp:simplePos x="0" y="0"/>
                <wp:positionH relativeFrom="column">
                  <wp:posOffset>-139148</wp:posOffset>
                </wp:positionH>
                <wp:positionV relativeFrom="paragraph">
                  <wp:posOffset>78740</wp:posOffset>
                </wp:positionV>
                <wp:extent cx="1709475" cy="367748"/>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709475" cy="367748"/>
                        </a:xfrm>
                        <a:prstGeom prst="rect">
                          <a:avLst/>
                        </a:prstGeom>
                        <a:noFill/>
                        <a:ln w="6350">
                          <a:noFill/>
                        </a:ln>
                        <a:effectLst/>
                      </wps:spPr>
                      <wps:txbx>
                        <w:txbxContent>
                          <w:p w:rsidR="00931B26" w:rsidRPr="00931B26" w:rsidRDefault="00931B26">
                            <w:pPr>
                              <w:rPr>
                                <w:rFonts w:ascii="Arial" w:hAnsi="Arial" w:cs="Arial"/>
                                <w:sz w:val="18"/>
                                <w:szCs w:val="18"/>
                                <w:lang w:val="en-CA"/>
                              </w:rPr>
                            </w:pPr>
                            <w:r>
                              <w:rPr>
                                <w:rFonts w:ascii="Arial" w:hAnsi="Arial" w:cs="Arial"/>
                                <w:sz w:val="18"/>
                                <w:szCs w:val="18"/>
                                <w:lang w:val="en-CA"/>
                              </w:rPr>
                              <w:t xml:space="preserve">Cardiac muscle fiber or cell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7" type="#_x0000_t202" style="position:absolute;margin-left:-10.95pt;margin-top:6.2pt;width:134.6pt;height:28.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" filled="f" stroked="f" strokeweight=".5pt">
                <v:textbox>
                  <w:txbxContent>
                    <w:p w:rsidR="00931B26" w:rsidRPr="00931B26" w:rsidRDefault="00931B26">
                      <w:pPr>
                        <w:rPr>
                          <w:rFonts w:ascii="Arial" w:hAnsi="Arial" w:cs="Arial"/>
                          <w:sz w:val="18"/>
                          <w:szCs w:val="18"/>
                          <w:lang w:val="en-CA"/>
                        </w:rPr>
                      </w:pPr>
                      <w:r>
                        <w:rPr>
                          <w:rFonts w:ascii="Arial" w:hAnsi="Arial" w:cs="Arial"/>
                          <w:sz w:val="18"/>
                          <w:szCs w:val="18"/>
                          <w:lang w:val="en-CA"/>
                        </w:rPr>
                        <w:t xml:space="preserve">Cardiac muscle fiber or cell </w:t>
                      </w:r>
                    </w:p>
                  </w:txbxContent>
                </v:textbox>
              </v:shape>
            </w:pict>
          </mc:Fallback>
        </mc:AlternateContent>
      </w:r>
    </w:p>
    <w:p w:rsidR="00313CBB" w:rsidRDefault="00931B26">
      <w:pPr>
        <w:spacing w:after="0"/>
        <w:rPr>
          <w:rFonts w:ascii="Arial" w:hAnsi="Arial"/>
        </w:rPr>
      </w:pPr>
      <w:r>
        <w:rPr>
          <w:rFonts w:ascii="Arial" w:hAnsi="Arial"/>
          <w:noProof/>
        </w:rPr>
        <mc:AlternateContent>
          <mc:Choice Requires="wps">
            <w:drawing>
              <wp:anchor distT="0" distB="0" distL="114300" distR="114300" simplePos="0" relativeHeight="251666432" behindDoc="0" locked="0" layoutInCell="1" allowOverlap="1">
                <wp:simplePos x="0" y="0"/>
                <wp:positionH relativeFrom="column">
                  <wp:posOffset>1341783</wp:posOffset>
                </wp:positionH>
                <wp:positionV relativeFrom="paragraph">
                  <wp:posOffset>8807</wp:posOffset>
                </wp:positionV>
                <wp:extent cx="174266" cy="0"/>
                <wp:effectExtent l="25400" t="25400" r="41910" b="76200"/>
                <wp:wrapNone/>
                <wp:docPr id="9" name="Straight Connector 9"/>
                <wp:cNvGraphicFramePr/>
                <a:graphic xmlns:a="http://schemas.openxmlformats.org/drawingml/2006/main">
                  <a:graphicData uri="http://schemas.microsoft.com/office/word/2010/wordprocessingShape">
                    <wps:wsp>
                      <wps:cNvCnPr/>
                      <wps:spPr>
                        <a:xfrm>
                          <a:off x="0" y="0"/>
                          <a:ext cx="174266" cy="0"/>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1AF83528" id="Straight Connector 9"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5.65pt,.7pt" to="119.35pt,.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" strokecolor="black [3200]" strokeweight="1pt">
                <v:shadow on="t" color="black" opacity="24903f" origin=",.5" offset="0,.55556mm"/>
              </v:line>
            </w:pict>
          </mc:Fallback>
        </mc:AlternateContent>
      </w:r>
    </w:p>
    <w:p w:rsidR="00313CBB" w:rsidRDefault="00313CBB">
      <w:pPr>
        <w:spacing w:after="0"/>
        <w:rPr>
          <w:rFonts w:ascii="Arial" w:hAnsi="Arial"/>
        </w:rPr>
      </w:pPr>
    </w:p>
    <w:p w:rsidR="00313CBB" w:rsidRDefault="00313CBB">
      <w:pPr>
        <w:spacing w:after="0"/>
        <w:rPr>
          <w:rFonts w:ascii="Arial" w:hAnsi="Arial"/>
        </w:rPr>
      </w:pPr>
    </w:p>
    <w:p w:rsidR="00313CBB" w:rsidRDefault="00313CBB">
      <w:pPr>
        <w:spacing w:after="0"/>
        <w:rPr>
          <w:rFonts w:ascii="Arial" w:hAnsi="Arial"/>
        </w:rPr>
      </w:pPr>
    </w:p>
    <w:p w:rsidR="00313CBB" w:rsidRDefault="00313CBB">
      <w:pPr>
        <w:spacing w:after="0"/>
        <w:rPr>
          <w:rFonts w:ascii="Arial" w:hAnsi="Arial"/>
        </w:rPr>
      </w:pPr>
    </w:p>
    <w:p w:rsidR="00E72E5B" w:rsidRDefault="00E72E5B">
      <w:pPr>
        <w:spacing w:after="0"/>
        <w:rPr>
          <w:rFonts w:ascii="Arial" w:hAnsi="Arial"/>
        </w:rPr>
      </w:pPr>
    </w:p>
    <w:p w:rsidR="00E72E5B" w:rsidRDefault="00E72E5B">
      <w:pPr>
        <w:spacing w:after="0"/>
        <w:rPr>
          <w:rFonts w:ascii="Arial" w:hAnsi="Arial"/>
        </w:rPr>
      </w:pPr>
    </w:p>
    <w:p w:rsidR="00E72E5B" w:rsidRDefault="005E7558">
      <w:pPr>
        <w:spacing w:after="0"/>
        <w:rPr>
          <w:rFonts w:ascii="Arial" w:hAnsi="Arial"/>
        </w:rPr>
      </w:pPr>
      <w:r>
        <w:rPr>
          <w:rFonts w:ascii="Arial" w:hAnsi="Arial"/>
          <w:i/>
          <w:iCs/>
        </w:rPr>
        <w:t>More on Gap Junctions</w:t>
      </w:r>
    </w:p>
    <w:p w:rsidR="005E7558" w:rsidRDefault="005E7558" w:rsidP="003006E9">
      <w:pPr>
        <w:pStyle w:val="ListParagraph"/>
        <w:numPr>
          <w:ilvl w:val="0"/>
          <w:numId w:val="7"/>
        </w:numPr>
        <w:spacing w:after="0"/>
        <w:rPr>
          <w:rFonts w:ascii="Arial" w:hAnsi="Arial"/>
        </w:rPr>
      </w:pPr>
      <w:r>
        <w:rPr>
          <w:rFonts w:ascii="Arial" w:hAnsi="Arial"/>
        </w:rPr>
        <w:t>Image is what they look like</w:t>
      </w:r>
    </w:p>
    <w:p w:rsidR="005E7558" w:rsidRDefault="005E7558" w:rsidP="003006E9">
      <w:pPr>
        <w:pStyle w:val="ListParagraph"/>
        <w:numPr>
          <w:ilvl w:val="0"/>
          <w:numId w:val="7"/>
        </w:numPr>
        <w:spacing w:after="0"/>
        <w:rPr>
          <w:rFonts w:ascii="Arial" w:hAnsi="Arial"/>
        </w:rPr>
      </w:pPr>
      <w:r>
        <w:rPr>
          <w:rFonts w:ascii="Arial" w:hAnsi="Arial"/>
        </w:rPr>
        <w:t xml:space="preserve">Gap junction ~ A physical connection, or pore, between one cell and the neighboring cell </w:t>
      </w:r>
    </w:p>
    <w:p w:rsidR="000A0798" w:rsidRDefault="000A0798" w:rsidP="003006E9">
      <w:pPr>
        <w:pStyle w:val="ListParagraph"/>
        <w:numPr>
          <w:ilvl w:val="0"/>
          <w:numId w:val="14"/>
        </w:numPr>
        <w:spacing w:after="0"/>
        <w:rPr>
          <w:rFonts w:ascii="Arial" w:hAnsi="Arial"/>
        </w:rPr>
      </w:pPr>
      <w:r>
        <w:rPr>
          <w:rFonts w:ascii="Arial" w:hAnsi="Arial"/>
        </w:rPr>
        <w:t xml:space="preserve">When the action potential moves along the sarcolemma </w:t>
      </w:r>
      <w:r w:rsidR="00D26BD8">
        <w:rPr>
          <w:rFonts w:ascii="Arial" w:hAnsi="Arial"/>
        </w:rPr>
        <w:t xml:space="preserve">of one cell, it reaches the pore and the ions can travel directly into the neighboring cell </w:t>
      </w:r>
    </w:p>
    <w:p w:rsidR="00D26BD8" w:rsidRDefault="00D26BD8" w:rsidP="003006E9">
      <w:pPr>
        <w:pStyle w:val="ListParagraph"/>
        <w:numPr>
          <w:ilvl w:val="0"/>
          <w:numId w:val="14"/>
        </w:numPr>
        <w:spacing w:after="0"/>
        <w:rPr>
          <w:rFonts w:ascii="Arial" w:hAnsi="Arial"/>
        </w:rPr>
      </w:pPr>
      <w:r>
        <w:rPr>
          <w:rFonts w:ascii="Arial" w:hAnsi="Arial"/>
        </w:rPr>
        <w:t xml:space="preserve">This will cause the depolarization of the neighboring cell </w:t>
      </w:r>
    </w:p>
    <w:p w:rsidR="00D26BD8" w:rsidRDefault="00D26BD8" w:rsidP="003006E9">
      <w:pPr>
        <w:pStyle w:val="ListParagraph"/>
        <w:numPr>
          <w:ilvl w:val="0"/>
          <w:numId w:val="14"/>
        </w:numPr>
        <w:spacing w:after="0"/>
        <w:rPr>
          <w:rFonts w:ascii="Arial" w:hAnsi="Arial"/>
        </w:rPr>
      </w:pPr>
      <w:r>
        <w:rPr>
          <w:rFonts w:ascii="Arial" w:hAnsi="Arial"/>
        </w:rPr>
        <w:t>This is how we are enabling our heart tissue to have an action potential that can travel through each and every single cardiac muscle cell that's connected</w:t>
      </w:r>
    </w:p>
    <w:p w:rsidR="00D26BD8" w:rsidRPr="005E7558" w:rsidRDefault="00D26BD8" w:rsidP="003006E9">
      <w:pPr>
        <w:pStyle w:val="ListParagraph"/>
        <w:numPr>
          <w:ilvl w:val="0"/>
          <w:numId w:val="14"/>
        </w:numPr>
        <w:spacing w:after="0"/>
        <w:rPr>
          <w:rFonts w:ascii="Arial" w:hAnsi="Arial"/>
        </w:rPr>
      </w:pPr>
      <w:r>
        <w:rPr>
          <w:rFonts w:ascii="Arial" w:hAnsi="Arial"/>
        </w:rPr>
        <w:t xml:space="preserve"> And all of the atria and all of the ventricles are connected to each other in some way or another</w:t>
      </w:r>
    </w:p>
    <w:p w:rsidR="005E7558" w:rsidRDefault="005E7558">
      <w:pPr>
        <w:spacing w:after="0"/>
        <w:rPr>
          <w:rFonts w:ascii="Arial" w:hAnsi="Arial"/>
        </w:rPr>
      </w:pPr>
    </w:p>
    <w:p w:rsidR="001E2491" w:rsidRDefault="001E2491">
      <w:pPr>
        <w:spacing w:after="0"/>
        <w:rPr>
          <w:rFonts w:ascii="Arial" w:hAnsi="Arial"/>
        </w:rPr>
      </w:pPr>
    </w:p>
    <w:p w:rsidR="001E2491" w:rsidRDefault="008315BA">
      <w:pPr>
        <w:spacing w:after="0"/>
        <w:rPr>
          <w:rFonts w:ascii="Arial" w:hAnsi="Arial"/>
        </w:rPr>
      </w:pPr>
      <w:r>
        <w:rPr>
          <w:rFonts w:ascii="Arial" w:hAnsi="Arial"/>
          <w:noProof/>
        </w:rPr>
        <w:drawing>
          <wp:anchor distT="0" distB="0" distL="114300" distR="114300" simplePos="0" relativeHeight="251660288" behindDoc="1" locked="0" layoutInCell="1" allowOverlap="1" wp14:anchorId="4121B708" wp14:editId="45778F2A">
            <wp:simplePos x="0" y="0"/>
            <wp:positionH relativeFrom="column">
              <wp:posOffset>4219217</wp:posOffset>
            </wp:positionH>
            <wp:positionV relativeFrom="paragraph">
              <wp:posOffset>7952</wp:posOffset>
            </wp:positionV>
            <wp:extent cx="1487805" cy="1122045"/>
            <wp:effectExtent l="0" t="0" r="0" b="0"/>
            <wp:wrapNone/>
            <wp:docPr id="3" name="Picture 3"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1-15 at 5.04.31 PM.png"/>
                    <pic:cNvPicPr/>
                  </pic:nvPicPr>
                  <pic:blipFill rotWithShape="1">
                    <a:blip r:embed="rId8"/>
                    <a:srcRect l="66260" t="41712" r="11490" b="31429"/>
                    <a:stretch/>
                  </pic:blipFill>
                  <pic:spPr bwMode="auto">
                    <a:xfrm>
                      <a:off x="0" y="0"/>
                      <a:ext cx="1487805" cy="1122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E2491" w:rsidRDefault="001E2491">
      <w:pPr>
        <w:spacing w:after="0"/>
        <w:rPr>
          <w:rFonts w:ascii="Arial" w:hAnsi="Arial"/>
        </w:rPr>
      </w:pPr>
    </w:p>
    <w:p w:rsidR="001E2491" w:rsidRDefault="008315BA">
      <w:pPr>
        <w:spacing w:after="0"/>
        <w:rPr>
          <w:rFonts w:ascii="Arial" w:hAnsi="Arial"/>
        </w:rPr>
      </w:pPr>
      <w:r>
        <w:rPr>
          <w:rFonts w:ascii="Arial" w:hAnsi="Arial"/>
          <w:noProof/>
        </w:rPr>
        <mc:AlternateContent>
          <mc:Choice Requires="wps">
            <w:drawing>
              <wp:anchor distT="0" distB="0" distL="114300" distR="114300" simplePos="0" relativeHeight="251661312" behindDoc="0" locked="0" layoutInCell="1" allowOverlap="1">
                <wp:simplePos x="0" y="0"/>
                <wp:positionH relativeFrom="column">
                  <wp:posOffset>4147820</wp:posOffset>
                </wp:positionH>
                <wp:positionV relativeFrom="paragraph">
                  <wp:posOffset>65129</wp:posOffset>
                </wp:positionV>
                <wp:extent cx="374650" cy="490855"/>
                <wp:effectExtent l="50800" t="25400" r="44450" b="80645"/>
                <wp:wrapNone/>
                <wp:docPr id="4" name="Straight Connector 4"/>
                <wp:cNvGraphicFramePr/>
                <a:graphic xmlns:a="http://schemas.openxmlformats.org/drawingml/2006/main">
                  <a:graphicData uri="http://schemas.microsoft.com/office/word/2010/wordprocessingShape">
                    <wps:wsp>
                      <wps:cNvCnPr/>
                      <wps:spPr>
                        <a:xfrm flipV="1">
                          <a:off x="0" y="0"/>
                          <a:ext cx="374650" cy="490855"/>
                        </a:xfrm>
                        <a:prstGeom prst="line">
                          <a:avLst/>
                        </a:prstGeom>
                        <a:ln w="9525"/>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6B0611"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6pt,5.15pt" to="356.1pt,43.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" strokecolor="black [3200]">
                <v:shadow on="t" color="black" opacity="24903f" origin=",.5" offset="0,.55556mm"/>
              </v:line>
            </w:pict>
          </mc:Fallback>
        </mc:AlternateContent>
      </w:r>
    </w:p>
    <w:p w:rsidR="001E2491" w:rsidRDefault="001E2491">
      <w:pPr>
        <w:spacing w:after="0"/>
        <w:rPr>
          <w:rFonts w:ascii="Arial" w:hAnsi="Arial"/>
        </w:rPr>
      </w:pPr>
    </w:p>
    <w:p w:rsidR="005E7558" w:rsidRDefault="002C57C4">
      <w:pPr>
        <w:spacing w:after="0"/>
        <w:rPr>
          <w:rFonts w:ascii="Arial" w:hAnsi="Arial"/>
        </w:rPr>
      </w:pPr>
      <w:r>
        <w:rPr>
          <w:rFonts w:ascii="Arial" w:hAnsi="Arial"/>
          <w:noProof/>
        </w:rPr>
        <mc:AlternateContent>
          <mc:Choice Requires="wps">
            <w:drawing>
              <wp:anchor distT="0" distB="0" distL="114300" distR="114300" simplePos="0" relativeHeight="251662336" behindDoc="0" locked="0" layoutInCell="1" allowOverlap="1">
                <wp:simplePos x="0" y="0"/>
                <wp:positionH relativeFrom="column">
                  <wp:posOffset>3400480</wp:posOffset>
                </wp:positionH>
                <wp:positionV relativeFrom="paragraph">
                  <wp:posOffset>118110</wp:posOffset>
                </wp:positionV>
                <wp:extent cx="745048" cy="68994"/>
                <wp:effectExtent l="0" t="0" r="17145" b="7620"/>
                <wp:wrapNone/>
                <wp:docPr id="5" name="Rectangle 5"/>
                <wp:cNvGraphicFramePr/>
                <a:graphic xmlns:a="http://schemas.openxmlformats.org/drawingml/2006/main">
                  <a:graphicData uri="http://schemas.microsoft.com/office/word/2010/wordprocessingShape">
                    <wps:wsp>
                      <wps:cNvSpPr/>
                      <wps:spPr>
                        <a:xfrm>
                          <a:off x="0" y="0"/>
                          <a:ext cx="745048" cy="68994"/>
                        </a:xfrm>
                        <a:prstGeom prst="rect">
                          <a:avLst/>
                        </a:prstGeom>
                        <a:solidFill>
                          <a:schemeClr val="bg1"/>
                        </a:solidFill>
                        <a:ln>
                          <a:solidFill>
                            <a:schemeClr val="bg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930513" id="Rectangle 5" o:spid="_x0000_s1026" style="position:absolute;margin-left:267.75pt;margin-top:9.3pt;width:58.65pt;height:5.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" fillcolor="white [3212]" strokecolor="white [3212]"/>
            </w:pict>
          </mc:Fallback>
        </mc:AlternateContent>
      </w:r>
      <w:r w:rsidR="008315BA">
        <w:rPr>
          <w:rFonts w:ascii="Arial" w:hAnsi="Arial"/>
          <w:noProof/>
        </w:rPr>
        <w:drawing>
          <wp:anchor distT="0" distB="0" distL="114300" distR="114300" simplePos="0" relativeHeight="251657215" behindDoc="1" locked="0" layoutInCell="1" allowOverlap="1">
            <wp:simplePos x="0" y="0"/>
            <wp:positionH relativeFrom="column">
              <wp:posOffset>1777586</wp:posOffset>
            </wp:positionH>
            <wp:positionV relativeFrom="paragraph">
              <wp:posOffset>115100</wp:posOffset>
            </wp:positionV>
            <wp:extent cx="2504440" cy="1554646"/>
            <wp:effectExtent l="0" t="0" r="0" b="0"/>
            <wp:wrapNone/>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1-15 at 5.24.41 PM.png"/>
                    <pic:cNvPicPr/>
                  </pic:nvPicPr>
                  <pic:blipFill rotWithShape="1">
                    <a:blip r:embed="rId9"/>
                    <a:srcRect t="1262" r="6956"/>
                    <a:stretch/>
                  </pic:blipFill>
                  <pic:spPr bwMode="auto">
                    <a:xfrm>
                      <a:off x="0" y="0"/>
                      <a:ext cx="2504440" cy="15546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E7558" w:rsidRDefault="005E7558">
      <w:pPr>
        <w:spacing w:after="0"/>
        <w:rPr>
          <w:rFonts w:ascii="Arial" w:hAnsi="Arial"/>
        </w:rPr>
      </w:pPr>
    </w:p>
    <w:p w:rsidR="005E7558" w:rsidRDefault="005E7558">
      <w:pPr>
        <w:spacing w:after="0"/>
        <w:rPr>
          <w:rFonts w:ascii="Arial" w:hAnsi="Arial"/>
        </w:rPr>
      </w:pPr>
    </w:p>
    <w:p w:rsidR="005E7558" w:rsidRDefault="005E7558">
      <w:pPr>
        <w:spacing w:after="0"/>
        <w:rPr>
          <w:rFonts w:ascii="Arial" w:hAnsi="Arial"/>
        </w:rPr>
      </w:pPr>
    </w:p>
    <w:p w:rsidR="005E7558" w:rsidRDefault="005E7558" w:rsidP="006F26D4">
      <w:pPr>
        <w:spacing w:after="0"/>
        <w:rPr>
          <w:rFonts w:ascii="Arial" w:hAnsi="Arial"/>
        </w:rPr>
      </w:pPr>
    </w:p>
    <w:p w:rsidR="005E7558" w:rsidRDefault="005E7558" w:rsidP="006F26D4">
      <w:pPr>
        <w:spacing w:after="0"/>
        <w:rPr>
          <w:rFonts w:ascii="Arial" w:hAnsi="Arial"/>
        </w:rPr>
      </w:pPr>
    </w:p>
    <w:p w:rsidR="005E7558" w:rsidRDefault="005E7558" w:rsidP="006F26D4">
      <w:pPr>
        <w:spacing w:after="0"/>
        <w:rPr>
          <w:rFonts w:ascii="Arial" w:hAnsi="Arial"/>
        </w:rPr>
      </w:pPr>
    </w:p>
    <w:p w:rsidR="005E7558" w:rsidRDefault="005E7558" w:rsidP="006F26D4">
      <w:pPr>
        <w:spacing w:after="0"/>
        <w:rPr>
          <w:rFonts w:ascii="Arial" w:hAnsi="Arial"/>
        </w:rPr>
      </w:pPr>
    </w:p>
    <w:p w:rsidR="005E7558" w:rsidRDefault="005E7558" w:rsidP="006F26D4">
      <w:pPr>
        <w:spacing w:after="0"/>
        <w:rPr>
          <w:rFonts w:ascii="Arial" w:hAnsi="Arial"/>
        </w:rPr>
      </w:pPr>
    </w:p>
    <w:p w:rsidR="005E7558" w:rsidRDefault="005E7558" w:rsidP="006F26D4">
      <w:pPr>
        <w:spacing w:after="0"/>
        <w:rPr>
          <w:rFonts w:ascii="Arial" w:hAnsi="Arial"/>
        </w:rPr>
      </w:pPr>
    </w:p>
    <w:p w:rsidR="005E7558" w:rsidRDefault="005E7558" w:rsidP="006F26D4">
      <w:pPr>
        <w:spacing w:after="0"/>
        <w:rPr>
          <w:rFonts w:ascii="Arial" w:hAnsi="Arial"/>
        </w:rPr>
      </w:pPr>
    </w:p>
    <w:p w:rsidR="005E7558" w:rsidRDefault="005E7558" w:rsidP="006F26D4">
      <w:pPr>
        <w:spacing w:after="0"/>
        <w:rPr>
          <w:rFonts w:ascii="Arial" w:hAnsi="Arial"/>
        </w:rPr>
      </w:pPr>
    </w:p>
    <w:p w:rsidR="001E2491" w:rsidRDefault="001E2491">
      <w:pPr>
        <w:spacing w:after="0"/>
        <w:rPr>
          <w:rFonts w:ascii="Arial" w:hAnsi="Arial"/>
        </w:rPr>
      </w:pPr>
    </w:p>
    <w:p w:rsidR="001E2491" w:rsidRDefault="007D6B7A">
      <w:pPr>
        <w:spacing w:after="0"/>
        <w:rPr>
          <w:rFonts w:ascii="Arial" w:hAnsi="Arial"/>
        </w:rPr>
      </w:pPr>
      <w:r>
        <w:rPr>
          <w:rFonts w:ascii="Arial" w:hAnsi="Arial"/>
          <w:b/>
          <w:bCs/>
          <w:u w:val="single"/>
        </w:rPr>
        <w:lastRenderedPageBreak/>
        <w:t>Components of Cardiac Muscle Fibers</w:t>
      </w:r>
    </w:p>
    <w:p w:rsidR="007D6B7A" w:rsidRDefault="007D6B7A">
      <w:pPr>
        <w:spacing w:after="0"/>
        <w:rPr>
          <w:rFonts w:ascii="Arial" w:hAnsi="Arial"/>
        </w:rPr>
      </w:pPr>
      <w:r>
        <w:rPr>
          <w:rFonts w:ascii="Arial" w:hAnsi="Arial"/>
        </w:rPr>
        <w:t xml:space="preserve">Cardiac muscle fibers are very similar to skeletal muscle fibers. They both have very similar organization of the sarcomeres and the banding that’s created by those sarcomeres. But there are a few differences: </w:t>
      </w:r>
    </w:p>
    <w:p w:rsidR="007D6B7A" w:rsidRDefault="007D6B7A" w:rsidP="003006E9">
      <w:pPr>
        <w:pStyle w:val="ListParagraph"/>
        <w:numPr>
          <w:ilvl w:val="0"/>
          <w:numId w:val="18"/>
        </w:numPr>
        <w:spacing w:after="0"/>
        <w:rPr>
          <w:rFonts w:ascii="Arial" w:hAnsi="Arial"/>
        </w:rPr>
      </w:pPr>
      <w:r>
        <w:rPr>
          <w:rFonts w:ascii="Arial" w:hAnsi="Arial"/>
        </w:rPr>
        <w:t xml:space="preserve">Transverse tubules are larger </w:t>
      </w:r>
    </w:p>
    <w:p w:rsidR="007D6B7A" w:rsidRDefault="007D6B7A" w:rsidP="003006E9">
      <w:pPr>
        <w:pStyle w:val="ListParagraph"/>
        <w:numPr>
          <w:ilvl w:val="0"/>
          <w:numId w:val="19"/>
        </w:numPr>
        <w:spacing w:after="0"/>
        <w:rPr>
          <w:rFonts w:ascii="Arial" w:hAnsi="Arial"/>
        </w:rPr>
      </w:pPr>
      <w:r>
        <w:rPr>
          <w:rFonts w:ascii="Arial" w:hAnsi="Arial"/>
        </w:rPr>
        <w:t xml:space="preserve">Usually had two transverse tubules running around each sarcomere in skeletal muscle, and they usually overlapped where the actin and myosin overlapped </w:t>
      </w:r>
    </w:p>
    <w:p w:rsidR="007D6B7A" w:rsidRDefault="007D6B7A" w:rsidP="003006E9">
      <w:pPr>
        <w:pStyle w:val="ListParagraph"/>
        <w:numPr>
          <w:ilvl w:val="0"/>
          <w:numId w:val="19"/>
        </w:numPr>
        <w:spacing w:after="0"/>
        <w:rPr>
          <w:rFonts w:ascii="Arial" w:hAnsi="Arial"/>
        </w:rPr>
      </w:pPr>
      <w:r>
        <w:rPr>
          <w:rFonts w:ascii="Arial" w:hAnsi="Arial"/>
        </w:rPr>
        <w:t xml:space="preserve">In cardiac muscle, we have larger transverse </w:t>
      </w:r>
      <w:r w:rsidR="007D0BAD">
        <w:rPr>
          <w:rFonts w:ascii="Arial" w:hAnsi="Arial"/>
        </w:rPr>
        <w:t>tubules,</w:t>
      </w:r>
      <w:r>
        <w:rPr>
          <w:rFonts w:ascii="Arial" w:hAnsi="Arial"/>
        </w:rPr>
        <w:t xml:space="preserve"> but they are less frequent along the length of the fiber </w:t>
      </w:r>
    </w:p>
    <w:p w:rsidR="007D6B7A" w:rsidRDefault="007D6B7A" w:rsidP="003006E9">
      <w:pPr>
        <w:pStyle w:val="ListParagraph"/>
        <w:numPr>
          <w:ilvl w:val="0"/>
          <w:numId w:val="19"/>
        </w:numPr>
        <w:spacing w:after="0"/>
        <w:rPr>
          <w:rFonts w:ascii="Arial" w:hAnsi="Arial"/>
        </w:rPr>
      </w:pPr>
      <w:r>
        <w:rPr>
          <w:rFonts w:ascii="Arial" w:hAnsi="Arial"/>
        </w:rPr>
        <w:t xml:space="preserve">Present where the Z disc is located </w:t>
      </w:r>
    </w:p>
    <w:p w:rsidR="00F77A69" w:rsidRDefault="00F77A69" w:rsidP="003006E9">
      <w:pPr>
        <w:pStyle w:val="ListParagraph"/>
        <w:numPr>
          <w:ilvl w:val="0"/>
          <w:numId w:val="18"/>
        </w:numPr>
        <w:spacing w:after="0"/>
        <w:rPr>
          <w:rFonts w:ascii="Arial" w:hAnsi="Arial"/>
        </w:rPr>
      </w:pPr>
      <w:r>
        <w:rPr>
          <w:rFonts w:ascii="Arial" w:hAnsi="Arial"/>
        </w:rPr>
        <w:t xml:space="preserve">Location of the transverse tubules (or </w:t>
      </w:r>
      <w:r w:rsidR="00C24C08">
        <w:rPr>
          <w:rFonts w:ascii="Arial" w:hAnsi="Arial"/>
        </w:rPr>
        <w:t>T-</w:t>
      </w:r>
      <w:r>
        <w:rPr>
          <w:rFonts w:ascii="Arial" w:hAnsi="Arial"/>
        </w:rPr>
        <w:t>tubules)</w:t>
      </w:r>
    </w:p>
    <w:p w:rsidR="000C2F91" w:rsidRDefault="000C2F91" w:rsidP="003006E9">
      <w:pPr>
        <w:pStyle w:val="ListParagraph"/>
        <w:numPr>
          <w:ilvl w:val="0"/>
          <w:numId w:val="20"/>
        </w:numPr>
        <w:spacing w:after="0"/>
        <w:rPr>
          <w:rFonts w:ascii="Arial" w:hAnsi="Arial"/>
        </w:rPr>
      </w:pPr>
      <w:r>
        <w:rPr>
          <w:rFonts w:ascii="Arial" w:hAnsi="Arial"/>
        </w:rPr>
        <w:t>Review: Function – the action potential is moving along the sarcolemma and drops down into the T</w:t>
      </w:r>
      <w:r w:rsidR="00C24C08">
        <w:rPr>
          <w:rFonts w:ascii="Arial" w:hAnsi="Arial"/>
        </w:rPr>
        <w:t>-</w:t>
      </w:r>
      <w:r>
        <w:rPr>
          <w:rFonts w:ascii="Arial" w:hAnsi="Arial"/>
        </w:rPr>
        <w:t xml:space="preserve">tubules </w:t>
      </w:r>
    </w:p>
    <w:p w:rsidR="000C2F91" w:rsidRDefault="000C2F91" w:rsidP="003006E9">
      <w:pPr>
        <w:pStyle w:val="ListParagraph"/>
        <w:numPr>
          <w:ilvl w:val="0"/>
          <w:numId w:val="16"/>
        </w:numPr>
        <w:spacing w:after="0"/>
        <w:rPr>
          <w:rFonts w:ascii="Arial" w:hAnsi="Arial"/>
        </w:rPr>
      </w:pPr>
      <w:r>
        <w:rPr>
          <w:rFonts w:ascii="Arial" w:hAnsi="Arial"/>
        </w:rPr>
        <w:t>This signals the sarcoplasmic reticulum, which is right beside it, to release calcium</w:t>
      </w:r>
    </w:p>
    <w:p w:rsidR="000C2F91" w:rsidRDefault="000C2F91" w:rsidP="003006E9">
      <w:pPr>
        <w:pStyle w:val="ListParagraph"/>
        <w:numPr>
          <w:ilvl w:val="0"/>
          <w:numId w:val="16"/>
        </w:numPr>
        <w:spacing w:after="0"/>
        <w:rPr>
          <w:rFonts w:ascii="Arial" w:hAnsi="Arial"/>
        </w:rPr>
      </w:pPr>
      <w:r>
        <w:rPr>
          <w:rFonts w:ascii="Arial" w:hAnsi="Arial"/>
        </w:rPr>
        <w:t>The calcium binds onto the troponin, which is found over top of the actin, and moves the tropomyosin off the binding sites</w:t>
      </w:r>
    </w:p>
    <w:p w:rsidR="000C2F91" w:rsidRDefault="000C2F91" w:rsidP="003006E9">
      <w:pPr>
        <w:pStyle w:val="ListParagraph"/>
        <w:numPr>
          <w:ilvl w:val="0"/>
          <w:numId w:val="16"/>
        </w:numPr>
        <w:spacing w:after="0"/>
        <w:rPr>
          <w:rFonts w:ascii="Arial" w:hAnsi="Arial"/>
        </w:rPr>
      </w:pPr>
      <w:r>
        <w:rPr>
          <w:rFonts w:ascii="Arial" w:hAnsi="Arial"/>
        </w:rPr>
        <w:t>This allows for cross-bridge cycling to occur</w:t>
      </w:r>
    </w:p>
    <w:p w:rsidR="00980B1D" w:rsidRDefault="00980B1D" w:rsidP="003006E9">
      <w:pPr>
        <w:pStyle w:val="ListParagraph"/>
        <w:numPr>
          <w:ilvl w:val="0"/>
          <w:numId w:val="20"/>
        </w:numPr>
        <w:spacing w:after="0"/>
        <w:rPr>
          <w:rFonts w:ascii="Arial" w:hAnsi="Arial"/>
        </w:rPr>
      </w:pPr>
      <w:r>
        <w:rPr>
          <w:rFonts w:ascii="Arial" w:hAnsi="Arial"/>
        </w:rPr>
        <w:t>The way these are organized actually makes this whole process less efficient</w:t>
      </w:r>
    </w:p>
    <w:p w:rsidR="00980B1D" w:rsidRDefault="00980B1D" w:rsidP="003006E9">
      <w:pPr>
        <w:pStyle w:val="ListParagraph"/>
        <w:numPr>
          <w:ilvl w:val="0"/>
          <w:numId w:val="20"/>
        </w:numPr>
        <w:spacing w:after="0"/>
        <w:rPr>
          <w:rFonts w:ascii="Arial" w:hAnsi="Arial"/>
        </w:rPr>
      </w:pPr>
      <w:r>
        <w:rPr>
          <w:rFonts w:ascii="Arial" w:hAnsi="Arial"/>
        </w:rPr>
        <w:t>This is because it is not located where all of the actin and the myosin i</w:t>
      </w:r>
      <w:r w:rsidR="00943E1D">
        <w:rPr>
          <w:rFonts w:ascii="Arial" w:hAnsi="Arial"/>
        </w:rPr>
        <w:t>s, it is in between at the Z disk</w:t>
      </w:r>
    </w:p>
    <w:p w:rsidR="002E3D1C" w:rsidRDefault="00943E1D" w:rsidP="003006E9">
      <w:pPr>
        <w:pStyle w:val="ListParagraph"/>
        <w:numPr>
          <w:ilvl w:val="0"/>
          <w:numId w:val="20"/>
        </w:numPr>
        <w:spacing w:after="0"/>
        <w:rPr>
          <w:rFonts w:ascii="Arial" w:hAnsi="Arial"/>
        </w:rPr>
      </w:pPr>
      <w:r>
        <w:rPr>
          <w:rFonts w:ascii="Arial" w:hAnsi="Arial"/>
        </w:rPr>
        <w:t>Makes this type of contraction a little bit slower</w:t>
      </w:r>
    </w:p>
    <w:p w:rsidR="00943E1D" w:rsidRDefault="00943E1D" w:rsidP="003006E9">
      <w:pPr>
        <w:pStyle w:val="ListParagraph"/>
        <w:numPr>
          <w:ilvl w:val="0"/>
          <w:numId w:val="20"/>
        </w:numPr>
        <w:spacing w:after="0"/>
        <w:rPr>
          <w:rFonts w:ascii="Arial" w:hAnsi="Arial"/>
        </w:rPr>
      </w:pPr>
      <w:r>
        <w:rPr>
          <w:rFonts w:ascii="Arial" w:hAnsi="Arial"/>
        </w:rPr>
        <w:t xml:space="preserve">Not a bad thing because with our heart we have a very regulated pattern, and it does not need to be a fast type of contraction </w:t>
      </w:r>
    </w:p>
    <w:p w:rsidR="00053FE1" w:rsidRDefault="00C24C08" w:rsidP="003006E9">
      <w:pPr>
        <w:pStyle w:val="ListParagraph"/>
        <w:numPr>
          <w:ilvl w:val="0"/>
          <w:numId w:val="18"/>
        </w:numPr>
        <w:spacing w:after="0"/>
        <w:rPr>
          <w:rFonts w:ascii="Arial" w:hAnsi="Arial"/>
        </w:rPr>
      </w:pPr>
      <w:r>
        <w:rPr>
          <w:rFonts w:ascii="Arial" w:hAnsi="Arial"/>
        </w:rPr>
        <w:t xml:space="preserve">Another difference is because of the location of the T-tubules again </w:t>
      </w:r>
    </w:p>
    <w:p w:rsidR="00C24C08" w:rsidRDefault="00C24C08" w:rsidP="003006E9">
      <w:pPr>
        <w:pStyle w:val="ListParagraph"/>
        <w:numPr>
          <w:ilvl w:val="0"/>
          <w:numId w:val="21"/>
        </w:numPr>
        <w:spacing w:after="0"/>
        <w:rPr>
          <w:rFonts w:ascii="Arial" w:hAnsi="Arial"/>
        </w:rPr>
      </w:pPr>
      <w:r>
        <w:rPr>
          <w:rFonts w:ascii="Arial" w:hAnsi="Arial"/>
        </w:rPr>
        <w:t xml:space="preserve">In skeletal muscle when the transverse tubules were in contact with the sarcoplasmic reticulum, it was a very organized region = Formed a triad </w:t>
      </w:r>
    </w:p>
    <w:p w:rsidR="00C24C08" w:rsidRDefault="00C117B7" w:rsidP="003006E9">
      <w:pPr>
        <w:pStyle w:val="ListParagraph"/>
        <w:numPr>
          <w:ilvl w:val="0"/>
          <w:numId w:val="21"/>
        </w:numPr>
        <w:spacing w:after="0"/>
        <w:rPr>
          <w:rFonts w:ascii="Arial" w:hAnsi="Arial"/>
        </w:rPr>
      </w:pPr>
      <w:r>
        <w:rPr>
          <w:rFonts w:ascii="Arial" w:hAnsi="Arial"/>
        </w:rPr>
        <w:t xml:space="preserve">Triad ~ Enlarged region of the sarcoplasmic reticulum, next to the transverse tubules = Terminal cisternae </w:t>
      </w:r>
    </w:p>
    <w:p w:rsidR="00C117B7" w:rsidRDefault="00C117B7" w:rsidP="003006E9">
      <w:pPr>
        <w:pStyle w:val="ListParagraph"/>
        <w:numPr>
          <w:ilvl w:val="0"/>
          <w:numId w:val="21"/>
        </w:numPr>
        <w:spacing w:after="0"/>
        <w:rPr>
          <w:rFonts w:ascii="Arial" w:hAnsi="Arial"/>
        </w:rPr>
      </w:pPr>
      <w:r>
        <w:rPr>
          <w:rFonts w:ascii="Arial" w:hAnsi="Arial"/>
        </w:rPr>
        <w:t>In cardiac muscle we do not have those enlarged regions anymore</w:t>
      </w:r>
    </w:p>
    <w:p w:rsidR="00BF6D40" w:rsidRDefault="00BF6D40" w:rsidP="003006E9">
      <w:pPr>
        <w:pStyle w:val="ListParagraph"/>
        <w:numPr>
          <w:ilvl w:val="0"/>
          <w:numId w:val="21"/>
        </w:numPr>
        <w:spacing w:after="0"/>
        <w:rPr>
          <w:rFonts w:ascii="Arial" w:hAnsi="Arial"/>
        </w:rPr>
      </w:pPr>
      <w:r>
        <w:rPr>
          <w:rFonts w:ascii="Arial" w:hAnsi="Arial"/>
        </w:rPr>
        <w:t>Instead, the sarcoplasmic reticulum is not as highly organized, it doesn't come in contact with the transverse tubules to as great an extent</w:t>
      </w:r>
    </w:p>
    <w:p w:rsidR="00BF6D40" w:rsidRPr="00053FE1" w:rsidRDefault="00BF6D40" w:rsidP="003006E9">
      <w:pPr>
        <w:pStyle w:val="ListParagraph"/>
        <w:numPr>
          <w:ilvl w:val="0"/>
          <w:numId w:val="21"/>
        </w:numPr>
        <w:spacing w:after="0"/>
        <w:rPr>
          <w:rFonts w:ascii="Arial" w:hAnsi="Arial"/>
        </w:rPr>
      </w:pPr>
      <w:r>
        <w:rPr>
          <w:rFonts w:ascii="Arial" w:hAnsi="Arial"/>
        </w:rPr>
        <w:t>This is another reason why contraction is a little less efficient in cardiac muscle than it is in skeletal muscle, to slow down what's happening with contraction</w:t>
      </w:r>
    </w:p>
    <w:p w:rsidR="006F26D4" w:rsidRDefault="006F26D4">
      <w:pPr>
        <w:spacing w:after="0"/>
        <w:rPr>
          <w:rFonts w:ascii="Arial" w:hAnsi="Arial"/>
        </w:rPr>
      </w:pPr>
    </w:p>
    <w:p w:rsidR="00D12F62" w:rsidRDefault="00D12F62">
      <w:pPr>
        <w:spacing w:after="0"/>
        <w:rPr>
          <w:rFonts w:ascii="Arial" w:hAnsi="Arial"/>
        </w:rPr>
      </w:pPr>
    </w:p>
    <w:p w:rsidR="00BF6D40" w:rsidRDefault="00BF6D40">
      <w:pPr>
        <w:spacing w:after="0"/>
        <w:rPr>
          <w:rFonts w:ascii="Arial" w:hAnsi="Arial"/>
        </w:rPr>
      </w:pPr>
    </w:p>
    <w:p w:rsidR="00BF6D40" w:rsidRDefault="00BF6D40">
      <w:pPr>
        <w:spacing w:after="0"/>
      </w:pPr>
    </w:p>
    <w:p w:rsidR="00D12F62" w:rsidRDefault="00D12F62">
      <w:pPr>
        <w:spacing w:after="0"/>
        <w:rPr>
          <w:rFonts w:ascii="Arial" w:hAnsi="Arial"/>
        </w:rPr>
      </w:pPr>
    </w:p>
    <w:p w:rsidR="00035F77" w:rsidRDefault="00035F77">
      <w:pPr>
        <w:spacing w:after="0"/>
        <w:rPr>
          <w:rFonts w:ascii="Arial" w:hAnsi="Arial"/>
        </w:rPr>
      </w:pPr>
    </w:p>
    <w:p w:rsidR="00035F77" w:rsidRDefault="00035F77">
      <w:pPr>
        <w:spacing w:after="0"/>
        <w:rPr>
          <w:rFonts w:ascii="Arial" w:hAnsi="Arial"/>
        </w:rPr>
      </w:pPr>
    </w:p>
    <w:p w:rsidR="00035F77" w:rsidRDefault="00035F77">
      <w:pPr>
        <w:spacing w:after="0"/>
        <w:rPr>
          <w:rFonts w:ascii="Arial" w:hAnsi="Arial"/>
        </w:rPr>
      </w:pPr>
    </w:p>
    <w:p w:rsidR="00035F77" w:rsidRDefault="00035F77">
      <w:pPr>
        <w:spacing w:after="0"/>
        <w:rPr>
          <w:rFonts w:ascii="Arial" w:hAnsi="Arial"/>
        </w:rPr>
      </w:pPr>
    </w:p>
    <w:p w:rsidR="00035F77" w:rsidRDefault="00035F77">
      <w:pPr>
        <w:spacing w:after="0"/>
      </w:pPr>
    </w:p>
    <w:p w:rsidR="00BF6D40" w:rsidRDefault="00BF6D40">
      <w:pPr>
        <w:spacing w:after="0"/>
        <w:rPr>
          <w:rFonts w:ascii="Arial" w:hAnsi="Arial"/>
        </w:rPr>
      </w:pPr>
      <w:r>
        <w:rPr>
          <w:rFonts w:ascii="Arial" w:hAnsi="Arial"/>
          <w:noProof/>
        </w:rPr>
        <w:lastRenderedPageBreak/>
        <w:drawing>
          <wp:anchor distT="0" distB="0" distL="114300" distR="114300" simplePos="0" relativeHeight="251668480" behindDoc="1" locked="0" layoutInCell="1" allowOverlap="1">
            <wp:simplePos x="0" y="0"/>
            <wp:positionH relativeFrom="column">
              <wp:posOffset>1251944</wp:posOffset>
            </wp:positionH>
            <wp:positionV relativeFrom="paragraph">
              <wp:posOffset>69215</wp:posOffset>
            </wp:positionV>
            <wp:extent cx="4343400" cy="2873336"/>
            <wp:effectExtent l="0" t="0" r="0" b="0"/>
            <wp:wrapNone/>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1-15 at 8.33.11 PM.png"/>
                    <pic:cNvPicPr/>
                  </pic:nvPicPr>
                  <pic:blipFill rotWithShape="1">
                    <a:blip r:embed="rId10"/>
                    <a:srcRect l="11026" t="16399" r="11957" b="2081"/>
                    <a:stretch/>
                  </pic:blipFill>
                  <pic:spPr bwMode="auto">
                    <a:xfrm>
                      <a:off x="0" y="0"/>
                      <a:ext cx="4343400" cy="28733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F6D40" w:rsidRDefault="00BF6D40">
      <w:pPr>
        <w:spacing w:after="0"/>
        <w:rPr>
          <w:rFonts w:ascii="Arial" w:hAnsi="Arial"/>
        </w:rPr>
      </w:pPr>
    </w:p>
    <w:p w:rsidR="00BF6D40" w:rsidRDefault="00BF6D40">
      <w:pPr>
        <w:spacing w:after="0"/>
        <w:rPr>
          <w:rFonts w:ascii="Arial" w:hAnsi="Arial"/>
        </w:rPr>
      </w:pPr>
    </w:p>
    <w:p w:rsidR="00BF6D40" w:rsidRDefault="00BF6D40">
      <w:pPr>
        <w:spacing w:after="0"/>
        <w:rPr>
          <w:rFonts w:ascii="Arial" w:hAnsi="Arial"/>
        </w:rPr>
      </w:pPr>
    </w:p>
    <w:p w:rsidR="00BF6D40" w:rsidRDefault="00BF6D40">
      <w:pPr>
        <w:spacing w:after="0"/>
        <w:rPr>
          <w:rFonts w:ascii="Arial" w:hAnsi="Arial"/>
        </w:rPr>
      </w:pPr>
    </w:p>
    <w:p w:rsidR="00BF6D40" w:rsidRDefault="00BF6D40">
      <w:pPr>
        <w:spacing w:after="0"/>
        <w:rPr>
          <w:rFonts w:ascii="Arial" w:hAnsi="Arial"/>
        </w:rPr>
      </w:pPr>
    </w:p>
    <w:p w:rsidR="00BF6D40" w:rsidRDefault="00BF6D40">
      <w:pPr>
        <w:spacing w:after="0"/>
        <w:rPr>
          <w:rFonts w:ascii="Arial" w:hAnsi="Arial"/>
        </w:rPr>
      </w:pPr>
    </w:p>
    <w:p w:rsidR="00BF6D40" w:rsidRDefault="00BF6D40">
      <w:pPr>
        <w:spacing w:after="0"/>
        <w:rPr>
          <w:rFonts w:ascii="Arial" w:hAnsi="Arial"/>
        </w:rPr>
      </w:pPr>
    </w:p>
    <w:p w:rsidR="00BF6D40" w:rsidRDefault="00BF6D40">
      <w:pPr>
        <w:spacing w:after="0"/>
        <w:rPr>
          <w:rFonts w:ascii="Arial" w:hAnsi="Arial"/>
        </w:rPr>
      </w:pPr>
    </w:p>
    <w:p w:rsidR="00BF6D40" w:rsidRDefault="00BF6D40">
      <w:pPr>
        <w:spacing w:after="0"/>
        <w:rPr>
          <w:rFonts w:ascii="Arial" w:hAnsi="Arial"/>
        </w:rPr>
      </w:pPr>
    </w:p>
    <w:p w:rsidR="00BF6D40" w:rsidRDefault="00BF6D40">
      <w:pPr>
        <w:spacing w:after="0"/>
        <w:rPr>
          <w:rFonts w:ascii="Arial" w:hAnsi="Arial"/>
        </w:rPr>
      </w:pPr>
    </w:p>
    <w:p w:rsidR="00BF6D40" w:rsidRDefault="00BF6D40">
      <w:pPr>
        <w:spacing w:after="0"/>
        <w:rPr>
          <w:rFonts w:ascii="Arial" w:hAnsi="Arial"/>
        </w:rPr>
      </w:pPr>
    </w:p>
    <w:p w:rsidR="00BF6D40" w:rsidRDefault="00BF6D40">
      <w:pPr>
        <w:spacing w:after="0"/>
        <w:rPr>
          <w:rFonts w:ascii="Arial" w:hAnsi="Arial"/>
        </w:rPr>
      </w:pPr>
    </w:p>
    <w:p w:rsidR="00BF6D40" w:rsidRDefault="00BF6D40">
      <w:pPr>
        <w:spacing w:after="0"/>
        <w:rPr>
          <w:rFonts w:ascii="Arial" w:hAnsi="Arial"/>
        </w:rPr>
      </w:pPr>
    </w:p>
    <w:p w:rsidR="00BF6D40" w:rsidRDefault="00BF6D40">
      <w:pPr>
        <w:spacing w:after="0"/>
        <w:rPr>
          <w:rFonts w:ascii="Arial" w:hAnsi="Arial"/>
        </w:rPr>
      </w:pPr>
    </w:p>
    <w:p w:rsidR="00BF6D40" w:rsidRDefault="00BF6D40">
      <w:pPr>
        <w:spacing w:after="0"/>
        <w:rPr>
          <w:rFonts w:ascii="Arial" w:hAnsi="Arial"/>
        </w:rPr>
      </w:pPr>
    </w:p>
    <w:p w:rsidR="00AB5464" w:rsidRDefault="00AB5464">
      <w:pPr>
        <w:spacing w:after="0"/>
        <w:rPr>
          <w:rFonts w:ascii="Arial" w:hAnsi="Arial"/>
        </w:rPr>
      </w:pPr>
    </w:p>
    <w:p w:rsidR="00AB5464" w:rsidRDefault="00AB5464">
      <w:pPr>
        <w:spacing w:after="0"/>
        <w:rPr>
          <w:rFonts w:ascii="Arial" w:hAnsi="Arial"/>
        </w:rPr>
      </w:pPr>
    </w:p>
    <w:p w:rsidR="00AB5464" w:rsidRDefault="00AB5464">
      <w:pPr>
        <w:spacing w:after="0"/>
        <w:rPr>
          <w:rFonts w:ascii="Arial" w:hAnsi="Arial"/>
        </w:rPr>
      </w:pPr>
      <w:r>
        <w:rPr>
          <w:rFonts w:ascii="Arial" w:hAnsi="Arial"/>
          <w:b/>
          <w:bCs/>
          <w:u w:val="single"/>
        </w:rPr>
        <w:t>Conducting Systems of the Heart</w:t>
      </w:r>
    </w:p>
    <w:p w:rsidR="00AB5464" w:rsidRDefault="00B8083C">
      <w:pPr>
        <w:spacing w:after="0"/>
        <w:rPr>
          <w:rFonts w:ascii="Arial" w:hAnsi="Arial"/>
        </w:rPr>
      </w:pPr>
      <w:r>
        <w:rPr>
          <w:rFonts w:ascii="Arial" w:hAnsi="Arial"/>
        </w:rPr>
        <w:t xml:space="preserve">Conducting system of the heart ~ How action potentials move through the heart </w:t>
      </w:r>
    </w:p>
    <w:p w:rsidR="00B8083C" w:rsidRDefault="00B8083C">
      <w:pPr>
        <w:spacing w:after="0"/>
        <w:rPr>
          <w:rFonts w:ascii="Arial" w:hAnsi="Arial"/>
        </w:rPr>
      </w:pPr>
      <w:r>
        <w:rPr>
          <w:rFonts w:ascii="Arial" w:hAnsi="Arial"/>
        </w:rPr>
        <w:t>We know that we need an action potential to move along that sarcolemma of each of our cardiac muscle cells in order to stimulate the calcium to bind onto the troponin to cause the muscle contraction.</w:t>
      </w:r>
      <w:r w:rsidR="003B2042">
        <w:rPr>
          <w:rFonts w:ascii="Arial" w:hAnsi="Arial"/>
        </w:rPr>
        <w:t xml:space="preserve"> Therefore,</w:t>
      </w:r>
      <w:r>
        <w:rPr>
          <w:rFonts w:ascii="Arial" w:hAnsi="Arial"/>
        </w:rPr>
        <w:t xml:space="preserve"> if we know how the electrical signals are moving through the heart, we can then use</w:t>
      </w:r>
      <w:r>
        <w:t xml:space="preserve"> </w:t>
      </w:r>
      <w:r>
        <w:rPr>
          <w:rFonts w:ascii="Arial" w:hAnsi="Arial"/>
        </w:rPr>
        <w:t>that information to see how that will connect to the contraction of the actual muscle fibers themselves.</w:t>
      </w:r>
    </w:p>
    <w:p w:rsidR="0083210B" w:rsidRPr="0083210B" w:rsidRDefault="0083210B">
      <w:pPr>
        <w:spacing w:after="0"/>
        <w:rPr>
          <w:rFonts w:ascii="Arial" w:hAnsi="Arial"/>
          <w:i/>
          <w:iCs/>
        </w:rPr>
      </w:pPr>
      <w:r w:rsidRPr="0083210B">
        <w:rPr>
          <w:rFonts w:ascii="Arial" w:hAnsi="Arial"/>
          <w:i/>
          <w:iCs/>
        </w:rPr>
        <w:t>Differences:</w:t>
      </w:r>
    </w:p>
    <w:p w:rsidR="003B2042" w:rsidRDefault="003B2042" w:rsidP="003006E9">
      <w:pPr>
        <w:pStyle w:val="ListParagraph"/>
        <w:numPr>
          <w:ilvl w:val="0"/>
          <w:numId w:val="18"/>
        </w:numPr>
        <w:spacing w:after="0"/>
        <w:rPr>
          <w:rFonts w:ascii="Arial" w:hAnsi="Arial"/>
        </w:rPr>
      </w:pPr>
      <w:r>
        <w:rPr>
          <w:rFonts w:ascii="Arial" w:hAnsi="Arial"/>
        </w:rPr>
        <w:t xml:space="preserve">The conducting system </w:t>
      </w:r>
      <w:r w:rsidR="003D72BD">
        <w:rPr>
          <w:rFonts w:ascii="Arial" w:hAnsi="Arial"/>
        </w:rPr>
        <w:t>o</w:t>
      </w:r>
      <w:r>
        <w:rPr>
          <w:rFonts w:ascii="Arial" w:hAnsi="Arial"/>
        </w:rPr>
        <w:t xml:space="preserve">f the heart contains specialized cardiac muscle fiber cells </w:t>
      </w:r>
    </w:p>
    <w:p w:rsidR="003B2042" w:rsidRDefault="003B2042" w:rsidP="003006E9">
      <w:pPr>
        <w:pStyle w:val="ListParagraph"/>
        <w:numPr>
          <w:ilvl w:val="0"/>
          <w:numId w:val="22"/>
        </w:numPr>
        <w:spacing w:after="0"/>
        <w:rPr>
          <w:rFonts w:ascii="Arial" w:hAnsi="Arial"/>
        </w:rPr>
      </w:pPr>
      <w:r>
        <w:rPr>
          <w:rFonts w:ascii="Arial" w:hAnsi="Arial"/>
        </w:rPr>
        <w:t xml:space="preserve">Specialized cardiac muscle cells ~ Control the transmission of the signal through the heart </w:t>
      </w:r>
    </w:p>
    <w:p w:rsidR="003B2042" w:rsidRDefault="003B2042" w:rsidP="003006E9">
      <w:pPr>
        <w:pStyle w:val="ListParagraph"/>
        <w:numPr>
          <w:ilvl w:val="0"/>
          <w:numId w:val="22"/>
        </w:numPr>
        <w:spacing w:after="0"/>
        <w:rPr>
          <w:rFonts w:ascii="Arial" w:hAnsi="Arial"/>
        </w:rPr>
      </w:pPr>
      <w:r>
        <w:rPr>
          <w:rFonts w:ascii="Arial" w:hAnsi="Arial"/>
        </w:rPr>
        <w:t xml:space="preserve">Therefore, these cells are slightly different than the cells that we just looked at (they have some special features about them </w:t>
      </w:r>
    </w:p>
    <w:p w:rsidR="003B2042" w:rsidRDefault="003B2042" w:rsidP="003006E9">
      <w:pPr>
        <w:pStyle w:val="ListParagraph"/>
        <w:numPr>
          <w:ilvl w:val="0"/>
          <w:numId w:val="22"/>
        </w:numPr>
        <w:spacing w:after="0"/>
        <w:rPr>
          <w:rFonts w:ascii="Arial" w:hAnsi="Arial"/>
        </w:rPr>
      </w:pPr>
      <w:r>
        <w:rPr>
          <w:rFonts w:ascii="Arial" w:hAnsi="Arial"/>
        </w:rPr>
        <w:t>One special feature is that they are autorhythmic</w:t>
      </w:r>
    </w:p>
    <w:p w:rsidR="003B2042" w:rsidRDefault="003B2042" w:rsidP="003006E9">
      <w:pPr>
        <w:pStyle w:val="ListParagraph"/>
        <w:numPr>
          <w:ilvl w:val="0"/>
          <w:numId w:val="22"/>
        </w:numPr>
        <w:spacing w:after="0"/>
        <w:rPr>
          <w:rFonts w:ascii="Arial" w:hAnsi="Arial"/>
        </w:rPr>
      </w:pPr>
      <w:r>
        <w:rPr>
          <w:rFonts w:ascii="Arial" w:hAnsi="Arial"/>
        </w:rPr>
        <w:t xml:space="preserve">Autorhythmic ~ The cells can spontaneously depolarize themselves, or spontaneously generate an action potential </w:t>
      </w:r>
    </w:p>
    <w:p w:rsidR="000C2059" w:rsidRDefault="000C2059" w:rsidP="003006E9">
      <w:pPr>
        <w:pStyle w:val="ListParagraph"/>
        <w:numPr>
          <w:ilvl w:val="0"/>
          <w:numId w:val="23"/>
        </w:numPr>
        <w:spacing w:after="0"/>
        <w:rPr>
          <w:rFonts w:ascii="Arial" w:hAnsi="Arial"/>
        </w:rPr>
      </w:pPr>
      <w:r>
        <w:rPr>
          <w:rFonts w:ascii="Arial" w:hAnsi="Arial"/>
        </w:rPr>
        <w:t xml:space="preserve">Usually with neurons you have to reach threshold. You need a large enough grade potential to reach that threshold in order to get maximum potential </w:t>
      </w:r>
    </w:p>
    <w:p w:rsidR="00065618" w:rsidRDefault="00065618" w:rsidP="003006E9">
      <w:pPr>
        <w:pStyle w:val="ListParagraph"/>
        <w:numPr>
          <w:ilvl w:val="0"/>
          <w:numId w:val="23"/>
        </w:numPr>
        <w:spacing w:after="0"/>
        <w:rPr>
          <w:rFonts w:ascii="Arial" w:hAnsi="Arial"/>
        </w:rPr>
      </w:pPr>
      <w:r>
        <w:rPr>
          <w:rFonts w:ascii="Arial" w:hAnsi="Arial"/>
        </w:rPr>
        <w:t xml:space="preserve">The specialized cells with the conducting system have some very specific alterations to their plasma membrane, that allow them to spontaneously create an action potential </w:t>
      </w:r>
    </w:p>
    <w:p w:rsidR="003D72BD" w:rsidRDefault="0083210B" w:rsidP="003006E9">
      <w:pPr>
        <w:pStyle w:val="ListParagraph"/>
        <w:numPr>
          <w:ilvl w:val="0"/>
          <w:numId w:val="18"/>
        </w:numPr>
        <w:spacing w:after="0"/>
        <w:rPr>
          <w:rFonts w:ascii="Arial" w:hAnsi="Arial"/>
        </w:rPr>
      </w:pPr>
      <w:r>
        <w:rPr>
          <w:rFonts w:ascii="Arial" w:hAnsi="Arial"/>
        </w:rPr>
        <w:t>Another</w:t>
      </w:r>
      <w:r w:rsidR="003D72BD">
        <w:rPr>
          <w:rFonts w:ascii="Arial" w:hAnsi="Arial"/>
        </w:rPr>
        <w:t xml:space="preserve"> difference in the cells is that they differ in the number of gap junctions that they have between the cells  </w:t>
      </w:r>
    </w:p>
    <w:p w:rsidR="003D72BD" w:rsidRDefault="003D72BD" w:rsidP="003006E9">
      <w:pPr>
        <w:pStyle w:val="ListParagraph"/>
        <w:numPr>
          <w:ilvl w:val="0"/>
          <w:numId w:val="24"/>
        </w:numPr>
        <w:spacing w:after="0"/>
        <w:rPr>
          <w:rFonts w:ascii="Arial" w:hAnsi="Arial"/>
        </w:rPr>
      </w:pPr>
      <w:r>
        <w:rPr>
          <w:rFonts w:ascii="Arial" w:hAnsi="Arial"/>
        </w:rPr>
        <w:t xml:space="preserve">This is because in certain regions of the conducting system, you may want to slow or speed up the signal </w:t>
      </w:r>
    </w:p>
    <w:p w:rsidR="003D72BD" w:rsidRDefault="003D72BD" w:rsidP="003006E9">
      <w:pPr>
        <w:pStyle w:val="ListParagraph"/>
        <w:numPr>
          <w:ilvl w:val="0"/>
          <w:numId w:val="24"/>
        </w:numPr>
        <w:spacing w:after="0"/>
        <w:rPr>
          <w:rFonts w:ascii="Arial" w:hAnsi="Arial"/>
        </w:rPr>
      </w:pPr>
      <w:r>
        <w:rPr>
          <w:rFonts w:ascii="Arial" w:hAnsi="Arial"/>
        </w:rPr>
        <w:t xml:space="preserve">Fewer gap junctions = slower movement of signal </w:t>
      </w:r>
    </w:p>
    <w:p w:rsidR="003D72BD" w:rsidRDefault="003D72BD" w:rsidP="003006E9">
      <w:pPr>
        <w:pStyle w:val="ListParagraph"/>
        <w:numPr>
          <w:ilvl w:val="0"/>
          <w:numId w:val="24"/>
        </w:numPr>
        <w:spacing w:after="0"/>
        <w:rPr>
          <w:rFonts w:ascii="Arial" w:hAnsi="Arial"/>
        </w:rPr>
      </w:pPr>
      <w:r>
        <w:rPr>
          <w:rFonts w:ascii="Arial" w:hAnsi="Arial"/>
        </w:rPr>
        <w:t xml:space="preserve">More gap junctions = Faster movement of signal </w:t>
      </w:r>
    </w:p>
    <w:p w:rsidR="0083210B" w:rsidRDefault="00DF6815" w:rsidP="003006E9">
      <w:pPr>
        <w:pStyle w:val="ListParagraph"/>
        <w:numPr>
          <w:ilvl w:val="0"/>
          <w:numId w:val="18"/>
        </w:numPr>
        <w:spacing w:after="0"/>
        <w:rPr>
          <w:rFonts w:ascii="Arial" w:hAnsi="Arial"/>
        </w:rPr>
      </w:pPr>
      <w:r>
        <w:rPr>
          <w:rFonts w:ascii="Arial" w:hAnsi="Arial"/>
        </w:rPr>
        <w:lastRenderedPageBreak/>
        <w:t xml:space="preserve">The cells have slightly different ion channels present on their sarcolemma </w:t>
      </w:r>
    </w:p>
    <w:p w:rsidR="00DF6815" w:rsidRDefault="00DF6815" w:rsidP="003006E9">
      <w:pPr>
        <w:pStyle w:val="ListParagraph"/>
        <w:numPr>
          <w:ilvl w:val="0"/>
          <w:numId w:val="25"/>
        </w:numPr>
        <w:spacing w:after="0"/>
        <w:rPr>
          <w:rFonts w:ascii="Arial" w:hAnsi="Arial"/>
        </w:rPr>
      </w:pPr>
      <w:r>
        <w:rPr>
          <w:rFonts w:ascii="Arial" w:hAnsi="Arial"/>
        </w:rPr>
        <w:t>This will change which ions are moving in and out during action potentials</w:t>
      </w:r>
    </w:p>
    <w:p w:rsidR="00DF6815" w:rsidRDefault="001D298A" w:rsidP="003006E9">
      <w:pPr>
        <w:pStyle w:val="ListParagraph"/>
        <w:numPr>
          <w:ilvl w:val="0"/>
          <w:numId w:val="18"/>
        </w:numPr>
        <w:spacing w:after="0"/>
        <w:rPr>
          <w:rFonts w:ascii="Arial" w:hAnsi="Arial"/>
        </w:rPr>
      </w:pPr>
      <w:r>
        <w:rPr>
          <w:rFonts w:ascii="Arial" w:hAnsi="Arial"/>
        </w:rPr>
        <w:t xml:space="preserve">Also differ in diameter </w:t>
      </w:r>
    </w:p>
    <w:p w:rsidR="001D298A" w:rsidRDefault="001D298A" w:rsidP="003006E9">
      <w:pPr>
        <w:pStyle w:val="ListParagraph"/>
        <w:numPr>
          <w:ilvl w:val="0"/>
          <w:numId w:val="25"/>
        </w:numPr>
        <w:spacing w:after="0"/>
        <w:rPr>
          <w:rFonts w:ascii="Arial" w:hAnsi="Arial"/>
        </w:rPr>
      </w:pPr>
      <w:r>
        <w:rPr>
          <w:rFonts w:ascii="Arial" w:hAnsi="Arial"/>
        </w:rPr>
        <w:t>Small diameter = Signal moves slower</w:t>
      </w:r>
    </w:p>
    <w:p w:rsidR="001D298A" w:rsidRPr="00DF6815" w:rsidRDefault="001D298A" w:rsidP="003006E9">
      <w:pPr>
        <w:pStyle w:val="ListParagraph"/>
        <w:numPr>
          <w:ilvl w:val="0"/>
          <w:numId w:val="25"/>
        </w:numPr>
        <w:spacing w:after="0"/>
        <w:rPr>
          <w:rFonts w:ascii="Arial" w:hAnsi="Arial"/>
        </w:rPr>
      </w:pPr>
      <w:r>
        <w:rPr>
          <w:rFonts w:ascii="Arial" w:hAnsi="Arial"/>
        </w:rPr>
        <w:t xml:space="preserve">Larger diameter = Signal moves quicker </w:t>
      </w:r>
    </w:p>
    <w:p w:rsidR="0088737A" w:rsidRDefault="00101740">
      <w:pPr>
        <w:spacing w:after="0"/>
        <w:rPr>
          <w:rFonts w:ascii="Arial" w:hAnsi="Arial"/>
        </w:rPr>
      </w:pPr>
      <w:r>
        <w:rPr>
          <w:rFonts w:ascii="Arial" w:hAnsi="Arial"/>
        </w:rPr>
        <w:t>In conclusion:</w:t>
      </w:r>
      <w:r w:rsidR="00F019C0">
        <w:rPr>
          <w:rFonts w:ascii="Arial" w:hAnsi="Arial"/>
        </w:rPr>
        <w:t xml:space="preserve"> </w:t>
      </w:r>
      <w:r>
        <w:rPr>
          <w:rFonts w:ascii="Arial" w:hAnsi="Arial"/>
        </w:rPr>
        <w:t>B</w:t>
      </w:r>
      <w:r w:rsidR="00F019C0">
        <w:rPr>
          <w:rFonts w:ascii="Arial" w:hAnsi="Arial"/>
        </w:rPr>
        <w:t>ased on some of these characteristics, the conducting system cells are altered different regions throughout this pathway, so that we can highly control the movement of the action potential</w:t>
      </w:r>
      <w:r w:rsidR="0088737A">
        <w:rPr>
          <w:rFonts w:ascii="Arial" w:hAnsi="Arial"/>
        </w:rPr>
        <w:t>.</w:t>
      </w:r>
    </w:p>
    <w:p w:rsidR="0088737A" w:rsidRDefault="0088737A">
      <w:pPr>
        <w:spacing w:after="0"/>
        <w:rPr>
          <w:rFonts w:ascii="Arial" w:hAnsi="Arial"/>
        </w:rPr>
      </w:pPr>
    </w:p>
    <w:p w:rsidR="0088737A" w:rsidRPr="0088737A" w:rsidRDefault="0088737A">
      <w:pPr>
        <w:spacing w:after="0"/>
      </w:pPr>
      <w:r>
        <w:rPr>
          <w:rFonts w:ascii="Arial" w:hAnsi="Arial"/>
        </w:rPr>
        <w:t xml:space="preserve">Action Potentials </w:t>
      </w:r>
    </w:p>
    <w:p w:rsidR="0088737A" w:rsidRPr="0088737A" w:rsidRDefault="0088737A" w:rsidP="003006E9">
      <w:pPr>
        <w:pStyle w:val="ListParagraph"/>
        <w:numPr>
          <w:ilvl w:val="0"/>
          <w:numId w:val="18"/>
        </w:numPr>
        <w:spacing w:after="0"/>
      </w:pPr>
      <w:r>
        <w:rPr>
          <w:rFonts w:ascii="Arial" w:hAnsi="Arial"/>
        </w:rPr>
        <w:t>First</w:t>
      </w:r>
      <w:r w:rsidR="00F019C0" w:rsidRPr="0088737A">
        <w:rPr>
          <w:rFonts w:ascii="Arial" w:hAnsi="Arial"/>
        </w:rPr>
        <w:t xml:space="preserve"> action potential </w:t>
      </w:r>
      <w:r>
        <w:rPr>
          <w:rFonts w:ascii="Arial" w:hAnsi="Arial"/>
        </w:rPr>
        <w:t>~ H</w:t>
      </w:r>
      <w:r w:rsidR="00F019C0" w:rsidRPr="0088737A">
        <w:rPr>
          <w:rFonts w:ascii="Arial" w:hAnsi="Arial"/>
        </w:rPr>
        <w:t xml:space="preserve">appens at a region known as the sinoatrial node </w:t>
      </w:r>
      <w:r>
        <w:rPr>
          <w:rFonts w:ascii="Arial" w:hAnsi="Arial"/>
        </w:rPr>
        <w:t>(</w:t>
      </w:r>
      <w:r w:rsidR="002D47D7" w:rsidRPr="0088737A">
        <w:rPr>
          <w:rFonts w:ascii="Arial" w:hAnsi="Arial"/>
        </w:rPr>
        <w:t xml:space="preserve">SA </w:t>
      </w:r>
      <w:r w:rsidR="00F019C0" w:rsidRPr="0088737A">
        <w:rPr>
          <w:rFonts w:ascii="Arial" w:hAnsi="Arial"/>
        </w:rPr>
        <w:t>node</w:t>
      </w:r>
      <w:r>
        <w:rPr>
          <w:rFonts w:ascii="Arial" w:hAnsi="Arial"/>
        </w:rPr>
        <w:t>)</w:t>
      </w:r>
    </w:p>
    <w:p w:rsidR="0088737A" w:rsidRPr="0088737A" w:rsidRDefault="002D47D7" w:rsidP="003006E9">
      <w:pPr>
        <w:pStyle w:val="ListParagraph"/>
        <w:numPr>
          <w:ilvl w:val="0"/>
          <w:numId w:val="26"/>
        </w:numPr>
        <w:spacing w:after="0"/>
      </w:pPr>
      <w:r w:rsidRPr="0088737A">
        <w:rPr>
          <w:rFonts w:ascii="Arial" w:hAnsi="Arial"/>
        </w:rPr>
        <w:t>S</w:t>
      </w:r>
      <w:r w:rsidR="0088737A">
        <w:rPr>
          <w:rFonts w:ascii="Arial" w:hAnsi="Arial"/>
        </w:rPr>
        <w:t>inoatrial</w:t>
      </w:r>
      <w:r w:rsidRPr="0088737A">
        <w:rPr>
          <w:rFonts w:ascii="Arial" w:hAnsi="Arial"/>
        </w:rPr>
        <w:t xml:space="preserve"> </w:t>
      </w:r>
      <w:r w:rsidR="00F019C0" w:rsidRPr="0088737A">
        <w:rPr>
          <w:rFonts w:ascii="Arial" w:hAnsi="Arial"/>
        </w:rPr>
        <w:t xml:space="preserve">node </w:t>
      </w:r>
      <w:r w:rsidR="0088737A">
        <w:rPr>
          <w:rFonts w:ascii="Arial" w:hAnsi="Arial"/>
        </w:rPr>
        <w:t>~ A</w:t>
      </w:r>
      <w:r w:rsidR="00F019C0" w:rsidRPr="0088737A">
        <w:rPr>
          <w:rFonts w:ascii="Arial" w:hAnsi="Arial"/>
        </w:rPr>
        <w:t xml:space="preserve"> lump or mass of specialized cardiac cells</w:t>
      </w:r>
      <w:r w:rsidR="0088737A">
        <w:rPr>
          <w:rFonts w:ascii="Arial" w:hAnsi="Arial"/>
        </w:rPr>
        <w:t xml:space="preserve"> </w:t>
      </w:r>
    </w:p>
    <w:p w:rsidR="00D12F62" w:rsidRPr="0088737A" w:rsidRDefault="0088737A" w:rsidP="003006E9">
      <w:pPr>
        <w:pStyle w:val="ListParagraph"/>
        <w:numPr>
          <w:ilvl w:val="0"/>
          <w:numId w:val="26"/>
        </w:numPr>
        <w:spacing w:after="0"/>
      </w:pPr>
      <w:r>
        <w:rPr>
          <w:rFonts w:ascii="Arial" w:hAnsi="Arial"/>
        </w:rPr>
        <w:t>F</w:t>
      </w:r>
      <w:r w:rsidR="00F019C0" w:rsidRPr="0088737A">
        <w:rPr>
          <w:rFonts w:ascii="Arial" w:hAnsi="Arial"/>
        </w:rPr>
        <w:t>ound near the opening of the superior vena cava in the right atrium</w:t>
      </w:r>
      <w:r>
        <w:rPr>
          <w:rFonts w:ascii="Arial" w:hAnsi="Arial"/>
        </w:rPr>
        <w:t xml:space="preserve"> </w:t>
      </w:r>
    </w:p>
    <w:p w:rsidR="001A2086" w:rsidRPr="001A2086" w:rsidRDefault="0088737A" w:rsidP="003006E9">
      <w:pPr>
        <w:pStyle w:val="ListParagraph"/>
        <w:numPr>
          <w:ilvl w:val="0"/>
          <w:numId w:val="26"/>
        </w:numPr>
        <w:spacing w:after="0"/>
      </w:pPr>
      <w:r>
        <w:rPr>
          <w:rFonts w:ascii="Arial" w:hAnsi="Arial"/>
        </w:rPr>
        <w:t xml:space="preserve">Able </w:t>
      </w:r>
      <w:r w:rsidR="00F019C0" w:rsidRPr="0088737A">
        <w:rPr>
          <w:rFonts w:ascii="Arial" w:hAnsi="Arial"/>
        </w:rPr>
        <w:t xml:space="preserve">to depolarize itself </w:t>
      </w:r>
    </w:p>
    <w:p w:rsidR="001A2086" w:rsidRPr="001A2086" w:rsidRDefault="001A2086" w:rsidP="003006E9">
      <w:pPr>
        <w:pStyle w:val="ListParagraph"/>
        <w:numPr>
          <w:ilvl w:val="0"/>
          <w:numId w:val="26"/>
        </w:numPr>
        <w:spacing w:after="0"/>
      </w:pPr>
      <w:r>
        <w:rPr>
          <w:rFonts w:ascii="Arial" w:hAnsi="Arial"/>
        </w:rPr>
        <w:t xml:space="preserve">Depolarizes itself </w:t>
      </w:r>
      <w:r w:rsidR="00F019C0" w:rsidRPr="0088737A">
        <w:rPr>
          <w:rFonts w:ascii="Arial" w:hAnsi="Arial"/>
        </w:rPr>
        <w:t>more quickly than the rest of the conducting system</w:t>
      </w:r>
      <w:r>
        <w:rPr>
          <w:rFonts w:ascii="Arial" w:hAnsi="Arial"/>
        </w:rPr>
        <w:t xml:space="preserve"> </w:t>
      </w:r>
    </w:p>
    <w:p w:rsidR="00D12F62" w:rsidRPr="00FD7FDC" w:rsidRDefault="001A2086" w:rsidP="003006E9">
      <w:pPr>
        <w:pStyle w:val="ListParagraph"/>
        <w:numPr>
          <w:ilvl w:val="0"/>
          <w:numId w:val="26"/>
        </w:numPr>
        <w:spacing w:after="0"/>
      </w:pPr>
      <w:r>
        <w:rPr>
          <w:rFonts w:ascii="Arial" w:hAnsi="Arial"/>
        </w:rPr>
        <w:t>A</w:t>
      </w:r>
      <w:r w:rsidR="00F019C0" w:rsidRPr="0088737A">
        <w:rPr>
          <w:rFonts w:ascii="Arial" w:hAnsi="Arial"/>
        </w:rPr>
        <w:t xml:space="preserve">s long as everything in your heart is working correctly, </w:t>
      </w:r>
      <w:r>
        <w:rPr>
          <w:rFonts w:ascii="Arial" w:hAnsi="Arial"/>
        </w:rPr>
        <w:t xml:space="preserve">the SA node is dictating the pace of the firing of the action potentials for the whole rest of the system </w:t>
      </w:r>
    </w:p>
    <w:p w:rsidR="00FD7FDC" w:rsidRPr="00FD7FDC" w:rsidRDefault="00FD7FDC" w:rsidP="003006E9">
      <w:pPr>
        <w:pStyle w:val="ListParagraph"/>
        <w:numPr>
          <w:ilvl w:val="0"/>
          <w:numId w:val="26"/>
        </w:numPr>
        <w:spacing w:after="0"/>
      </w:pPr>
      <w:r>
        <w:rPr>
          <w:rFonts w:ascii="Arial" w:hAnsi="Arial"/>
        </w:rPr>
        <w:t xml:space="preserve">Because of this, it is known as the pacemaker of the heart </w:t>
      </w:r>
    </w:p>
    <w:p w:rsidR="00D12F62" w:rsidRPr="00BE3902" w:rsidRDefault="00FD7FDC" w:rsidP="003006E9">
      <w:pPr>
        <w:pStyle w:val="ListParagraph"/>
        <w:numPr>
          <w:ilvl w:val="0"/>
          <w:numId w:val="26"/>
        </w:numPr>
        <w:spacing w:after="0"/>
      </w:pPr>
      <w:r>
        <w:rPr>
          <w:rFonts w:ascii="Arial" w:hAnsi="Arial"/>
        </w:rPr>
        <w:t>T</w:t>
      </w:r>
      <w:r w:rsidR="00F019C0" w:rsidRPr="00FD7FDC">
        <w:rPr>
          <w:rFonts w:ascii="Arial" w:hAnsi="Arial"/>
        </w:rPr>
        <w:t>echnically</w:t>
      </w:r>
      <w:r>
        <w:rPr>
          <w:rFonts w:ascii="Arial" w:hAnsi="Arial"/>
        </w:rPr>
        <w:t xml:space="preserve"> </w:t>
      </w:r>
      <w:r w:rsidR="00F019C0" w:rsidRPr="00FD7FDC">
        <w:rPr>
          <w:rFonts w:ascii="Arial" w:hAnsi="Arial"/>
        </w:rPr>
        <w:t>all o</w:t>
      </w:r>
      <w:r>
        <w:rPr>
          <w:rFonts w:ascii="Arial" w:hAnsi="Arial"/>
        </w:rPr>
        <w:t xml:space="preserve">f the </w:t>
      </w:r>
      <w:r w:rsidR="00F019C0" w:rsidRPr="00FD7FDC">
        <w:rPr>
          <w:rFonts w:ascii="Arial" w:hAnsi="Arial"/>
        </w:rPr>
        <w:t>cells within the connecting system of the heart can act as pacemaker cells</w:t>
      </w:r>
      <w:r>
        <w:rPr>
          <w:rFonts w:ascii="Arial" w:hAnsi="Arial"/>
        </w:rPr>
        <w:t>, but b</w:t>
      </w:r>
      <w:r w:rsidR="00F019C0" w:rsidRPr="00FD7FDC">
        <w:rPr>
          <w:rFonts w:ascii="Arial" w:hAnsi="Arial"/>
        </w:rPr>
        <w:t>ecause the SA node fires the most rapidly, it tends to override the pace of all of the downstream conducting system cells</w:t>
      </w:r>
      <w:r>
        <w:rPr>
          <w:rFonts w:ascii="Arial" w:hAnsi="Arial"/>
        </w:rPr>
        <w:t xml:space="preserve"> </w:t>
      </w:r>
    </w:p>
    <w:p w:rsidR="00BE3902" w:rsidRPr="00BE3902" w:rsidRDefault="00BE3902" w:rsidP="003006E9">
      <w:pPr>
        <w:pStyle w:val="ListParagraph"/>
        <w:numPr>
          <w:ilvl w:val="0"/>
          <w:numId w:val="26"/>
        </w:numPr>
        <w:spacing w:after="0"/>
      </w:pPr>
      <w:r>
        <w:rPr>
          <w:rFonts w:ascii="Arial" w:hAnsi="Arial"/>
        </w:rPr>
        <w:t xml:space="preserve">Once the SA node fires, it will then send an action potential through all of the cardiac muscle cells in series connected to that SA node </w:t>
      </w:r>
    </w:p>
    <w:p w:rsidR="00A825CE" w:rsidRPr="00A825CE" w:rsidRDefault="00BE3902" w:rsidP="003006E9">
      <w:pPr>
        <w:pStyle w:val="ListParagraph"/>
        <w:numPr>
          <w:ilvl w:val="0"/>
          <w:numId w:val="26"/>
        </w:numPr>
        <w:spacing w:after="0"/>
      </w:pPr>
      <w:r>
        <w:rPr>
          <w:rFonts w:ascii="Arial" w:hAnsi="Arial"/>
        </w:rPr>
        <w:t>T</w:t>
      </w:r>
      <w:r w:rsidR="00F019C0" w:rsidRPr="00BE3902">
        <w:rPr>
          <w:rFonts w:ascii="Arial" w:hAnsi="Arial"/>
        </w:rPr>
        <w:t xml:space="preserve">hat is going to send signals through the interatrial septum to the left atrium, as well as through the right atrium itself </w:t>
      </w:r>
    </w:p>
    <w:p w:rsidR="00A825CE" w:rsidRPr="00A825CE" w:rsidRDefault="00F019C0" w:rsidP="003006E9">
      <w:pPr>
        <w:pStyle w:val="ListParagraph"/>
        <w:numPr>
          <w:ilvl w:val="0"/>
          <w:numId w:val="26"/>
        </w:numPr>
        <w:spacing w:after="0"/>
      </w:pPr>
      <w:r w:rsidRPr="00BE3902">
        <w:rPr>
          <w:rFonts w:ascii="Arial" w:hAnsi="Arial"/>
        </w:rPr>
        <w:t>Once the signals reached the next nod</w:t>
      </w:r>
      <w:r w:rsidR="00A825CE">
        <w:rPr>
          <w:rFonts w:ascii="Arial" w:hAnsi="Arial"/>
        </w:rPr>
        <w:t xml:space="preserve">e, </w:t>
      </w:r>
      <w:r w:rsidRPr="00BE3902">
        <w:rPr>
          <w:rFonts w:ascii="Arial" w:hAnsi="Arial"/>
        </w:rPr>
        <w:t xml:space="preserve">the atrial ventricular </w:t>
      </w:r>
      <w:r w:rsidR="00A825CE">
        <w:rPr>
          <w:rFonts w:ascii="Arial" w:hAnsi="Arial"/>
        </w:rPr>
        <w:t>(A</w:t>
      </w:r>
      <w:r w:rsidRPr="00BE3902">
        <w:rPr>
          <w:rFonts w:ascii="Arial" w:hAnsi="Arial"/>
        </w:rPr>
        <w:t>V node</w:t>
      </w:r>
      <w:r w:rsidR="00A825CE">
        <w:rPr>
          <w:rFonts w:ascii="Arial" w:hAnsi="Arial"/>
        </w:rPr>
        <w:t>),</w:t>
      </w:r>
      <w:r w:rsidRPr="00BE3902">
        <w:rPr>
          <w:rFonts w:ascii="Arial" w:hAnsi="Arial"/>
        </w:rPr>
        <w:t xml:space="preserve"> the signal slows down</w:t>
      </w:r>
    </w:p>
    <w:p w:rsidR="00A825CE" w:rsidRDefault="00A825CE" w:rsidP="003006E9">
      <w:pPr>
        <w:pStyle w:val="ListParagraph"/>
        <w:numPr>
          <w:ilvl w:val="0"/>
          <w:numId w:val="18"/>
        </w:numPr>
        <w:spacing w:after="0"/>
        <w:rPr>
          <w:rFonts w:ascii="Arial" w:hAnsi="Arial"/>
        </w:rPr>
      </w:pPr>
      <w:r w:rsidRPr="00A825CE">
        <w:rPr>
          <w:rFonts w:ascii="Arial" w:hAnsi="Arial"/>
        </w:rPr>
        <w:t xml:space="preserve">Second ~ Atrial ventricular (AV node) </w:t>
      </w:r>
    </w:p>
    <w:p w:rsidR="00A825CE" w:rsidRDefault="00A825CE" w:rsidP="003006E9">
      <w:pPr>
        <w:pStyle w:val="ListParagraph"/>
        <w:numPr>
          <w:ilvl w:val="0"/>
          <w:numId w:val="27"/>
        </w:numPr>
        <w:spacing w:after="0"/>
        <w:rPr>
          <w:rFonts w:ascii="Arial" w:hAnsi="Arial"/>
        </w:rPr>
      </w:pPr>
      <w:r>
        <w:rPr>
          <w:rFonts w:ascii="Arial" w:hAnsi="Arial"/>
        </w:rPr>
        <w:t>F</w:t>
      </w:r>
      <w:r w:rsidR="00F019C0" w:rsidRPr="00A825CE">
        <w:rPr>
          <w:rFonts w:ascii="Arial" w:hAnsi="Arial"/>
        </w:rPr>
        <w:t>ound in the interatrial septum near the coronary sinus</w:t>
      </w:r>
      <w:r>
        <w:rPr>
          <w:rFonts w:ascii="Arial" w:hAnsi="Arial"/>
        </w:rPr>
        <w:t>,</w:t>
      </w:r>
      <w:r w:rsidR="00F019C0" w:rsidRPr="00A825CE">
        <w:rPr>
          <w:rFonts w:ascii="Arial" w:hAnsi="Arial"/>
        </w:rPr>
        <w:t xml:space="preserve"> and also near the AV valve </w:t>
      </w:r>
    </w:p>
    <w:p w:rsidR="00C245DD" w:rsidRDefault="00F019C0" w:rsidP="003006E9">
      <w:pPr>
        <w:pStyle w:val="ListParagraph"/>
        <w:numPr>
          <w:ilvl w:val="0"/>
          <w:numId w:val="27"/>
        </w:numPr>
        <w:spacing w:after="0"/>
        <w:rPr>
          <w:rFonts w:ascii="Arial" w:hAnsi="Arial"/>
        </w:rPr>
      </w:pPr>
      <w:r w:rsidRPr="00A825CE">
        <w:rPr>
          <w:rFonts w:ascii="Arial" w:hAnsi="Arial"/>
        </w:rPr>
        <w:t xml:space="preserve">In the AV valve, we </w:t>
      </w:r>
      <w:r w:rsidR="00C245DD">
        <w:rPr>
          <w:rFonts w:ascii="Arial" w:hAnsi="Arial"/>
        </w:rPr>
        <w:t>h</w:t>
      </w:r>
      <w:r w:rsidRPr="00A825CE">
        <w:rPr>
          <w:rFonts w:ascii="Arial" w:hAnsi="Arial"/>
        </w:rPr>
        <w:t>ave smaller diameter fibers and a decreased number of gap junctions</w:t>
      </w:r>
    </w:p>
    <w:p w:rsidR="00C245DD" w:rsidRDefault="00F019C0" w:rsidP="003006E9">
      <w:pPr>
        <w:pStyle w:val="ListParagraph"/>
        <w:numPr>
          <w:ilvl w:val="0"/>
          <w:numId w:val="28"/>
        </w:numPr>
        <w:spacing w:after="0"/>
        <w:rPr>
          <w:rFonts w:ascii="Arial" w:hAnsi="Arial"/>
        </w:rPr>
      </w:pPr>
      <w:r w:rsidRPr="00A825CE">
        <w:rPr>
          <w:rFonts w:ascii="Arial" w:hAnsi="Arial"/>
        </w:rPr>
        <w:t>The reason for this is we want to slow the signal down after the action potentials have moved through the right and left atrial walls</w:t>
      </w:r>
    </w:p>
    <w:p w:rsidR="00C245DD" w:rsidRDefault="00F019C0" w:rsidP="003006E9">
      <w:pPr>
        <w:pStyle w:val="ListParagraph"/>
        <w:numPr>
          <w:ilvl w:val="0"/>
          <w:numId w:val="28"/>
        </w:numPr>
        <w:spacing w:after="0"/>
        <w:rPr>
          <w:rFonts w:ascii="Arial" w:hAnsi="Arial"/>
        </w:rPr>
      </w:pPr>
      <w:r w:rsidRPr="00A825CE">
        <w:rPr>
          <w:rFonts w:ascii="Arial" w:hAnsi="Arial"/>
        </w:rPr>
        <w:t>This allow</w:t>
      </w:r>
      <w:r w:rsidR="00C245DD">
        <w:rPr>
          <w:rFonts w:ascii="Arial" w:hAnsi="Arial"/>
        </w:rPr>
        <w:t>s</w:t>
      </w:r>
      <w:r w:rsidRPr="00A825CE">
        <w:rPr>
          <w:rFonts w:ascii="Arial" w:hAnsi="Arial"/>
        </w:rPr>
        <w:t xml:space="preserve"> the atria to fully contract and squeeze the last little bit of blood into the ventricle</w:t>
      </w:r>
      <w:r w:rsidR="00C245DD">
        <w:rPr>
          <w:rFonts w:ascii="Arial" w:hAnsi="Arial"/>
        </w:rPr>
        <w:t>,</w:t>
      </w:r>
      <w:r w:rsidRPr="00A825CE">
        <w:rPr>
          <w:rFonts w:ascii="Arial" w:hAnsi="Arial"/>
        </w:rPr>
        <w:t xml:space="preserve"> before the action potentials enter into the ventricle and cause contraction of the ventricles</w:t>
      </w:r>
    </w:p>
    <w:p w:rsidR="00C245DD" w:rsidRDefault="00F019C0" w:rsidP="003006E9">
      <w:pPr>
        <w:pStyle w:val="ListParagraph"/>
        <w:numPr>
          <w:ilvl w:val="0"/>
          <w:numId w:val="28"/>
        </w:numPr>
        <w:spacing w:after="0"/>
        <w:rPr>
          <w:rFonts w:ascii="Arial" w:hAnsi="Arial"/>
        </w:rPr>
      </w:pPr>
      <w:r w:rsidRPr="00A825CE">
        <w:rPr>
          <w:rFonts w:ascii="Arial" w:hAnsi="Arial"/>
        </w:rPr>
        <w:t>We need the atria to be fully contracted to squeeze that blood in before the ventricles or valves close</w:t>
      </w:r>
      <w:r w:rsidR="00C245DD">
        <w:rPr>
          <w:rFonts w:ascii="Arial" w:hAnsi="Arial"/>
        </w:rPr>
        <w:t xml:space="preserve"> </w:t>
      </w:r>
      <w:r w:rsidRPr="00A825CE">
        <w:rPr>
          <w:rFonts w:ascii="Arial" w:hAnsi="Arial"/>
        </w:rPr>
        <w:t>off</w:t>
      </w:r>
    </w:p>
    <w:p w:rsidR="00DD5956" w:rsidRDefault="00F019C0" w:rsidP="003006E9">
      <w:pPr>
        <w:pStyle w:val="ListParagraph"/>
        <w:numPr>
          <w:ilvl w:val="0"/>
          <w:numId w:val="28"/>
        </w:numPr>
        <w:spacing w:after="0"/>
        <w:rPr>
          <w:rFonts w:ascii="Arial" w:hAnsi="Arial"/>
        </w:rPr>
      </w:pPr>
      <w:r w:rsidRPr="00A825CE">
        <w:rPr>
          <w:rFonts w:ascii="Arial" w:hAnsi="Arial"/>
        </w:rPr>
        <w:t>Once the ventricle start</w:t>
      </w:r>
      <w:r w:rsidR="001719D3">
        <w:rPr>
          <w:rFonts w:ascii="Arial" w:hAnsi="Arial"/>
        </w:rPr>
        <w:t>s</w:t>
      </w:r>
      <w:r w:rsidRPr="00A825CE">
        <w:rPr>
          <w:rFonts w:ascii="Arial" w:hAnsi="Arial"/>
        </w:rPr>
        <w:t xml:space="preserve"> to contract, the valves close</w:t>
      </w:r>
      <w:r w:rsidR="00C245DD">
        <w:rPr>
          <w:rFonts w:ascii="Arial" w:hAnsi="Arial"/>
        </w:rPr>
        <w:t>,</w:t>
      </w:r>
      <w:r w:rsidRPr="00A825CE">
        <w:rPr>
          <w:rFonts w:ascii="Arial" w:hAnsi="Arial"/>
        </w:rPr>
        <w:t xml:space="preserve"> and we can no longer add any more blood into the ventricles before they can </w:t>
      </w:r>
      <w:r w:rsidR="00C245DD">
        <w:rPr>
          <w:rFonts w:ascii="Arial" w:hAnsi="Arial"/>
        </w:rPr>
        <w:t>con</w:t>
      </w:r>
      <w:r w:rsidRPr="00A825CE">
        <w:rPr>
          <w:rFonts w:ascii="Arial" w:hAnsi="Arial"/>
        </w:rPr>
        <w:t>trac</w:t>
      </w:r>
      <w:r w:rsidR="00C245DD">
        <w:rPr>
          <w:rFonts w:ascii="Arial" w:hAnsi="Arial"/>
        </w:rPr>
        <w:t>t</w:t>
      </w:r>
    </w:p>
    <w:p w:rsidR="00DD5956" w:rsidRPr="00DD5956" w:rsidRDefault="00DD5956" w:rsidP="003006E9">
      <w:pPr>
        <w:pStyle w:val="ListParagraph"/>
        <w:numPr>
          <w:ilvl w:val="0"/>
          <w:numId w:val="29"/>
        </w:numPr>
        <w:spacing w:after="0"/>
        <w:rPr>
          <w:rFonts w:ascii="Arial" w:hAnsi="Arial"/>
        </w:rPr>
      </w:pPr>
      <w:r>
        <w:rPr>
          <w:rFonts w:ascii="Arial" w:hAnsi="Arial"/>
        </w:rPr>
        <w:t xml:space="preserve">The AV node is connected to the next portion of the conducting system </w:t>
      </w:r>
    </w:p>
    <w:p w:rsidR="001719D3" w:rsidRDefault="001719D3" w:rsidP="003006E9">
      <w:pPr>
        <w:pStyle w:val="ListParagraph"/>
        <w:numPr>
          <w:ilvl w:val="0"/>
          <w:numId w:val="18"/>
        </w:numPr>
        <w:spacing w:after="0"/>
        <w:rPr>
          <w:rFonts w:ascii="Arial" w:hAnsi="Arial"/>
        </w:rPr>
      </w:pPr>
      <w:r>
        <w:rPr>
          <w:rFonts w:ascii="Arial" w:hAnsi="Arial"/>
        </w:rPr>
        <w:t>Third ~ Atri</w:t>
      </w:r>
      <w:r w:rsidR="00DD5956">
        <w:rPr>
          <w:rFonts w:ascii="Arial" w:hAnsi="Arial"/>
        </w:rPr>
        <w:t>o</w:t>
      </w:r>
      <w:r>
        <w:rPr>
          <w:rFonts w:ascii="Arial" w:hAnsi="Arial"/>
        </w:rPr>
        <w:t>vent</w:t>
      </w:r>
      <w:r w:rsidR="00DD5956">
        <w:rPr>
          <w:rFonts w:ascii="Arial" w:hAnsi="Arial"/>
        </w:rPr>
        <w:t xml:space="preserve">ricular bundle (AV bundle or bundle of HIS) </w:t>
      </w:r>
    </w:p>
    <w:p w:rsidR="00DD5956" w:rsidRDefault="00DD5956" w:rsidP="003006E9">
      <w:pPr>
        <w:pStyle w:val="ListParagraph"/>
        <w:numPr>
          <w:ilvl w:val="0"/>
          <w:numId w:val="29"/>
        </w:numPr>
        <w:spacing w:after="0"/>
        <w:rPr>
          <w:rFonts w:ascii="Arial" w:hAnsi="Arial"/>
        </w:rPr>
      </w:pPr>
      <w:r>
        <w:rPr>
          <w:rFonts w:ascii="Arial" w:hAnsi="Arial"/>
        </w:rPr>
        <w:t>Is</w:t>
      </w:r>
      <w:r w:rsidR="00F019C0" w:rsidRPr="00DD5956">
        <w:rPr>
          <w:rFonts w:ascii="Arial" w:hAnsi="Arial"/>
        </w:rPr>
        <w:t xml:space="preserve"> where the signal is able to move through a small hole in </w:t>
      </w:r>
      <w:r>
        <w:rPr>
          <w:rFonts w:ascii="Arial" w:hAnsi="Arial"/>
        </w:rPr>
        <w:t xml:space="preserve">the </w:t>
      </w:r>
      <w:r w:rsidR="0026008F" w:rsidRPr="00DD5956">
        <w:rPr>
          <w:rFonts w:ascii="Arial" w:hAnsi="Arial"/>
        </w:rPr>
        <w:t>fibro</w:t>
      </w:r>
      <w:r w:rsidR="0026008F">
        <w:rPr>
          <w:rFonts w:ascii="Arial" w:hAnsi="Arial"/>
        </w:rPr>
        <w:t>us</w:t>
      </w:r>
      <w:r w:rsidR="00F019C0" w:rsidRPr="00DD5956">
        <w:rPr>
          <w:rFonts w:ascii="Arial" w:hAnsi="Arial"/>
        </w:rPr>
        <w:t xml:space="preserve"> skeleton</w:t>
      </w:r>
      <w:r>
        <w:rPr>
          <w:rFonts w:ascii="Arial" w:hAnsi="Arial"/>
        </w:rPr>
        <w:t xml:space="preserve">, </w:t>
      </w:r>
      <w:r w:rsidR="00F019C0" w:rsidRPr="00DD5956">
        <w:rPr>
          <w:rFonts w:ascii="Arial" w:hAnsi="Arial"/>
        </w:rPr>
        <w:t xml:space="preserve">to move from the atria region into the ventricle region </w:t>
      </w:r>
    </w:p>
    <w:p w:rsidR="0026008F" w:rsidRDefault="0026008F" w:rsidP="003006E9">
      <w:pPr>
        <w:pStyle w:val="ListParagraph"/>
        <w:numPr>
          <w:ilvl w:val="0"/>
          <w:numId w:val="29"/>
        </w:numPr>
        <w:spacing w:after="0"/>
        <w:rPr>
          <w:rFonts w:ascii="Arial" w:hAnsi="Arial"/>
        </w:rPr>
      </w:pPr>
      <w:r>
        <w:rPr>
          <w:rFonts w:ascii="Arial" w:hAnsi="Arial"/>
        </w:rPr>
        <w:t>This is ho</w:t>
      </w:r>
      <w:r w:rsidR="00026D4B">
        <w:rPr>
          <w:rFonts w:ascii="Arial" w:hAnsi="Arial"/>
        </w:rPr>
        <w:t xml:space="preserve">w </w:t>
      </w:r>
      <w:r>
        <w:rPr>
          <w:rFonts w:ascii="Arial" w:hAnsi="Arial"/>
        </w:rPr>
        <w:t xml:space="preserve">we tightly control the electrical conductivity through the heart </w:t>
      </w:r>
    </w:p>
    <w:p w:rsidR="00026D4B" w:rsidRDefault="00F019C0" w:rsidP="003006E9">
      <w:pPr>
        <w:pStyle w:val="ListParagraph"/>
        <w:numPr>
          <w:ilvl w:val="0"/>
          <w:numId w:val="29"/>
        </w:numPr>
        <w:spacing w:after="0"/>
        <w:rPr>
          <w:rFonts w:ascii="Arial" w:hAnsi="Arial"/>
        </w:rPr>
      </w:pPr>
      <w:r w:rsidRPr="00DD5956">
        <w:rPr>
          <w:rFonts w:ascii="Arial" w:hAnsi="Arial"/>
        </w:rPr>
        <w:lastRenderedPageBreak/>
        <w:t xml:space="preserve">In the </w:t>
      </w:r>
      <w:r w:rsidR="00026D4B" w:rsidRPr="00DD5956">
        <w:rPr>
          <w:rFonts w:ascii="Arial" w:hAnsi="Arial"/>
        </w:rPr>
        <w:t>fibro</w:t>
      </w:r>
      <w:r w:rsidR="00026D4B">
        <w:rPr>
          <w:rFonts w:ascii="Arial" w:hAnsi="Arial"/>
        </w:rPr>
        <w:t>us</w:t>
      </w:r>
      <w:r w:rsidRPr="00DD5956">
        <w:rPr>
          <w:rFonts w:ascii="Arial" w:hAnsi="Arial"/>
        </w:rPr>
        <w:t xml:space="preserve"> skeleton in this region, we have a small hole where the bundle of </w:t>
      </w:r>
      <w:r w:rsidR="00026D4B">
        <w:rPr>
          <w:rFonts w:ascii="Arial" w:hAnsi="Arial"/>
        </w:rPr>
        <w:t>HIS</w:t>
      </w:r>
      <w:r w:rsidRPr="00DD5956">
        <w:rPr>
          <w:rFonts w:ascii="Arial" w:hAnsi="Arial"/>
        </w:rPr>
        <w:t xml:space="preserve"> moves through </w:t>
      </w:r>
    </w:p>
    <w:p w:rsidR="00026D4B" w:rsidRDefault="00026D4B" w:rsidP="003006E9">
      <w:pPr>
        <w:pStyle w:val="ListParagraph"/>
        <w:numPr>
          <w:ilvl w:val="0"/>
          <w:numId w:val="29"/>
        </w:numPr>
        <w:spacing w:after="0"/>
        <w:rPr>
          <w:rFonts w:ascii="Arial" w:hAnsi="Arial"/>
        </w:rPr>
      </w:pPr>
      <w:r>
        <w:rPr>
          <w:rFonts w:ascii="Arial" w:hAnsi="Arial"/>
        </w:rPr>
        <w:t xml:space="preserve">That is </w:t>
      </w:r>
      <w:r w:rsidR="00F019C0" w:rsidRPr="00DD5956">
        <w:rPr>
          <w:rFonts w:ascii="Arial" w:hAnsi="Arial"/>
        </w:rPr>
        <w:t xml:space="preserve">the only place the electrical signal can go from the atria into the ventricle </w:t>
      </w:r>
    </w:p>
    <w:p w:rsidR="00651CDE" w:rsidRDefault="00F019C0" w:rsidP="003006E9">
      <w:pPr>
        <w:pStyle w:val="ListParagraph"/>
        <w:numPr>
          <w:ilvl w:val="0"/>
          <w:numId w:val="29"/>
        </w:numPr>
        <w:spacing w:after="0"/>
        <w:rPr>
          <w:rFonts w:ascii="Arial" w:hAnsi="Arial"/>
        </w:rPr>
      </w:pPr>
      <w:r w:rsidRPr="00DD5956">
        <w:rPr>
          <w:rFonts w:ascii="Arial" w:hAnsi="Arial"/>
        </w:rPr>
        <w:t>It had to be slow</w:t>
      </w:r>
      <w:r w:rsidR="00026D4B">
        <w:rPr>
          <w:rFonts w:ascii="Arial" w:hAnsi="Arial"/>
        </w:rPr>
        <w:t xml:space="preserve">ed </w:t>
      </w:r>
      <w:r w:rsidRPr="00DD5956">
        <w:rPr>
          <w:rFonts w:ascii="Arial" w:hAnsi="Arial"/>
        </w:rPr>
        <w:t xml:space="preserve">down through the </w:t>
      </w:r>
      <w:r w:rsidR="00026D4B">
        <w:rPr>
          <w:rFonts w:ascii="Arial" w:hAnsi="Arial"/>
        </w:rPr>
        <w:t>AV</w:t>
      </w:r>
      <w:r w:rsidRPr="00DD5956">
        <w:rPr>
          <w:rFonts w:ascii="Arial" w:hAnsi="Arial"/>
        </w:rPr>
        <w:t xml:space="preserve"> </w:t>
      </w:r>
      <w:r w:rsidR="00D531BC">
        <w:rPr>
          <w:rFonts w:ascii="Arial" w:hAnsi="Arial"/>
        </w:rPr>
        <w:t xml:space="preserve">node </w:t>
      </w:r>
      <w:r w:rsidRPr="00DD5956">
        <w:rPr>
          <w:rFonts w:ascii="Arial" w:hAnsi="Arial"/>
        </w:rPr>
        <w:t>firs</w:t>
      </w:r>
      <w:r w:rsidR="00026D4B">
        <w:rPr>
          <w:rFonts w:ascii="Arial" w:hAnsi="Arial"/>
        </w:rPr>
        <w:t xml:space="preserve">t </w:t>
      </w:r>
      <w:r w:rsidRPr="00DD5956">
        <w:rPr>
          <w:rFonts w:ascii="Arial" w:hAnsi="Arial"/>
        </w:rPr>
        <w:t xml:space="preserve"> </w:t>
      </w:r>
    </w:p>
    <w:p w:rsidR="00D12F62" w:rsidRDefault="00651CDE" w:rsidP="003006E9">
      <w:pPr>
        <w:pStyle w:val="ListParagraph"/>
        <w:numPr>
          <w:ilvl w:val="0"/>
          <w:numId w:val="29"/>
        </w:numPr>
        <w:spacing w:after="0"/>
        <w:rPr>
          <w:rFonts w:ascii="Arial" w:hAnsi="Arial"/>
        </w:rPr>
      </w:pPr>
      <w:r>
        <w:rPr>
          <w:rFonts w:ascii="Arial" w:hAnsi="Arial"/>
        </w:rPr>
        <w:t>This is what is</w:t>
      </w:r>
      <w:r w:rsidR="00026D4B">
        <w:rPr>
          <w:rFonts w:ascii="Arial" w:hAnsi="Arial"/>
        </w:rPr>
        <w:t xml:space="preserve"> g</w:t>
      </w:r>
      <w:r w:rsidR="00F019C0" w:rsidRPr="00026D4B">
        <w:rPr>
          <w:rFonts w:ascii="Arial" w:hAnsi="Arial"/>
        </w:rPr>
        <w:t>iving us that nice coordinated contraction that we need in order to fully pump the blood out of the heart</w:t>
      </w:r>
    </w:p>
    <w:p w:rsidR="004666A0" w:rsidRDefault="004666A0" w:rsidP="003006E9">
      <w:pPr>
        <w:pStyle w:val="ListParagraph"/>
        <w:numPr>
          <w:ilvl w:val="0"/>
          <w:numId w:val="29"/>
        </w:numPr>
        <w:spacing w:after="0"/>
        <w:rPr>
          <w:rFonts w:ascii="Arial" w:hAnsi="Arial"/>
        </w:rPr>
      </w:pPr>
      <w:r>
        <w:rPr>
          <w:rFonts w:ascii="Arial" w:hAnsi="Arial"/>
        </w:rPr>
        <w:t>Conclusion: The AV bundle is the gateway from the atria into the ventricles</w:t>
      </w:r>
    </w:p>
    <w:p w:rsidR="005C5FF7" w:rsidRDefault="005C5FF7" w:rsidP="003006E9">
      <w:pPr>
        <w:pStyle w:val="ListParagraph"/>
        <w:numPr>
          <w:ilvl w:val="0"/>
          <w:numId w:val="29"/>
        </w:numPr>
        <w:spacing w:after="0"/>
        <w:rPr>
          <w:rFonts w:ascii="Arial" w:hAnsi="Arial"/>
        </w:rPr>
      </w:pPr>
      <w:r>
        <w:rPr>
          <w:rFonts w:ascii="Arial" w:hAnsi="Arial"/>
        </w:rPr>
        <w:t>O</w:t>
      </w:r>
      <w:r w:rsidRPr="0038791C">
        <w:rPr>
          <w:rFonts w:ascii="Arial" w:hAnsi="Arial"/>
        </w:rPr>
        <w:t xml:space="preserve">nce the signal reaches the </w:t>
      </w:r>
      <w:r>
        <w:rPr>
          <w:rFonts w:ascii="Arial" w:hAnsi="Arial"/>
        </w:rPr>
        <w:t>AV</w:t>
      </w:r>
      <w:r w:rsidRPr="0038791C">
        <w:rPr>
          <w:rFonts w:ascii="Arial" w:hAnsi="Arial"/>
        </w:rPr>
        <w:t xml:space="preserve"> bundle and it moves into the ventricular region, it will then split into the right and left bundle branches</w:t>
      </w:r>
    </w:p>
    <w:p w:rsidR="0038791C" w:rsidRDefault="0038791C" w:rsidP="003006E9">
      <w:pPr>
        <w:pStyle w:val="ListParagraph"/>
        <w:numPr>
          <w:ilvl w:val="0"/>
          <w:numId w:val="18"/>
        </w:numPr>
        <w:spacing w:after="0"/>
        <w:rPr>
          <w:rFonts w:ascii="Arial" w:hAnsi="Arial"/>
        </w:rPr>
      </w:pPr>
      <w:r>
        <w:rPr>
          <w:rFonts w:ascii="Arial" w:hAnsi="Arial"/>
        </w:rPr>
        <w:t>Fourth ~ Right and left bundle branches</w:t>
      </w:r>
    </w:p>
    <w:p w:rsidR="00653BBC" w:rsidRDefault="00F019C0" w:rsidP="003006E9">
      <w:pPr>
        <w:pStyle w:val="ListParagraph"/>
        <w:numPr>
          <w:ilvl w:val="0"/>
          <w:numId w:val="30"/>
        </w:numPr>
        <w:spacing w:after="0"/>
        <w:rPr>
          <w:rFonts w:ascii="Arial" w:hAnsi="Arial"/>
        </w:rPr>
      </w:pPr>
      <w:r w:rsidRPr="0038791C">
        <w:rPr>
          <w:rFonts w:ascii="Arial" w:hAnsi="Arial"/>
        </w:rPr>
        <w:t>In the ventricles</w:t>
      </w:r>
      <w:r w:rsidR="00653BBC">
        <w:rPr>
          <w:rFonts w:ascii="Arial" w:hAnsi="Arial"/>
        </w:rPr>
        <w:t>;</w:t>
      </w:r>
    </w:p>
    <w:p w:rsidR="00653BBC" w:rsidRDefault="00653BBC" w:rsidP="003006E9">
      <w:pPr>
        <w:pStyle w:val="ListParagraph"/>
        <w:numPr>
          <w:ilvl w:val="0"/>
          <w:numId w:val="31"/>
        </w:numPr>
        <w:spacing w:after="0"/>
        <w:rPr>
          <w:rFonts w:ascii="Arial" w:hAnsi="Arial"/>
        </w:rPr>
      </w:pPr>
      <w:r>
        <w:rPr>
          <w:rFonts w:ascii="Arial" w:hAnsi="Arial"/>
        </w:rPr>
        <w:t>T</w:t>
      </w:r>
      <w:r w:rsidR="00F019C0" w:rsidRPr="0038791C">
        <w:rPr>
          <w:rFonts w:ascii="Arial" w:hAnsi="Arial"/>
        </w:rPr>
        <w:t xml:space="preserve">he number of gap junctions rises </w:t>
      </w:r>
    </w:p>
    <w:p w:rsidR="00653BBC" w:rsidRDefault="00653BBC" w:rsidP="003006E9">
      <w:pPr>
        <w:pStyle w:val="ListParagraph"/>
        <w:numPr>
          <w:ilvl w:val="0"/>
          <w:numId w:val="31"/>
        </w:numPr>
        <w:spacing w:after="0"/>
        <w:rPr>
          <w:rFonts w:ascii="Arial" w:hAnsi="Arial"/>
        </w:rPr>
      </w:pPr>
      <w:r>
        <w:rPr>
          <w:rFonts w:ascii="Arial" w:hAnsi="Arial"/>
        </w:rPr>
        <w:t>The</w:t>
      </w:r>
      <w:r w:rsidR="00F019C0" w:rsidRPr="0038791C">
        <w:rPr>
          <w:rFonts w:ascii="Arial" w:hAnsi="Arial"/>
        </w:rPr>
        <w:t xml:space="preserve"> diameter of the cardiac cells and the conducting system </w:t>
      </w:r>
      <w:r>
        <w:rPr>
          <w:rFonts w:ascii="Arial" w:hAnsi="Arial"/>
        </w:rPr>
        <w:t>also</w:t>
      </w:r>
      <w:r w:rsidR="00F019C0" w:rsidRPr="0038791C">
        <w:rPr>
          <w:rFonts w:ascii="Arial" w:hAnsi="Arial"/>
        </w:rPr>
        <w:t xml:space="preserve"> rises</w:t>
      </w:r>
    </w:p>
    <w:p w:rsidR="00653BBC" w:rsidRDefault="00653BBC" w:rsidP="003006E9">
      <w:pPr>
        <w:pStyle w:val="ListParagraph"/>
        <w:numPr>
          <w:ilvl w:val="0"/>
          <w:numId w:val="31"/>
        </w:numPr>
        <w:spacing w:after="0"/>
        <w:rPr>
          <w:rFonts w:ascii="Arial" w:hAnsi="Arial"/>
        </w:rPr>
      </w:pPr>
      <w:r>
        <w:rPr>
          <w:rFonts w:ascii="Arial" w:hAnsi="Arial"/>
        </w:rPr>
        <w:t>Therefore, we now have</w:t>
      </w:r>
      <w:r w:rsidR="00F019C0" w:rsidRPr="0038791C">
        <w:rPr>
          <w:rFonts w:ascii="Arial" w:hAnsi="Arial"/>
        </w:rPr>
        <w:t xml:space="preserve"> very fast conduction of our action potentials</w:t>
      </w:r>
      <w:r>
        <w:rPr>
          <w:rFonts w:ascii="Arial" w:hAnsi="Arial"/>
        </w:rPr>
        <w:t xml:space="preserve"> </w:t>
      </w:r>
      <w:r w:rsidR="00F019C0" w:rsidRPr="0038791C">
        <w:rPr>
          <w:rFonts w:ascii="Arial" w:hAnsi="Arial"/>
        </w:rPr>
        <w:t>through the right and left bundle branches</w:t>
      </w:r>
      <w:r>
        <w:rPr>
          <w:rFonts w:ascii="Arial" w:hAnsi="Arial"/>
        </w:rPr>
        <w:t xml:space="preserve"> </w:t>
      </w:r>
    </w:p>
    <w:p w:rsidR="00947411" w:rsidRDefault="00F019C0" w:rsidP="003006E9">
      <w:pPr>
        <w:pStyle w:val="ListParagraph"/>
        <w:numPr>
          <w:ilvl w:val="0"/>
          <w:numId w:val="30"/>
        </w:numPr>
        <w:spacing w:after="0"/>
        <w:rPr>
          <w:rFonts w:ascii="Arial" w:hAnsi="Arial"/>
        </w:rPr>
      </w:pPr>
      <w:r w:rsidRPr="00947411">
        <w:rPr>
          <w:rFonts w:ascii="Arial" w:hAnsi="Arial"/>
        </w:rPr>
        <w:t>The bundle branches extend beneath</w:t>
      </w:r>
      <w:r w:rsidR="00947411">
        <w:rPr>
          <w:rFonts w:ascii="Arial" w:hAnsi="Arial"/>
        </w:rPr>
        <w:t xml:space="preserve"> the</w:t>
      </w:r>
      <w:r w:rsidRPr="00947411">
        <w:rPr>
          <w:rFonts w:ascii="Arial" w:hAnsi="Arial"/>
        </w:rPr>
        <w:t xml:space="preserve"> endo</w:t>
      </w:r>
      <w:r w:rsidR="007F43B1" w:rsidRPr="00947411">
        <w:rPr>
          <w:rFonts w:ascii="Arial" w:hAnsi="Arial"/>
        </w:rPr>
        <w:t>cardium</w:t>
      </w:r>
    </w:p>
    <w:p w:rsidR="00947411" w:rsidRDefault="00947411" w:rsidP="003006E9">
      <w:pPr>
        <w:pStyle w:val="ListParagraph"/>
        <w:numPr>
          <w:ilvl w:val="0"/>
          <w:numId w:val="32"/>
        </w:numPr>
        <w:spacing w:after="0"/>
        <w:rPr>
          <w:rFonts w:ascii="Arial" w:hAnsi="Arial"/>
        </w:rPr>
      </w:pPr>
      <w:r>
        <w:rPr>
          <w:rFonts w:ascii="Arial" w:hAnsi="Arial"/>
        </w:rPr>
        <w:t>Endocardium ~ The</w:t>
      </w:r>
      <w:r w:rsidR="007F43B1" w:rsidRPr="00947411">
        <w:rPr>
          <w:rFonts w:ascii="Arial" w:hAnsi="Arial"/>
        </w:rPr>
        <w:t xml:space="preserve"> </w:t>
      </w:r>
      <w:r w:rsidR="00F019C0" w:rsidRPr="00947411">
        <w:rPr>
          <w:rFonts w:ascii="Arial" w:hAnsi="Arial"/>
        </w:rPr>
        <w:t>layer covering the inner walls of the h</w:t>
      </w:r>
      <w:r w:rsidR="007F43B1" w:rsidRPr="00947411">
        <w:rPr>
          <w:rFonts w:ascii="Arial" w:hAnsi="Arial"/>
        </w:rPr>
        <w:t>ea</w:t>
      </w:r>
      <w:r w:rsidR="00F019C0" w:rsidRPr="00947411">
        <w:rPr>
          <w:rFonts w:ascii="Arial" w:hAnsi="Arial"/>
        </w:rPr>
        <w:t>rt</w:t>
      </w:r>
    </w:p>
    <w:p w:rsidR="00C9256B" w:rsidRDefault="00947411" w:rsidP="003006E9">
      <w:pPr>
        <w:pStyle w:val="ListParagraph"/>
        <w:numPr>
          <w:ilvl w:val="0"/>
          <w:numId w:val="30"/>
        </w:numPr>
        <w:spacing w:after="0"/>
        <w:rPr>
          <w:rFonts w:ascii="Arial" w:hAnsi="Arial"/>
        </w:rPr>
      </w:pPr>
      <w:r>
        <w:rPr>
          <w:rFonts w:ascii="Arial" w:hAnsi="Arial"/>
        </w:rPr>
        <w:t xml:space="preserve">It also </w:t>
      </w:r>
      <w:r w:rsidR="00F019C0" w:rsidRPr="00947411">
        <w:rPr>
          <w:rFonts w:ascii="Arial" w:hAnsi="Arial"/>
        </w:rPr>
        <w:t>extends through the inte</w:t>
      </w:r>
      <w:r w:rsidR="007F43B1" w:rsidRPr="00947411">
        <w:rPr>
          <w:rFonts w:ascii="Arial" w:hAnsi="Arial"/>
        </w:rPr>
        <w:t>rven</w:t>
      </w:r>
      <w:r w:rsidR="00F019C0" w:rsidRPr="00947411">
        <w:rPr>
          <w:rFonts w:ascii="Arial" w:hAnsi="Arial"/>
        </w:rPr>
        <w:t xml:space="preserve">tricular septum down to the </w:t>
      </w:r>
      <w:r w:rsidR="007F43B1" w:rsidRPr="00947411">
        <w:rPr>
          <w:rFonts w:ascii="Arial" w:hAnsi="Arial"/>
        </w:rPr>
        <w:t xml:space="preserve">apices or </w:t>
      </w:r>
      <w:r w:rsidR="00F019C0" w:rsidRPr="00947411">
        <w:rPr>
          <w:rFonts w:ascii="Arial" w:hAnsi="Arial"/>
        </w:rPr>
        <w:t>the apex of the h</w:t>
      </w:r>
      <w:r w:rsidR="007F43B1" w:rsidRPr="00947411">
        <w:rPr>
          <w:rFonts w:ascii="Arial" w:hAnsi="Arial"/>
        </w:rPr>
        <w:t>ear</w:t>
      </w:r>
      <w:r w:rsidR="00F019C0" w:rsidRPr="00947411">
        <w:rPr>
          <w:rFonts w:ascii="Arial" w:hAnsi="Arial"/>
        </w:rPr>
        <w:t>t</w:t>
      </w:r>
    </w:p>
    <w:p w:rsidR="00126D54" w:rsidRDefault="007F43B1" w:rsidP="003006E9">
      <w:pPr>
        <w:pStyle w:val="ListParagraph"/>
        <w:numPr>
          <w:ilvl w:val="0"/>
          <w:numId w:val="30"/>
        </w:numPr>
        <w:spacing w:after="0"/>
        <w:rPr>
          <w:rFonts w:ascii="Arial" w:hAnsi="Arial"/>
        </w:rPr>
      </w:pPr>
      <w:r w:rsidRPr="00947411">
        <w:rPr>
          <w:rFonts w:ascii="Arial" w:hAnsi="Arial"/>
        </w:rPr>
        <w:t>O</w:t>
      </w:r>
      <w:r w:rsidR="00F019C0" w:rsidRPr="00947411">
        <w:rPr>
          <w:rFonts w:ascii="Arial" w:hAnsi="Arial"/>
        </w:rPr>
        <w:t>nce it reaches the apex, it</w:t>
      </w:r>
      <w:r>
        <w:t xml:space="preserve"> </w:t>
      </w:r>
      <w:r w:rsidR="00F019C0" w:rsidRPr="00947411">
        <w:rPr>
          <w:rFonts w:ascii="Arial" w:hAnsi="Arial"/>
        </w:rPr>
        <w:t>folds back up along the outside regions of the ventricles and forms fibers known as the purkinje fibers</w:t>
      </w:r>
    </w:p>
    <w:p w:rsidR="00222F0D" w:rsidRDefault="00222F0D" w:rsidP="003006E9">
      <w:pPr>
        <w:pStyle w:val="ListParagraph"/>
        <w:numPr>
          <w:ilvl w:val="0"/>
          <w:numId w:val="18"/>
        </w:numPr>
        <w:spacing w:after="0"/>
        <w:rPr>
          <w:rFonts w:ascii="Arial" w:hAnsi="Arial"/>
        </w:rPr>
      </w:pPr>
      <w:r>
        <w:rPr>
          <w:rFonts w:ascii="Arial" w:hAnsi="Arial"/>
        </w:rPr>
        <w:t>Fifth ~ Purkinje fibers</w:t>
      </w:r>
    </w:p>
    <w:p w:rsidR="00222F0D" w:rsidRDefault="00222F0D" w:rsidP="003006E9">
      <w:pPr>
        <w:pStyle w:val="ListParagraph"/>
        <w:numPr>
          <w:ilvl w:val="0"/>
          <w:numId w:val="33"/>
        </w:numPr>
        <w:spacing w:after="0"/>
        <w:rPr>
          <w:rFonts w:ascii="Arial" w:hAnsi="Arial"/>
        </w:rPr>
      </w:pPr>
      <w:r>
        <w:rPr>
          <w:rFonts w:ascii="Arial" w:hAnsi="Arial"/>
        </w:rPr>
        <w:t>Purkinje fibers ~ Very large diameter cardiac muscle cells, with very few myofibrils</w:t>
      </w:r>
    </w:p>
    <w:p w:rsidR="00222F0D" w:rsidRDefault="00222F0D" w:rsidP="003006E9">
      <w:pPr>
        <w:pStyle w:val="ListParagraph"/>
        <w:numPr>
          <w:ilvl w:val="0"/>
          <w:numId w:val="32"/>
        </w:numPr>
        <w:spacing w:after="0"/>
        <w:rPr>
          <w:rFonts w:ascii="Arial" w:hAnsi="Arial"/>
        </w:rPr>
      </w:pPr>
      <w:r>
        <w:rPr>
          <w:rFonts w:ascii="Arial" w:hAnsi="Arial"/>
        </w:rPr>
        <w:t xml:space="preserve">Therefore, </w:t>
      </w:r>
      <w:r w:rsidR="00F019C0" w:rsidRPr="00222F0D">
        <w:rPr>
          <w:rFonts w:ascii="Arial" w:hAnsi="Arial"/>
        </w:rPr>
        <w:t>their job isn't contraction</w:t>
      </w:r>
    </w:p>
    <w:p w:rsidR="00222F0D" w:rsidRDefault="00222F0D" w:rsidP="003006E9">
      <w:pPr>
        <w:pStyle w:val="ListParagraph"/>
        <w:numPr>
          <w:ilvl w:val="0"/>
          <w:numId w:val="33"/>
        </w:numPr>
        <w:spacing w:after="0"/>
        <w:rPr>
          <w:rFonts w:ascii="Arial" w:hAnsi="Arial"/>
        </w:rPr>
      </w:pPr>
      <w:r w:rsidRPr="00222F0D">
        <w:rPr>
          <w:rFonts w:ascii="Arial" w:hAnsi="Arial"/>
        </w:rPr>
        <w:t>T</w:t>
      </w:r>
      <w:r w:rsidR="00F019C0" w:rsidRPr="00222F0D">
        <w:rPr>
          <w:rFonts w:ascii="Arial" w:hAnsi="Arial"/>
        </w:rPr>
        <w:t>heir job is to send the signal and send it fast</w:t>
      </w:r>
    </w:p>
    <w:p w:rsidR="003C45B1" w:rsidRDefault="00F019C0" w:rsidP="003006E9">
      <w:pPr>
        <w:pStyle w:val="ListParagraph"/>
        <w:numPr>
          <w:ilvl w:val="0"/>
          <w:numId w:val="33"/>
        </w:numPr>
        <w:spacing w:after="0"/>
        <w:rPr>
          <w:rFonts w:ascii="Arial" w:hAnsi="Arial"/>
        </w:rPr>
      </w:pPr>
      <w:r w:rsidRPr="00222F0D">
        <w:rPr>
          <w:rFonts w:ascii="Arial" w:hAnsi="Arial"/>
        </w:rPr>
        <w:t xml:space="preserve">They </w:t>
      </w:r>
      <w:r w:rsidR="003C45B1">
        <w:rPr>
          <w:rFonts w:ascii="Arial" w:hAnsi="Arial"/>
        </w:rPr>
        <w:t xml:space="preserve">have </w:t>
      </w:r>
      <w:r w:rsidR="000511D3">
        <w:rPr>
          <w:rFonts w:ascii="Arial" w:hAnsi="Arial"/>
        </w:rPr>
        <w:t xml:space="preserve">many </w:t>
      </w:r>
      <w:r w:rsidRPr="00222F0D">
        <w:rPr>
          <w:rFonts w:ascii="Arial" w:hAnsi="Arial"/>
        </w:rPr>
        <w:t xml:space="preserve">gap junctions, so they can </w:t>
      </w:r>
      <w:r w:rsidR="003C45B1">
        <w:rPr>
          <w:rFonts w:ascii="Arial" w:hAnsi="Arial"/>
        </w:rPr>
        <w:t>send</w:t>
      </w:r>
      <w:r w:rsidRPr="00222F0D">
        <w:rPr>
          <w:rFonts w:ascii="Arial" w:hAnsi="Arial"/>
        </w:rPr>
        <w:t xml:space="preserve"> the action potential very quickly to the rest of the ventricular muscle cells</w:t>
      </w:r>
    </w:p>
    <w:p w:rsidR="00D5761F" w:rsidRDefault="00D5761F" w:rsidP="00D5761F">
      <w:pPr>
        <w:spacing w:after="0"/>
        <w:rPr>
          <w:rFonts w:ascii="Arial" w:hAnsi="Arial"/>
        </w:rPr>
      </w:pPr>
    </w:p>
    <w:p w:rsidR="00D5761F" w:rsidRDefault="00D5761F" w:rsidP="00D5761F">
      <w:pPr>
        <w:spacing w:after="0"/>
        <w:rPr>
          <w:rFonts w:ascii="Arial" w:hAnsi="Arial"/>
        </w:rPr>
      </w:pPr>
      <w:r>
        <w:rPr>
          <w:rFonts w:ascii="Arial" w:hAnsi="Arial"/>
        </w:rPr>
        <w:t xml:space="preserve">Summary: What is happening is </w:t>
      </w:r>
    </w:p>
    <w:p w:rsidR="0064479D" w:rsidRDefault="00D5761F" w:rsidP="003006E9">
      <w:pPr>
        <w:pStyle w:val="ListParagraph"/>
        <w:numPr>
          <w:ilvl w:val="0"/>
          <w:numId w:val="18"/>
        </w:numPr>
        <w:spacing w:after="0"/>
        <w:rPr>
          <w:rFonts w:ascii="Arial" w:hAnsi="Arial"/>
        </w:rPr>
      </w:pPr>
      <w:r w:rsidRPr="00D5761F">
        <w:rPr>
          <w:rFonts w:ascii="Arial" w:hAnsi="Arial"/>
        </w:rPr>
        <w:t>T</w:t>
      </w:r>
      <w:r w:rsidR="00F019C0" w:rsidRPr="00D5761F">
        <w:rPr>
          <w:rFonts w:ascii="Arial" w:hAnsi="Arial"/>
        </w:rPr>
        <w:t>he signal slow</w:t>
      </w:r>
      <w:r w:rsidRPr="00D5761F">
        <w:rPr>
          <w:rFonts w:ascii="Arial" w:hAnsi="Arial"/>
        </w:rPr>
        <w:t>ed</w:t>
      </w:r>
      <w:r w:rsidR="00F019C0" w:rsidRPr="00D5761F">
        <w:rPr>
          <w:rFonts w:ascii="Arial" w:hAnsi="Arial"/>
        </w:rPr>
        <w:t xml:space="preserve"> </w:t>
      </w:r>
      <w:r>
        <w:rPr>
          <w:rFonts w:ascii="Arial" w:hAnsi="Arial"/>
        </w:rPr>
        <w:t>= C</w:t>
      </w:r>
      <w:r w:rsidR="00F019C0" w:rsidRPr="00D5761F">
        <w:rPr>
          <w:rFonts w:ascii="Arial" w:hAnsi="Arial"/>
        </w:rPr>
        <w:t>ontraction in the atria</w:t>
      </w:r>
      <w:r>
        <w:rPr>
          <w:rFonts w:ascii="Arial" w:hAnsi="Arial"/>
        </w:rPr>
        <w:t xml:space="preserve"> </w:t>
      </w:r>
      <w:r w:rsidRPr="00D5761F">
        <w:rPr>
          <w:rFonts w:ascii="Arial" w:hAnsi="Arial"/>
        </w:rPr>
        <w:sym w:font="Wingdings" w:char="F0E0"/>
      </w:r>
      <w:r>
        <w:rPr>
          <w:rFonts w:ascii="Arial" w:hAnsi="Arial"/>
        </w:rPr>
        <w:t xml:space="preserve"> T</w:t>
      </w:r>
      <w:r w:rsidR="00F019C0" w:rsidRPr="00D5761F">
        <w:rPr>
          <w:rFonts w:ascii="Arial" w:hAnsi="Arial"/>
        </w:rPr>
        <w:t>he signal enters into the ventricles</w:t>
      </w:r>
      <w:r>
        <w:rPr>
          <w:rFonts w:ascii="Arial" w:hAnsi="Arial"/>
        </w:rPr>
        <w:t xml:space="preserve"> </w:t>
      </w:r>
      <w:r w:rsidRPr="00D5761F">
        <w:rPr>
          <w:rFonts w:ascii="Arial" w:hAnsi="Arial"/>
        </w:rPr>
        <w:sym w:font="Wingdings" w:char="F0E0"/>
      </w:r>
      <w:r w:rsidR="00F019C0" w:rsidRPr="00D5761F">
        <w:rPr>
          <w:rFonts w:ascii="Arial" w:hAnsi="Arial"/>
        </w:rPr>
        <w:t xml:space="preserve"> </w:t>
      </w:r>
      <w:r>
        <w:rPr>
          <w:rFonts w:ascii="Arial" w:hAnsi="Arial"/>
        </w:rPr>
        <w:t>The signal</w:t>
      </w:r>
      <w:r w:rsidR="00F019C0" w:rsidRPr="00D5761F">
        <w:rPr>
          <w:rFonts w:ascii="Arial" w:hAnsi="Arial"/>
        </w:rPr>
        <w:t xml:space="preserve"> moves very quickly through the interventricular septum,</w:t>
      </w:r>
      <w:r w:rsidR="0064479D">
        <w:rPr>
          <w:rFonts w:ascii="Arial" w:hAnsi="Arial"/>
        </w:rPr>
        <w:t xml:space="preserve"> </w:t>
      </w:r>
      <w:r w:rsidR="00F019C0" w:rsidRPr="00D5761F">
        <w:rPr>
          <w:rFonts w:ascii="Arial" w:hAnsi="Arial"/>
        </w:rPr>
        <w:t>and then up the purkinje fibers</w:t>
      </w:r>
    </w:p>
    <w:p w:rsidR="0064479D" w:rsidRDefault="00F019C0" w:rsidP="003006E9">
      <w:pPr>
        <w:pStyle w:val="ListParagraph"/>
        <w:numPr>
          <w:ilvl w:val="0"/>
          <w:numId w:val="18"/>
        </w:numPr>
        <w:spacing w:after="0"/>
        <w:rPr>
          <w:rFonts w:ascii="Arial" w:hAnsi="Arial"/>
        </w:rPr>
      </w:pPr>
      <w:r w:rsidRPr="00D5761F">
        <w:rPr>
          <w:rFonts w:ascii="Arial" w:hAnsi="Arial"/>
        </w:rPr>
        <w:t xml:space="preserve">During this </w:t>
      </w:r>
      <w:r w:rsidR="0064479D" w:rsidRPr="00D5761F">
        <w:rPr>
          <w:rFonts w:ascii="Arial" w:hAnsi="Arial"/>
        </w:rPr>
        <w:t>time,</w:t>
      </w:r>
      <w:r w:rsidRPr="00D5761F">
        <w:rPr>
          <w:rFonts w:ascii="Arial" w:hAnsi="Arial"/>
        </w:rPr>
        <w:t xml:space="preserve"> we are now triggering contraction</w:t>
      </w:r>
    </w:p>
    <w:p w:rsidR="0064479D" w:rsidRDefault="0064479D" w:rsidP="003006E9">
      <w:pPr>
        <w:pStyle w:val="ListParagraph"/>
        <w:numPr>
          <w:ilvl w:val="0"/>
          <w:numId w:val="34"/>
        </w:numPr>
        <w:spacing w:after="0"/>
        <w:rPr>
          <w:rFonts w:ascii="Arial" w:hAnsi="Arial"/>
        </w:rPr>
      </w:pPr>
      <w:r>
        <w:rPr>
          <w:rFonts w:ascii="Arial" w:hAnsi="Arial"/>
        </w:rPr>
        <w:t>T</w:t>
      </w:r>
      <w:r w:rsidR="00F019C0" w:rsidRPr="00D5761F">
        <w:rPr>
          <w:rFonts w:ascii="Arial" w:hAnsi="Arial"/>
        </w:rPr>
        <w:t>he interventricular septum begins to contract first</w:t>
      </w:r>
    </w:p>
    <w:p w:rsidR="00FF17CF" w:rsidRDefault="0064479D" w:rsidP="003006E9">
      <w:pPr>
        <w:pStyle w:val="ListParagraph"/>
        <w:numPr>
          <w:ilvl w:val="0"/>
          <w:numId w:val="34"/>
        </w:numPr>
        <w:spacing w:after="0"/>
        <w:rPr>
          <w:rFonts w:ascii="Arial" w:hAnsi="Arial"/>
        </w:rPr>
      </w:pPr>
      <w:r>
        <w:rPr>
          <w:rFonts w:ascii="Arial" w:hAnsi="Arial"/>
        </w:rPr>
        <w:t>Next</w:t>
      </w:r>
      <w:r w:rsidR="00F019C0" w:rsidRPr="00D5761F">
        <w:rPr>
          <w:rFonts w:ascii="Arial" w:hAnsi="Arial"/>
        </w:rPr>
        <w:t xml:space="preserve"> the apex of the heart will contract as the signal moves through</w:t>
      </w:r>
    </w:p>
    <w:p w:rsidR="00404D9D" w:rsidRDefault="00FF17CF" w:rsidP="003006E9">
      <w:pPr>
        <w:pStyle w:val="ListParagraph"/>
        <w:numPr>
          <w:ilvl w:val="0"/>
          <w:numId w:val="32"/>
        </w:numPr>
        <w:spacing w:after="0"/>
        <w:rPr>
          <w:rFonts w:ascii="Arial" w:hAnsi="Arial"/>
        </w:rPr>
      </w:pPr>
      <w:r>
        <w:rPr>
          <w:rFonts w:ascii="Arial" w:hAnsi="Arial"/>
        </w:rPr>
        <w:t>W</w:t>
      </w:r>
      <w:r w:rsidR="00F019C0" w:rsidRPr="00D5761F">
        <w:rPr>
          <w:rFonts w:ascii="Arial" w:hAnsi="Arial"/>
        </w:rPr>
        <w:t>hat this does is it takes the apex</w:t>
      </w:r>
      <w:r w:rsidR="00CD3404" w:rsidRPr="00D5761F">
        <w:rPr>
          <w:rFonts w:ascii="Arial" w:hAnsi="Arial"/>
        </w:rPr>
        <w:t xml:space="preserve"> </w:t>
      </w:r>
      <w:r w:rsidR="00F019C0" w:rsidRPr="00D5761F">
        <w:rPr>
          <w:rFonts w:ascii="Arial" w:hAnsi="Arial"/>
        </w:rPr>
        <w:t>of the h</w:t>
      </w:r>
      <w:r w:rsidR="00CD3404" w:rsidRPr="00D5761F">
        <w:rPr>
          <w:rFonts w:ascii="Arial" w:hAnsi="Arial"/>
        </w:rPr>
        <w:t>eart</w:t>
      </w:r>
      <w:r w:rsidR="00404D9D">
        <w:rPr>
          <w:rFonts w:ascii="Arial" w:hAnsi="Arial"/>
        </w:rPr>
        <w:t>,</w:t>
      </w:r>
      <w:r w:rsidR="00F019C0" w:rsidRPr="00D5761F">
        <w:rPr>
          <w:rFonts w:ascii="Arial" w:hAnsi="Arial"/>
        </w:rPr>
        <w:t xml:space="preserve"> contracts towards the </w:t>
      </w:r>
      <w:r w:rsidR="00404D9D" w:rsidRPr="00D5761F">
        <w:rPr>
          <w:rFonts w:ascii="Arial" w:hAnsi="Arial"/>
        </w:rPr>
        <w:t>fibrous</w:t>
      </w:r>
      <w:r w:rsidR="00F019C0" w:rsidRPr="00D5761F">
        <w:rPr>
          <w:rFonts w:ascii="Arial" w:hAnsi="Arial"/>
        </w:rPr>
        <w:t xml:space="preserve"> skeleton</w:t>
      </w:r>
      <w:r w:rsidR="00404D9D">
        <w:rPr>
          <w:rFonts w:ascii="Arial" w:hAnsi="Arial"/>
        </w:rPr>
        <w:t xml:space="preserve">, </w:t>
      </w:r>
      <w:r w:rsidR="00404D9D" w:rsidRPr="00D5761F">
        <w:rPr>
          <w:rFonts w:ascii="Arial" w:hAnsi="Arial"/>
        </w:rPr>
        <w:t>and it pulls the apex towards the base of the heart</w:t>
      </w:r>
      <w:r w:rsidR="00404D9D">
        <w:rPr>
          <w:rFonts w:ascii="Arial" w:hAnsi="Arial"/>
        </w:rPr>
        <w:t xml:space="preserve"> </w:t>
      </w:r>
    </w:p>
    <w:p w:rsidR="00404D9D" w:rsidRDefault="00404D9D" w:rsidP="003006E9">
      <w:pPr>
        <w:pStyle w:val="ListParagraph"/>
        <w:numPr>
          <w:ilvl w:val="0"/>
          <w:numId w:val="32"/>
        </w:numPr>
        <w:spacing w:after="0"/>
        <w:rPr>
          <w:rFonts w:ascii="Arial" w:hAnsi="Arial"/>
        </w:rPr>
      </w:pPr>
      <w:r>
        <w:rPr>
          <w:rFonts w:ascii="Arial" w:hAnsi="Arial"/>
        </w:rPr>
        <w:t>It is</w:t>
      </w:r>
      <w:r w:rsidRPr="00D5761F">
        <w:rPr>
          <w:rFonts w:ascii="Arial" w:hAnsi="Arial"/>
        </w:rPr>
        <w:t xml:space="preserve"> pushing the blood upwards and outwards into </w:t>
      </w:r>
      <w:r>
        <w:rPr>
          <w:rFonts w:ascii="Arial" w:hAnsi="Arial"/>
        </w:rPr>
        <w:t>the</w:t>
      </w:r>
      <w:r w:rsidRPr="00D5761F">
        <w:rPr>
          <w:rFonts w:ascii="Arial" w:hAnsi="Arial"/>
        </w:rPr>
        <w:t xml:space="preserve"> semi lunar valve</w:t>
      </w:r>
      <w:r>
        <w:rPr>
          <w:rFonts w:ascii="Arial" w:hAnsi="Arial"/>
        </w:rPr>
        <w:t xml:space="preserve"> and </w:t>
      </w:r>
      <w:r w:rsidRPr="00D5761F">
        <w:rPr>
          <w:rFonts w:ascii="Arial" w:hAnsi="Arial"/>
        </w:rPr>
        <w:t xml:space="preserve">into the aorta. </w:t>
      </w:r>
    </w:p>
    <w:p w:rsidR="00D12F62" w:rsidRDefault="00404D9D">
      <w:pPr>
        <w:spacing w:after="0"/>
        <w:rPr>
          <w:rFonts w:ascii="Arial" w:hAnsi="Arial"/>
        </w:rPr>
      </w:pPr>
      <w:r>
        <w:rPr>
          <w:rFonts w:ascii="Arial" w:hAnsi="Arial"/>
        </w:rPr>
        <w:t>T</w:t>
      </w:r>
      <w:r w:rsidRPr="00404D9D">
        <w:rPr>
          <w:rFonts w:ascii="Arial" w:hAnsi="Arial"/>
        </w:rPr>
        <w:t>he movement through this conducting system allows for this nice coordinated contraction</w:t>
      </w:r>
    </w:p>
    <w:p w:rsidR="00404D9D" w:rsidRPr="00404D9D" w:rsidRDefault="00404D9D">
      <w:pPr>
        <w:spacing w:after="0"/>
        <w:rPr>
          <w:rFonts w:ascii="Arial" w:hAnsi="Arial"/>
        </w:rPr>
      </w:pPr>
    </w:p>
    <w:p w:rsidR="00D12F62" w:rsidRDefault="00D12F62">
      <w:pPr>
        <w:spacing w:after="0"/>
        <w:rPr>
          <w:rFonts w:ascii="Arial" w:hAnsi="Arial"/>
        </w:rPr>
      </w:pPr>
    </w:p>
    <w:p w:rsidR="00E32A86" w:rsidRDefault="00E32A86">
      <w:pPr>
        <w:spacing w:after="0"/>
        <w:rPr>
          <w:rFonts w:ascii="Arial" w:hAnsi="Arial"/>
        </w:rPr>
      </w:pPr>
    </w:p>
    <w:p w:rsidR="00E32A86" w:rsidRDefault="00E32A86">
      <w:pPr>
        <w:spacing w:after="0"/>
        <w:rPr>
          <w:rFonts w:ascii="Arial" w:hAnsi="Arial"/>
        </w:rPr>
      </w:pPr>
    </w:p>
    <w:p w:rsidR="00E32A86" w:rsidRDefault="00E32A86">
      <w:pPr>
        <w:spacing w:after="0"/>
      </w:pPr>
    </w:p>
    <w:p w:rsidR="00E32A86" w:rsidRDefault="00E32A86">
      <w:pPr>
        <w:spacing w:after="0"/>
        <w:rPr>
          <w:rFonts w:ascii="Arial" w:hAnsi="Arial"/>
        </w:rPr>
      </w:pPr>
      <w:r>
        <w:rPr>
          <w:rFonts w:ascii="Arial" w:hAnsi="Arial"/>
          <w:noProof/>
        </w:rPr>
        <w:lastRenderedPageBreak/>
        <w:drawing>
          <wp:anchor distT="0" distB="0" distL="114300" distR="114300" simplePos="0" relativeHeight="251669504" behindDoc="1" locked="0" layoutInCell="1" allowOverlap="1">
            <wp:simplePos x="0" y="0"/>
            <wp:positionH relativeFrom="column">
              <wp:posOffset>1290872</wp:posOffset>
            </wp:positionH>
            <wp:positionV relativeFrom="paragraph">
              <wp:posOffset>39370</wp:posOffset>
            </wp:positionV>
            <wp:extent cx="4234070" cy="2820640"/>
            <wp:effectExtent l="0" t="0" r="0" b="0"/>
            <wp:wrapNone/>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1-15 at 8.33.18 PM.png"/>
                    <pic:cNvPicPr/>
                  </pic:nvPicPr>
                  <pic:blipFill rotWithShape="1">
                    <a:blip r:embed="rId11"/>
                    <a:srcRect l="9940" t="14908" r="11956" b="1841"/>
                    <a:stretch/>
                  </pic:blipFill>
                  <pic:spPr bwMode="auto">
                    <a:xfrm>
                      <a:off x="0" y="0"/>
                      <a:ext cx="4234070" cy="2820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32A86" w:rsidRDefault="00E32A86">
      <w:pPr>
        <w:spacing w:after="0"/>
        <w:rPr>
          <w:rFonts w:ascii="Arial" w:hAnsi="Arial"/>
        </w:rPr>
      </w:pPr>
    </w:p>
    <w:p w:rsidR="00E32A86" w:rsidRDefault="00E32A86">
      <w:pPr>
        <w:spacing w:after="0"/>
        <w:rPr>
          <w:rFonts w:ascii="Arial" w:hAnsi="Arial"/>
        </w:rPr>
      </w:pPr>
    </w:p>
    <w:p w:rsidR="00E32A86" w:rsidRDefault="00E32A86">
      <w:pPr>
        <w:spacing w:after="0"/>
        <w:rPr>
          <w:rFonts w:ascii="Arial" w:hAnsi="Arial"/>
        </w:rPr>
      </w:pPr>
    </w:p>
    <w:p w:rsidR="00E32A86" w:rsidRDefault="00E32A86">
      <w:pPr>
        <w:spacing w:after="0"/>
        <w:rPr>
          <w:rFonts w:ascii="Arial" w:hAnsi="Arial"/>
        </w:rPr>
      </w:pPr>
    </w:p>
    <w:p w:rsidR="00E32A86" w:rsidRDefault="00E32A86">
      <w:pPr>
        <w:spacing w:after="0"/>
        <w:rPr>
          <w:rFonts w:ascii="Arial" w:hAnsi="Arial"/>
        </w:rPr>
      </w:pPr>
    </w:p>
    <w:p w:rsidR="00E32A86" w:rsidRDefault="00E32A86">
      <w:pPr>
        <w:spacing w:after="0"/>
        <w:rPr>
          <w:rFonts w:ascii="Arial" w:hAnsi="Arial"/>
        </w:rPr>
      </w:pPr>
    </w:p>
    <w:p w:rsidR="00E32A86" w:rsidRDefault="00E32A86">
      <w:pPr>
        <w:spacing w:after="0"/>
        <w:rPr>
          <w:rFonts w:ascii="Arial" w:hAnsi="Arial"/>
        </w:rPr>
      </w:pPr>
      <w:r>
        <w:rPr>
          <w:rFonts w:ascii="Arial" w:hAnsi="Arial"/>
        </w:rPr>
        <w:br/>
      </w:r>
    </w:p>
    <w:p w:rsidR="00E32A86" w:rsidRDefault="00E32A86">
      <w:pPr>
        <w:spacing w:after="0"/>
        <w:rPr>
          <w:rFonts w:ascii="Arial" w:hAnsi="Arial"/>
        </w:rPr>
      </w:pPr>
    </w:p>
    <w:p w:rsidR="00E32A86" w:rsidRDefault="00E32A86">
      <w:pPr>
        <w:spacing w:after="0"/>
        <w:rPr>
          <w:rFonts w:ascii="Arial" w:hAnsi="Arial"/>
        </w:rPr>
      </w:pPr>
    </w:p>
    <w:p w:rsidR="00E32A86" w:rsidRDefault="00E32A86">
      <w:pPr>
        <w:spacing w:after="0"/>
        <w:rPr>
          <w:rFonts w:ascii="Arial" w:hAnsi="Arial"/>
        </w:rPr>
      </w:pPr>
    </w:p>
    <w:p w:rsidR="00E32A86" w:rsidRDefault="00E32A86">
      <w:pPr>
        <w:spacing w:after="0"/>
        <w:rPr>
          <w:rFonts w:ascii="Arial" w:hAnsi="Arial"/>
        </w:rPr>
      </w:pPr>
    </w:p>
    <w:p w:rsidR="00E32A86" w:rsidRDefault="00E32A86">
      <w:pPr>
        <w:spacing w:after="0"/>
        <w:rPr>
          <w:rFonts w:ascii="Arial" w:hAnsi="Arial"/>
        </w:rPr>
      </w:pPr>
    </w:p>
    <w:p w:rsidR="00E32A86" w:rsidRDefault="00E32A86">
      <w:pPr>
        <w:spacing w:after="0"/>
        <w:rPr>
          <w:rFonts w:ascii="Arial" w:hAnsi="Arial"/>
        </w:rPr>
      </w:pPr>
    </w:p>
    <w:p w:rsidR="00E32A86" w:rsidRDefault="00E32A86">
      <w:pPr>
        <w:spacing w:after="0"/>
        <w:rPr>
          <w:rFonts w:ascii="Arial" w:hAnsi="Arial"/>
        </w:rPr>
      </w:pPr>
    </w:p>
    <w:p w:rsidR="00E32A86" w:rsidRDefault="00E32A86">
      <w:pPr>
        <w:spacing w:after="0"/>
        <w:rPr>
          <w:rFonts w:ascii="Arial" w:hAnsi="Arial"/>
        </w:rPr>
      </w:pPr>
    </w:p>
    <w:p w:rsidR="000511D3" w:rsidRDefault="000511D3">
      <w:pPr>
        <w:spacing w:after="0"/>
        <w:rPr>
          <w:rFonts w:ascii="Arial" w:hAnsi="Arial"/>
          <w:b/>
          <w:bCs/>
          <w:u w:val="single"/>
        </w:rPr>
      </w:pPr>
      <w:r w:rsidRPr="000511D3">
        <w:rPr>
          <w:rFonts w:ascii="Arial" w:hAnsi="Arial"/>
          <w:b/>
          <w:bCs/>
          <w:u w:val="single"/>
        </w:rPr>
        <w:t xml:space="preserve">Cardiac Muscle Action Potential </w:t>
      </w:r>
    </w:p>
    <w:p w:rsidR="000511D3" w:rsidRDefault="000511D3" w:rsidP="003006E9">
      <w:pPr>
        <w:pStyle w:val="ListParagraph"/>
        <w:numPr>
          <w:ilvl w:val="0"/>
          <w:numId w:val="35"/>
        </w:numPr>
        <w:spacing w:after="0"/>
        <w:rPr>
          <w:rFonts w:ascii="Arial" w:hAnsi="Arial"/>
        </w:rPr>
      </w:pPr>
      <w:r>
        <w:rPr>
          <w:rFonts w:ascii="Arial" w:hAnsi="Arial"/>
        </w:rPr>
        <w:t xml:space="preserve">The image is the type </w:t>
      </w:r>
      <w:r w:rsidRPr="000511D3">
        <w:rPr>
          <w:rFonts w:ascii="Arial" w:hAnsi="Arial"/>
        </w:rPr>
        <w:t>of action potential</w:t>
      </w:r>
      <w:r>
        <w:rPr>
          <w:rFonts w:ascii="Arial" w:hAnsi="Arial"/>
        </w:rPr>
        <w:t xml:space="preserve"> you</w:t>
      </w:r>
      <w:r w:rsidRPr="000511D3">
        <w:rPr>
          <w:rFonts w:ascii="Arial" w:hAnsi="Arial"/>
        </w:rPr>
        <w:t xml:space="preserve"> would see in a typical cardiac muscle fiber</w:t>
      </w:r>
    </w:p>
    <w:p w:rsidR="001279F3" w:rsidRDefault="000511D3" w:rsidP="003006E9">
      <w:pPr>
        <w:pStyle w:val="ListParagraph"/>
        <w:numPr>
          <w:ilvl w:val="0"/>
          <w:numId w:val="36"/>
        </w:numPr>
        <w:spacing w:after="0"/>
        <w:rPr>
          <w:rFonts w:ascii="Arial" w:hAnsi="Arial"/>
        </w:rPr>
      </w:pPr>
      <w:r>
        <w:rPr>
          <w:rFonts w:ascii="Arial" w:hAnsi="Arial"/>
        </w:rPr>
        <w:t>N</w:t>
      </w:r>
      <w:r w:rsidRPr="000511D3">
        <w:rPr>
          <w:rFonts w:ascii="Arial" w:hAnsi="Arial"/>
        </w:rPr>
        <w:t>ot in the type where we have the autorhythmic cells</w:t>
      </w:r>
      <w:r>
        <w:rPr>
          <w:rFonts w:ascii="Arial" w:hAnsi="Arial"/>
        </w:rPr>
        <w:t>,</w:t>
      </w:r>
      <w:r w:rsidRPr="000511D3">
        <w:rPr>
          <w:rFonts w:ascii="Arial" w:hAnsi="Arial"/>
        </w:rPr>
        <w:t xml:space="preserve"> or those that are found in the conducting system of the heart</w:t>
      </w:r>
      <w:r>
        <w:rPr>
          <w:rFonts w:ascii="Arial" w:hAnsi="Arial"/>
        </w:rPr>
        <w:t xml:space="preserve"> = Both</w:t>
      </w:r>
      <w:r w:rsidRPr="000511D3">
        <w:rPr>
          <w:rFonts w:ascii="Arial" w:hAnsi="Arial"/>
        </w:rPr>
        <w:t xml:space="preserve"> have slightly different action potentials</w:t>
      </w:r>
    </w:p>
    <w:p w:rsidR="001279F3" w:rsidRDefault="008157E7" w:rsidP="001279F3">
      <w:pPr>
        <w:spacing w:after="0"/>
        <w:rPr>
          <w:rFonts w:ascii="Arial" w:hAnsi="Arial"/>
        </w:rPr>
      </w:pPr>
      <w:r w:rsidRPr="001279F3">
        <w:rPr>
          <w:rFonts w:ascii="Arial" w:hAnsi="Arial"/>
        </w:rPr>
        <w:t>O</w:t>
      </w:r>
      <w:r w:rsidR="00F019C0" w:rsidRPr="001279F3">
        <w:rPr>
          <w:rFonts w:ascii="Arial" w:hAnsi="Arial"/>
        </w:rPr>
        <w:t>nce we get the connecting system sending the action potentials, it's moving through the gap junctions</w:t>
      </w:r>
      <w:r w:rsidR="001279F3">
        <w:rPr>
          <w:rFonts w:ascii="Arial" w:hAnsi="Arial"/>
        </w:rPr>
        <w:t xml:space="preserve">. </w:t>
      </w:r>
      <w:r w:rsidR="00F019C0" w:rsidRPr="001279F3">
        <w:rPr>
          <w:rFonts w:ascii="Arial" w:hAnsi="Arial"/>
        </w:rPr>
        <w:t>Now this is what's happening in the rest of the cardiac muscle fibers in order to generate that action potential, which will then stimulate the calcium to be released to cause the contraction to occur</w:t>
      </w:r>
      <w:r w:rsidR="001279F3">
        <w:rPr>
          <w:rFonts w:ascii="Arial" w:hAnsi="Arial"/>
        </w:rPr>
        <w:t>.</w:t>
      </w:r>
    </w:p>
    <w:p w:rsidR="001279F3" w:rsidRDefault="001279F3" w:rsidP="003006E9">
      <w:pPr>
        <w:pStyle w:val="ListParagraph"/>
        <w:numPr>
          <w:ilvl w:val="0"/>
          <w:numId w:val="35"/>
        </w:numPr>
        <w:spacing w:after="0"/>
        <w:rPr>
          <w:rFonts w:ascii="Arial" w:hAnsi="Arial"/>
        </w:rPr>
      </w:pPr>
      <w:r>
        <w:rPr>
          <w:rFonts w:ascii="Arial" w:hAnsi="Arial"/>
        </w:rPr>
        <w:t>W</w:t>
      </w:r>
      <w:r w:rsidR="00F019C0" w:rsidRPr="001279F3">
        <w:rPr>
          <w:rFonts w:ascii="Arial" w:hAnsi="Arial"/>
        </w:rPr>
        <w:t>e have a resting membrane potential in the cell if we want to create an action potential</w:t>
      </w:r>
    </w:p>
    <w:p w:rsidR="00C46BD8" w:rsidRDefault="00F019C0" w:rsidP="003006E9">
      <w:pPr>
        <w:pStyle w:val="ListParagraph"/>
        <w:numPr>
          <w:ilvl w:val="0"/>
          <w:numId w:val="36"/>
        </w:numPr>
        <w:spacing w:after="0"/>
        <w:rPr>
          <w:rFonts w:ascii="Arial" w:hAnsi="Arial"/>
        </w:rPr>
      </w:pPr>
      <w:r w:rsidRPr="001279F3">
        <w:rPr>
          <w:rFonts w:ascii="Arial" w:hAnsi="Arial"/>
        </w:rPr>
        <w:t>In a cardiac muscle cell, the typical resting membrane potential is around negative 90 millivolts</w:t>
      </w:r>
      <w:r w:rsidR="001279F3">
        <w:rPr>
          <w:rFonts w:ascii="Arial" w:hAnsi="Arial"/>
        </w:rPr>
        <w:t xml:space="preserve"> (-90mV) </w:t>
      </w:r>
    </w:p>
    <w:p w:rsidR="00C46BD8" w:rsidRDefault="00C46BD8" w:rsidP="003006E9">
      <w:pPr>
        <w:pStyle w:val="ListParagraph"/>
        <w:numPr>
          <w:ilvl w:val="0"/>
          <w:numId w:val="35"/>
        </w:numPr>
        <w:spacing w:after="0"/>
        <w:rPr>
          <w:rFonts w:ascii="Arial" w:hAnsi="Arial"/>
        </w:rPr>
      </w:pPr>
      <w:r>
        <w:rPr>
          <w:rFonts w:ascii="Arial" w:hAnsi="Arial"/>
        </w:rPr>
        <w:t>Al</w:t>
      </w:r>
      <w:r w:rsidR="00F019C0" w:rsidRPr="00C46BD8">
        <w:rPr>
          <w:rFonts w:ascii="Arial" w:hAnsi="Arial"/>
        </w:rPr>
        <w:t>so have conditions that are quite similar to what we've seen with our neurons</w:t>
      </w:r>
    </w:p>
    <w:p w:rsidR="00C46BD8" w:rsidRDefault="00F019C0" w:rsidP="003006E9">
      <w:pPr>
        <w:pStyle w:val="ListParagraph"/>
        <w:numPr>
          <w:ilvl w:val="0"/>
          <w:numId w:val="36"/>
        </w:numPr>
        <w:spacing w:after="0"/>
        <w:rPr>
          <w:rFonts w:ascii="Arial" w:hAnsi="Arial"/>
        </w:rPr>
      </w:pPr>
      <w:r w:rsidRPr="00C46BD8">
        <w:rPr>
          <w:rFonts w:ascii="Arial" w:hAnsi="Arial"/>
        </w:rPr>
        <w:t>The extracellular fluid is high in concentration of sodium</w:t>
      </w:r>
      <w:r w:rsidR="00C46BD8">
        <w:rPr>
          <w:rFonts w:ascii="Arial" w:hAnsi="Arial"/>
        </w:rPr>
        <w:t xml:space="preserve"> and</w:t>
      </w:r>
      <w:r w:rsidRPr="00C46BD8">
        <w:rPr>
          <w:rFonts w:ascii="Arial" w:hAnsi="Arial"/>
        </w:rPr>
        <w:t xml:space="preserve"> calcium</w:t>
      </w:r>
    </w:p>
    <w:p w:rsidR="00D12F62" w:rsidRPr="00C46BD8" w:rsidRDefault="00C46BD8" w:rsidP="003006E9">
      <w:pPr>
        <w:pStyle w:val="ListParagraph"/>
        <w:numPr>
          <w:ilvl w:val="0"/>
          <w:numId w:val="36"/>
        </w:numPr>
        <w:spacing w:after="0"/>
        <w:rPr>
          <w:rFonts w:ascii="Arial" w:hAnsi="Arial"/>
        </w:rPr>
      </w:pPr>
      <w:r>
        <w:rPr>
          <w:rFonts w:ascii="Arial" w:hAnsi="Arial"/>
        </w:rPr>
        <w:t>T</w:t>
      </w:r>
      <w:r w:rsidR="00F019C0" w:rsidRPr="00C46BD8">
        <w:rPr>
          <w:rFonts w:ascii="Arial" w:hAnsi="Arial"/>
        </w:rPr>
        <w:t>he intracellular</w:t>
      </w:r>
      <w:r>
        <w:rPr>
          <w:rFonts w:ascii="Arial" w:hAnsi="Arial"/>
        </w:rPr>
        <w:t xml:space="preserve"> </w:t>
      </w:r>
      <w:r w:rsidR="00F019C0" w:rsidRPr="00C46BD8">
        <w:rPr>
          <w:rFonts w:ascii="Arial" w:hAnsi="Arial"/>
        </w:rPr>
        <w:t xml:space="preserve">fluid is high </w:t>
      </w:r>
      <w:r>
        <w:rPr>
          <w:rFonts w:ascii="Arial" w:hAnsi="Arial"/>
        </w:rPr>
        <w:t>in</w:t>
      </w:r>
      <w:r w:rsidR="00F019C0" w:rsidRPr="00C46BD8">
        <w:rPr>
          <w:rFonts w:ascii="Arial" w:hAnsi="Arial"/>
        </w:rPr>
        <w:t xml:space="preserve"> concentration of potassium</w:t>
      </w:r>
      <w:r>
        <w:rPr>
          <w:rFonts w:ascii="Arial" w:hAnsi="Arial"/>
        </w:rPr>
        <w:t xml:space="preserve"> </w:t>
      </w:r>
    </w:p>
    <w:p w:rsidR="000C03F3" w:rsidRPr="000C03F3" w:rsidRDefault="00F019C0" w:rsidP="003006E9">
      <w:pPr>
        <w:pStyle w:val="ListParagraph"/>
        <w:numPr>
          <w:ilvl w:val="0"/>
          <w:numId w:val="35"/>
        </w:numPr>
        <w:spacing w:after="0"/>
      </w:pPr>
      <w:r w:rsidRPr="000C03F3">
        <w:rPr>
          <w:rFonts w:ascii="Arial" w:hAnsi="Arial"/>
        </w:rPr>
        <w:t>When we get an action potential that reaches a cardiac muscle cell from the conducting system, we get a rapid depolarization</w:t>
      </w:r>
      <w:r w:rsidR="000C03F3">
        <w:rPr>
          <w:rFonts w:ascii="Arial" w:hAnsi="Arial"/>
        </w:rPr>
        <w:t xml:space="preserve"> </w:t>
      </w:r>
    </w:p>
    <w:p w:rsidR="000C03F3" w:rsidRPr="000C03F3" w:rsidRDefault="000C03F3" w:rsidP="003006E9">
      <w:pPr>
        <w:pStyle w:val="ListParagraph"/>
        <w:numPr>
          <w:ilvl w:val="0"/>
          <w:numId w:val="37"/>
        </w:numPr>
        <w:spacing w:after="0"/>
      </w:pPr>
      <w:r>
        <w:rPr>
          <w:rFonts w:ascii="Arial" w:hAnsi="Arial"/>
        </w:rPr>
        <w:t>W</w:t>
      </w:r>
      <w:r w:rsidR="00F019C0" w:rsidRPr="000C03F3">
        <w:rPr>
          <w:rFonts w:ascii="Arial" w:hAnsi="Arial"/>
        </w:rPr>
        <w:t xml:space="preserve">hat's happened is a signal or a local current </w:t>
      </w:r>
      <w:r>
        <w:rPr>
          <w:rFonts w:ascii="Arial" w:hAnsi="Arial"/>
        </w:rPr>
        <w:t>h</w:t>
      </w:r>
      <w:r w:rsidR="00F019C0" w:rsidRPr="000C03F3">
        <w:rPr>
          <w:rFonts w:ascii="Arial" w:hAnsi="Arial"/>
        </w:rPr>
        <w:t>as move through a gap junction of a connecting cell that is triggered a regular cardiac muscle cell to get closer to threshold</w:t>
      </w:r>
      <w:r>
        <w:rPr>
          <w:rFonts w:ascii="Arial" w:hAnsi="Arial"/>
        </w:rPr>
        <w:t xml:space="preserve"> </w:t>
      </w:r>
    </w:p>
    <w:p w:rsidR="000C03F3" w:rsidRPr="000C03F3" w:rsidRDefault="00F019C0" w:rsidP="003006E9">
      <w:pPr>
        <w:pStyle w:val="ListParagraph"/>
        <w:numPr>
          <w:ilvl w:val="0"/>
          <w:numId w:val="37"/>
        </w:numPr>
        <w:spacing w:after="0"/>
      </w:pPr>
      <w:r w:rsidRPr="000C03F3">
        <w:rPr>
          <w:rFonts w:ascii="Arial" w:hAnsi="Arial"/>
        </w:rPr>
        <w:t xml:space="preserve">Once it reaches threshold, what happens is we get sodium channels rapidly opening </w:t>
      </w:r>
    </w:p>
    <w:p w:rsidR="000C03F3" w:rsidRPr="000C03F3" w:rsidRDefault="000C03F3" w:rsidP="003006E9">
      <w:pPr>
        <w:pStyle w:val="ListParagraph"/>
        <w:numPr>
          <w:ilvl w:val="0"/>
          <w:numId w:val="37"/>
        </w:numPr>
        <w:spacing w:after="0"/>
      </w:pPr>
      <w:r>
        <w:rPr>
          <w:rFonts w:ascii="Arial" w:hAnsi="Arial"/>
        </w:rPr>
        <w:t>T</w:t>
      </w:r>
      <w:r w:rsidR="00F019C0" w:rsidRPr="000C03F3">
        <w:rPr>
          <w:rFonts w:ascii="Arial" w:hAnsi="Arial"/>
        </w:rPr>
        <w:t>his causes rapid depolarization</w:t>
      </w:r>
    </w:p>
    <w:p w:rsidR="00D12F62" w:rsidRPr="006E5B77" w:rsidRDefault="00F019C0" w:rsidP="003006E9">
      <w:pPr>
        <w:pStyle w:val="ListParagraph"/>
        <w:numPr>
          <w:ilvl w:val="0"/>
          <w:numId w:val="37"/>
        </w:numPr>
        <w:spacing w:after="0"/>
      </w:pPr>
      <w:r w:rsidRPr="000C03F3">
        <w:rPr>
          <w:rFonts w:ascii="Arial" w:hAnsi="Arial"/>
        </w:rPr>
        <w:t>They call them fast sodium channels</w:t>
      </w:r>
      <w:r w:rsidR="006E5B77">
        <w:rPr>
          <w:rFonts w:ascii="Arial" w:hAnsi="Arial"/>
        </w:rPr>
        <w:t xml:space="preserve"> </w:t>
      </w:r>
      <w:r w:rsidRPr="000C03F3">
        <w:rPr>
          <w:rFonts w:ascii="Arial" w:hAnsi="Arial"/>
        </w:rPr>
        <w:t>because they open</w:t>
      </w:r>
      <w:r w:rsidR="006E5B77">
        <w:rPr>
          <w:rFonts w:ascii="Arial" w:hAnsi="Arial"/>
        </w:rPr>
        <w:t xml:space="preserve"> </w:t>
      </w:r>
      <w:r w:rsidRPr="000C03F3">
        <w:rPr>
          <w:rFonts w:ascii="Arial" w:hAnsi="Arial"/>
        </w:rPr>
        <w:t>quickly</w:t>
      </w:r>
    </w:p>
    <w:p w:rsidR="00D12F62" w:rsidRPr="008038CB" w:rsidRDefault="006E5B77" w:rsidP="003006E9">
      <w:pPr>
        <w:pStyle w:val="ListParagraph"/>
        <w:numPr>
          <w:ilvl w:val="0"/>
          <w:numId w:val="37"/>
        </w:numPr>
        <w:spacing w:after="0"/>
      </w:pPr>
      <w:r>
        <w:rPr>
          <w:rFonts w:ascii="Arial" w:hAnsi="Arial"/>
        </w:rPr>
        <w:t>We are</w:t>
      </w:r>
      <w:r w:rsidR="00F019C0" w:rsidRPr="006E5B77">
        <w:rPr>
          <w:rFonts w:ascii="Arial" w:hAnsi="Arial"/>
        </w:rPr>
        <w:t xml:space="preserve"> moving from about </w:t>
      </w:r>
      <w:r>
        <w:rPr>
          <w:rFonts w:ascii="Arial" w:hAnsi="Arial"/>
        </w:rPr>
        <w:t>-90mV</w:t>
      </w:r>
      <w:r w:rsidR="00F019C0" w:rsidRPr="006E5B77">
        <w:rPr>
          <w:rFonts w:ascii="Arial" w:hAnsi="Arial"/>
        </w:rPr>
        <w:t xml:space="preserve"> up to about </w:t>
      </w:r>
      <w:r>
        <w:rPr>
          <w:rFonts w:ascii="Arial" w:hAnsi="Arial"/>
        </w:rPr>
        <w:t>+</w:t>
      </w:r>
      <w:r w:rsidR="00F019C0" w:rsidRPr="006E5B77">
        <w:rPr>
          <w:rFonts w:ascii="Arial" w:hAnsi="Arial"/>
        </w:rPr>
        <w:t>20</w:t>
      </w:r>
      <w:r>
        <w:rPr>
          <w:rFonts w:ascii="Arial" w:hAnsi="Arial"/>
        </w:rPr>
        <w:t>mV</w:t>
      </w:r>
    </w:p>
    <w:p w:rsidR="008038CB" w:rsidRPr="008038CB" w:rsidRDefault="008038CB" w:rsidP="003006E9">
      <w:pPr>
        <w:pStyle w:val="ListParagraph"/>
        <w:numPr>
          <w:ilvl w:val="0"/>
          <w:numId w:val="35"/>
        </w:numPr>
        <w:spacing w:after="0"/>
      </w:pPr>
      <w:r>
        <w:rPr>
          <w:rFonts w:ascii="Arial" w:hAnsi="Arial"/>
        </w:rPr>
        <w:t>A</w:t>
      </w:r>
      <w:r w:rsidR="00F019C0" w:rsidRPr="008038CB">
        <w:rPr>
          <w:rFonts w:ascii="Arial" w:hAnsi="Arial"/>
        </w:rPr>
        <w:t xml:space="preserve">fter we get this rapid depolarization the </w:t>
      </w:r>
      <w:r>
        <w:rPr>
          <w:rFonts w:ascii="Arial" w:hAnsi="Arial"/>
        </w:rPr>
        <w:t xml:space="preserve">sodium </w:t>
      </w:r>
      <w:r w:rsidR="00F019C0" w:rsidRPr="008038CB">
        <w:rPr>
          <w:rFonts w:ascii="Arial" w:hAnsi="Arial"/>
        </w:rPr>
        <w:t>channels close</w:t>
      </w:r>
    </w:p>
    <w:p w:rsidR="008038CB" w:rsidRPr="008038CB" w:rsidRDefault="00F019C0" w:rsidP="003006E9">
      <w:pPr>
        <w:pStyle w:val="ListParagraph"/>
        <w:numPr>
          <w:ilvl w:val="0"/>
          <w:numId w:val="38"/>
        </w:numPr>
        <w:spacing w:after="0"/>
      </w:pPr>
      <w:r w:rsidRPr="008038CB">
        <w:rPr>
          <w:rFonts w:ascii="Arial" w:hAnsi="Arial"/>
        </w:rPr>
        <w:t>When those sodium channels close, we also have opening of some potassium channels</w:t>
      </w:r>
    </w:p>
    <w:p w:rsidR="008038CB" w:rsidRPr="008038CB" w:rsidRDefault="008038CB" w:rsidP="003006E9">
      <w:pPr>
        <w:pStyle w:val="ListParagraph"/>
        <w:numPr>
          <w:ilvl w:val="0"/>
          <w:numId w:val="38"/>
        </w:numPr>
        <w:spacing w:after="0"/>
      </w:pPr>
      <w:r>
        <w:rPr>
          <w:rFonts w:ascii="Arial" w:hAnsi="Arial"/>
        </w:rPr>
        <w:t>W</w:t>
      </w:r>
      <w:r w:rsidR="00F019C0" w:rsidRPr="008038CB">
        <w:rPr>
          <w:rFonts w:ascii="Arial" w:hAnsi="Arial"/>
        </w:rPr>
        <w:t>hen those potassium channels open, we get a slight repolarization</w:t>
      </w:r>
      <w:r>
        <w:rPr>
          <w:rFonts w:ascii="Arial" w:hAnsi="Arial"/>
        </w:rPr>
        <w:t>… b</w:t>
      </w:r>
      <w:r w:rsidR="00F019C0" w:rsidRPr="008038CB">
        <w:rPr>
          <w:rFonts w:ascii="Arial" w:hAnsi="Arial"/>
        </w:rPr>
        <w:t>ut it doesn't move very far</w:t>
      </w:r>
      <w:r>
        <w:rPr>
          <w:rFonts w:ascii="Arial" w:hAnsi="Arial"/>
        </w:rPr>
        <w:t xml:space="preserve"> </w:t>
      </w:r>
    </w:p>
    <w:p w:rsidR="00D12F62" w:rsidRPr="009224A4" w:rsidRDefault="008038CB" w:rsidP="003006E9">
      <w:pPr>
        <w:pStyle w:val="ListParagraph"/>
        <w:numPr>
          <w:ilvl w:val="0"/>
          <w:numId w:val="38"/>
        </w:numPr>
        <w:spacing w:after="0"/>
      </w:pPr>
      <w:r>
        <w:rPr>
          <w:rFonts w:ascii="Arial" w:hAnsi="Arial"/>
        </w:rPr>
        <w:t>I</w:t>
      </w:r>
      <w:r w:rsidR="00F019C0" w:rsidRPr="008038CB">
        <w:rPr>
          <w:rFonts w:ascii="Arial" w:hAnsi="Arial"/>
        </w:rPr>
        <w:t xml:space="preserve">t gets to about </w:t>
      </w:r>
      <w:r>
        <w:rPr>
          <w:rFonts w:ascii="Arial" w:hAnsi="Arial"/>
        </w:rPr>
        <w:t xml:space="preserve">0mV zero </w:t>
      </w:r>
      <w:r w:rsidR="00F019C0" w:rsidRPr="008038CB">
        <w:rPr>
          <w:rFonts w:ascii="Arial" w:hAnsi="Arial"/>
        </w:rPr>
        <w:t>membrane potential</w:t>
      </w:r>
    </w:p>
    <w:p w:rsidR="009224A4" w:rsidRPr="009224A4" w:rsidRDefault="00F019C0" w:rsidP="003006E9">
      <w:pPr>
        <w:pStyle w:val="ListParagraph"/>
        <w:numPr>
          <w:ilvl w:val="0"/>
          <w:numId w:val="38"/>
        </w:numPr>
        <w:spacing w:after="0"/>
      </w:pPr>
      <w:r w:rsidRPr="009224A4">
        <w:rPr>
          <w:rFonts w:ascii="Arial" w:hAnsi="Arial"/>
        </w:rPr>
        <w:lastRenderedPageBreak/>
        <w:t>The reason for that is that as our potassium channels are opening, we also get an opening of calcium voltage gated channels</w:t>
      </w:r>
    </w:p>
    <w:p w:rsidR="00954283" w:rsidRPr="00954283" w:rsidRDefault="00F019C0" w:rsidP="003006E9">
      <w:pPr>
        <w:pStyle w:val="ListParagraph"/>
        <w:numPr>
          <w:ilvl w:val="0"/>
          <w:numId w:val="39"/>
        </w:numPr>
        <w:spacing w:after="0"/>
      </w:pPr>
      <w:proofErr w:type="gramStart"/>
      <w:r w:rsidRPr="009224A4">
        <w:rPr>
          <w:rFonts w:ascii="Arial" w:hAnsi="Arial"/>
        </w:rPr>
        <w:t>So</w:t>
      </w:r>
      <w:proofErr w:type="gramEnd"/>
      <w:r w:rsidRPr="009224A4">
        <w:rPr>
          <w:rFonts w:ascii="Arial" w:hAnsi="Arial"/>
        </w:rPr>
        <w:t xml:space="preserve"> when we talked about neurons, the calcium voltage gated channels were only found in the presynaptic terminals at the end, where we wanted to have the chemical synapse being activated</w:t>
      </w:r>
    </w:p>
    <w:p w:rsidR="00954283" w:rsidRPr="00954283" w:rsidRDefault="00F019C0" w:rsidP="003006E9">
      <w:pPr>
        <w:pStyle w:val="ListParagraph"/>
        <w:numPr>
          <w:ilvl w:val="0"/>
          <w:numId w:val="39"/>
        </w:numPr>
        <w:spacing w:after="0"/>
      </w:pPr>
      <w:r w:rsidRPr="00954283">
        <w:rPr>
          <w:rFonts w:ascii="Arial" w:hAnsi="Arial"/>
        </w:rPr>
        <w:t>But in cardiac muscle fibers, th</w:t>
      </w:r>
      <w:r w:rsidR="00DA099E" w:rsidRPr="00954283">
        <w:rPr>
          <w:rFonts w:ascii="Arial" w:hAnsi="Arial"/>
        </w:rPr>
        <w:t>e</w:t>
      </w:r>
      <w:r w:rsidRPr="00954283">
        <w:rPr>
          <w:rFonts w:ascii="Arial" w:hAnsi="Arial"/>
        </w:rPr>
        <w:t xml:space="preserve"> calcium voltage gated channels are found all over the </w:t>
      </w:r>
      <w:r w:rsidR="0043564D" w:rsidRPr="00954283">
        <w:rPr>
          <w:rFonts w:ascii="Arial" w:hAnsi="Arial"/>
        </w:rPr>
        <w:t>Sarcolemma</w:t>
      </w:r>
    </w:p>
    <w:p w:rsidR="0043564D" w:rsidRPr="0043564D" w:rsidRDefault="0043564D" w:rsidP="003006E9">
      <w:pPr>
        <w:pStyle w:val="ListParagraph"/>
        <w:numPr>
          <w:ilvl w:val="0"/>
          <w:numId w:val="39"/>
        </w:numPr>
        <w:spacing w:after="0"/>
      </w:pPr>
      <w:r w:rsidRPr="00954283">
        <w:rPr>
          <w:rFonts w:ascii="Arial" w:hAnsi="Arial"/>
        </w:rPr>
        <w:t xml:space="preserve">Therefore, </w:t>
      </w:r>
      <w:r w:rsidR="00F019C0" w:rsidRPr="00954283">
        <w:rPr>
          <w:rFonts w:ascii="Arial" w:hAnsi="Arial"/>
        </w:rPr>
        <w:t>it</w:t>
      </w:r>
      <w:r w:rsidRPr="00954283">
        <w:rPr>
          <w:rFonts w:ascii="Arial" w:hAnsi="Arial"/>
        </w:rPr>
        <w:t xml:space="preserve"> is</w:t>
      </w:r>
      <w:r w:rsidR="00F019C0" w:rsidRPr="00954283">
        <w:rPr>
          <w:rFonts w:ascii="Arial" w:hAnsi="Arial"/>
        </w:rPr>
        <w:t xml:space="preserve"> different than it is in skeletal muscle and neurons</w:t>
      </w:r>
    </w:p>
    <w:p w:rsidR="000616A8" w:rsidRPr="000616A8" w:rsidRDefault="00F019C0" w:rsidP="003006E9">
      <w:pPr>
        <w:pStyle w:val="ListParagraph"/>
        <w:numPr>
          <w:ilvl w:val="0"/>
          <w:numId w:val="38"/>
        </w:numPr>
        <w:spacing w:after="0"/>
      </w:pPr>
      <w:r w:rsidRPr="009224A4">
        <w:rPr>
          <w:rFonts w:ascii="Arial" w:hAnsi="Arial"/>
        </w:rPr>
        <w:t xml:space="preserve"> </w:t>
      </w:r>
      <w:r w:rsidR="00DA099E">
        <w:rPr>
          <w:rFonts w:ascii="Arial" w:hAnsi="Arial"/>
        </w:rPr>
        <w:t>Now</w:t>
      </w:r>
      <w:r w:rsidRPr="009224A4">
        <w:rPr>
          <w:rFonts w:ascii="Arial" w:hAnsi="Arial"/>
        </w:rPr>
        <w:t xml:space="preserve"> what happens is we reach a phase known as the plateau phase </w:t>
      </w:r>
    </w:p>
    <w:p w:rsidR="000616A8" w:rsidRPr="000616A8" w:rsidRDefault="00F019C0" w:rsidP="003006E9">
      <w:pPr>
        <w:pStyle w:val="ListParagraph"/>
        <w:numPr>
          <w:ilvl w:val="0"/>
          <w:numId w:val="40"/>
        </w:numPr>
        <w:spacing w:after="0"/>
      </w:pPr>
      <w:r w:rsidRPr="000616A8">
        <w:rPr>
          <w:rFonts w:ascii="Arial" w:hAnsi="Arial"/>
        </w:rPr>
        <w:t>That's because the calcium that's entering into the cell with its concentration gradient</w:t>
      </w:r>
      <w:r w:rsidR="000616A8">
        <w:rPr>
          <w:rFonts w:ascii="Arial" w:hAnsi="Arial"/>
        </w:rPr>
        <w:t>,</w:t>
      </w:r>
      <w:r w:rsidRPr="000616A8">
        <w:rPr>
          <w:rFonts w:ascii="Arial" w:hAnsi="Arial"/>
        </w:rPr>
        <w:t xml:space="preserve"> via those voltage gated calcium channels</w:t>
      </w:r>
      <w:r w:rsidR="000616A8">
        <w:rPr>
          <w:rFonts w:ascii="Arial" w:hAnsi="Arial"/>
        </w:rPr>
        <w:t>,</w:t>
      </w:r>
      <w:r w:rsidRPr="000616A8">
        <w:rPr>
          <w:rFonts w:ascii="Arial" w:hAnsi="Arial"/>
        </w:rPr>
        <w:t xml:space="preserve"> is balancing the potassium that's leaving the cell</w:t>
      </w:r>
      <w:r w:rsidR="000616A8">
        <w:rPr>
          <w:rFonts w:ascii="Arial" w:hAnsi="Arial"/>
        </w:rPr>
        <w:t xml:space="preserve"> </w:t>
      </w:r>
    </w:p>
    <w:p w:rsidR="000616A8" w:rsidRPr="000616A8" w:rsidRDefault="00F019C0" w:rsidP="003006E9">
      <w:pPr>
        <w:pStyle w:val="ListParagraph"/>
        <w:numPr>
          <w:ilvl w:val="0"/>
          <w:numId w:val="40"/>
        </w:numPr>
        <w:spacing w:after="0"/>
      </w:pPr>
      <w:r w:rsidRPr="000616A8">
        <w:rPr>
          <w:rFonts w:ascii="Arial" w:hAnsi="Arial"/>
        </w:rPr>
        <w:t>So</w:t>
      </w:r>
      <w:r w:rsidR="000616A8">
        <w:rPr>
          <w:rFonts w:ascii="Arial" w:hAnsi="Arial"/>
        </w:rPr>
        <w:t>,</w:t>
      </w:r>
      <w:r w:rsidRPr="000616A8">
        <w:rPr>
          <w:rFonts w:ascii="Arial" w:hAnsi="Arial"/>
        </w:rPr>
        <w:t xml:space="preserve"> we wind up getting very little change in the membrane potential</w:t>
      </w:r>
      <w:r w:rsidR="00534152">
        <w:rPr>
          <w:rFonts w:ascii="Arial" w:hAnsi="Arial"/>
        </w:rPr>
        <w:t xml:space="preserve"> (</w:t>
      </w:r>
      <w:r w:rsidRPr="000616A8">
        <w:rPr>
          <w:rFonts w:ascii="Arial" w:hAnsi="Arial"/>
        </w:rPr>
        <w:t>because the balance of ions in is equaling the balance of ion</w:t>
      </w:r>
      <w:r w:rsidR="00534152">
        <w:rPr>
          <w:rFonts w:ascii="Arial" w:hAnsi="Arial"/>
        </w:rPr>
        <w:t>s</w:t>
      </w:r>
      <w:r w:rsidRPr="000616A8">
        <w:rPr>
          <w:rFonts w:ascii="Arial" w:hAnsi="Arial"/>
        </w:rPr>
        <w:t xml:space="preserve"> out</w:t>
      </w:r>
      <w:r w:rsidR="00534152">
        <w:rPr>
          <w:rFonts w:ascii="Arial" w:hAnsi="Arial"/>
        </w:rPr>
        <w:t xml:space="preserve">) = A </w:t>
      </w:r>
      <w:r w:rsidRPr="00534152">
        <w:rPr>
          <w:rFonts w:ascii="Arial" w:hAnsi="Arial"/>
        </w:rPr>
        <w:t xml:space="preserve">sustained </w:t>
      </w:r>
      <w:r w:rsidR="00F53E70">
        <w:rPr>
          <w:rFonts w:ascii="Arial" w:hAnsi="Arial"/>
        </w:rPr>
        <w:t>de</w:t>
      </w:r>
      <w:r w:rsidRPr="00534152">
        <w:rPr>
          <w:rFonts w:ascii="Arial" w:hAnsi="Arial"/>
        </w:rPr>
        <w:t>polarization</w:t>
      </w:r>
      <w:r w:rsidR="00534152">
        <w:rPr>
          <w:rFonts w:ascii="Arial" w:hAnsi="Arial"/>
        </w:rPr>
        <w:t xml:space="preserve"> created </w:t>
      </w:r>
    </w:p>
    <w:p w:rsidR="005A5693" w:rsidRPr="005A5693" w:rsidRDefault="00F019C0" w:rsidP="003006E9">
      <w:pPr>
        <w:pStyle w:val="ListParagraph"/>
        <w:numPr>
          <w:ilvl w:val="0"/>
          <w:numId w:val="40"/>
        </w:numPr>
        <w:spacing w:after="0"/>
      </w:pPr>
      <w:r w:rsidRPr="000616A8">
        <w:rPr>
          <w:rFonts w:ascii="Arial" w:hAnsi="Arial"/>
        </w:rPr>
        <w:t xml:space="preserve">This very long sustained </w:t>
      </w:r>
      <w:r w:rsidR="005A5693">
        <w:rPr>
          <w:rFonts w:ascii="Arial" w:hAnsi="Arial"/>
        </w:rPr>
        <w:t>de</w:t>
      </w:r>
      <w:r w:rsidRPr="000616A8">
        <w:rPr>
          <w:rFonts w:ascii="Arial" w:hAnsi="Arial"/>
        </w:rPr>
        <w:t>polarization is really important for cardiac muscle fibers to allow contraction to occur</w:t>
      </w:r>
      <w:r w:rsidR="005A5693">
        <w:rPr>
          <w:rFonts w:ascii="Arial" w:hAnsi="Arial"/>
        </w:rPr>
        <w:t xml:space="preserve"> </w:t>
      </w:r>
    </w:p>
    <w:p w:rsidR="005A5693" w:rsidRPr="005A5693" w:rsidRDefault="005A5693" w:rsidP="003006E9">
      <w:pPr>
        <w:pStyle w:val="ListParagraph"/>
        <w:numPr>
          <w:ilvl w:val="0"/>
          <w:numId w:val="40"/>
        </w:numPr>
        <w:spacing w:after="0"/>
      </w:pPr>
      <w:r>
        <w:rPr>
          <w:rFonts w:ascii="Arial" w:hAnsi="Arial"/>
        </w:rPr>
        <w:t xml:space="preserve">Thinking </w:t>
      </w:r>
      <w:r w:rsidR="00F019C0" w:rsidRPr="000616A8">
        <w:rPr>
          <w:rFonts w:ascii="Arial" w:hAnsi="Arial"/>
        </w:rPr>
        <w:t>about what's happening, the sodium is depolarizing</w:t>
      </w:r>
      <w:r>
        <w:rPr>
          <w:rFonts w:ascii="Arial" w:hAnsi="Arial"/>
        </w:rPr>
        <w:t>,</w:t>
      </w:r>
      <w:r w:rsidR="00F019C0" w:rsidRPr="000616A8">
        <w:rPr>
          <w:rFonts w:ascii="Arial" w:hAnsi="Arial"/>
        </w:rPr>
        <w:t xml:space="preserve"> that is triggering our muscle fibers to begin contraction. So shortly after the </w:t>
      </w:r>
      <w:r>
        <w:rPr>
          <w:rFonts w:ascii="Arial" w:hAnsi="Arial"/>
        </w:rPr>
        <w:t>de</w:t>
      </w:r>
      <w:r w:rsidR="00F019C0" w:rsidRPr="000616A8">
        <w:rPr>
          <w:rFonts w:ascii="Arial" w:hAnsi="Arial"/>
        </w:rPr>
        <w:t xml:space="preserve">polarization occurs, we're going to trigger those </w:t>
      </w:r>
      <w:r>
        <w:rPr>
          <w:rFonts w:ascii="Arial" w:hAnsi="Arial"/>
        </w:rPr>
        <w:t>SR cells</w:t>
      </w:r>
      <w:r w:rsidR="00F019C0" w:rsidRPr="000616A8">
        <w:rPr>
          <w:rFonts w:ascii="Arial" w:hAnsi="Arial"/>
        </w:rPr>
        <w:t xml:space="preserve"> to release calcium </w:t>
      </w:r>
    </w:p>
    <w:p w:rsidR="00C90402" w:rsidRPr="00C90402" w:rsidRDefault="00770179" w:rsidP="003006E9">
      <w:pPr>
        <w:pStyle w:val="ListParagraph"/>
        <w:numPr>
          <w:ilvl w:val="0"/>
          <w:numId w:val="40"/>
        </w:numPr>
        <w:spacing w:after="0"/>
      </w:pPr>
      <w:r>
        <w:rPr>
          <w:rFonts w:ascii="Arial" w:hAnsi="Arial"/>
        </w:rPr>
        <w:t>O</w:t>
      </w:r>
      <w:r w:rsidR="00F019C0" w:rsidRPr="000616A8">
        <w:rPr>
          <w:rFonts w:ascii="Arial" w:hAnsi="Arial"/>
        </w:rPr>
        <w:t>nce the c</w:t>
      </w:r>
      <w:r w:rsidR="00C90402">
        <w:rPr>
          <w:rFonts w:ascii="Arial" w:hAnsi="Arial"/>
        </w:rPr>
        <w:t xml:space="preserve">alcium </w:t>
      </w:r>
      <w:r w:rsidR="00F019C0" w:rsidRPr="00C90402">
        <w:rPr>
          <w:rFonts w:ascii="Arial" w:hAnsi="Arial"/>
        </w:rPr>
        <w:t xml:space="preserve">gets released, it has to sort of maneuver its way over to the </w:t>
      </w:r>
      <w:r w:rsidR="00C90402">
        <w:rPr>
          <w:rFonts w:ascii="Arial" w:hAnsi="Arial"/>
        </w:rPr>
        <w:t>troponin, move</w:t>
      </w:r>
      <w:r w:rsidR="00F019C0" w:rsidRPr="00C90402">
        <w:rPr>
          <w:rFonts w:ascii="Arial" w:hAnsi="Arial"/>
        </w:rPr>
        <w:t xml:space="preserve"> the trop</w:t>
      </w:r>
      <w:r w:rsidR="00C90402">
        <w:rPr>
          <w:rFonts w:ascii="Arial" w:hAnsi="Arial"/>
        </w:rPr>
        <w:t>omyosin</w:t>
      </w:r>
      <w:r w:rsidR="00F019C0" w:rsidRPr="00C90402">
        <w:rPr>
          <w:rFonts w:ascii="Arial" w:hAnsi="Arial"/>
        </w:rPr>
        <w:t xml:space="preserve"> out of the way</w:t>
      </w:r>
      <w:r w:rsidR="00C90402">
        <w:rPr>
          <w:rFonts w:ascii="Arial" w:hAnsi="Arial"/>
        </w:rPr>
        <w:t>,</w:t>
      </w:r>
      <w:r w:rsidR="00F019C0" w:rsidRPr="00C90402">
        <w:rPr>
          <w:rFonts w:ascii="Arial" w:hAnsi="Arial"/>
        </w:rPr>
        <w:t xml:space="preserve"> and allow for cross bridge cycling to occur</w:t>
      </w:r>
    </w:p>
    <w:p w:rsidR="007A225A" w:rsidRPr="007A225A" w:rsidRDefault="00E977D8" w:rsidP="003006E9">
      <w:pPr>
        <w:pStyle w:val="ListParagraph"/>
        <w:numPr>
          <w:ilvl w:val="0"/>
          <w:numId w:val="40"/>
        </w:numPr>
        <w:spacing w:after="0"/>
      </w:pPr>
      <w:r>
        <w:rPr>
          <w:rFonts w:ascii="Arial" w:hAnsi="Arial"/>
        </w:rPr>
        <w:t>So,</w:t>
      </w:r>
      <w:r w:rsidR="007A225A">
        <w:rPr>
          <w:rFonts w:ascii="Arial" w:hAnsi="Arial"/>
        </w:rPr>
        <w:t xml:space="preserve"> </w:t>
      </w:r>
      <w:r w:rsidR="00F019C0" w:rsidRPr="00C90402">
        <w:rPr>
          <w:rFonts w:ascii="Arial" w:hAnsi="Arial"/>
        </w:rPr>
        <w:t xml:space="preserve">contraction starts to happen slightly after </w:t>
      </w:r>
      <w:r w:rsidR="002B102F">
        <w:rPr>
          <w:rFonts w:ascii="Arial" w:hAnsi="Arial"/>
        </w:rPr>
        <w:t>de</w:t>
      </w:r>
      <w:r w:rsidR="00F019C0" w:rsidRPr="00C90402">
        <w:rPr>
          <w:rFonts w:ascii="Arial" w:hAnsi="Arial"/>
        </w:rPr>
        <w:t>polarization</w:t>
      </w:r>
      <w:r w:rsidR="007A225A">
        <w:rPr>
          <w:rFonts w:ascii="Arial" w:hAnsi="Arial"/>
        </w:rPr>
        <w:t xml:space="preserve"> </w:t>
      </w:r>
    </w:p>
    <w:p w:rsidR="00A50B7C" w:rsidRPr="00A50B7C" w:rsidRDefault="00770179" w:rsidP="003006E9">
      <w:pPr>
        <w:pStyle w:val="ListParagraph"/>
        <w:numPr>
          <w:ilvl w:val="0"/>
          <w:numId w:val="38"/>
        </w:numPr>
        <w:spacing w:after="0"/>
      </w:pPr>
      <w:r>
        <w:rPr>
          <w:rFonts w:ascii="Arial" w:hAnsi="Arial"/>
        </w:rPr>
        <w:t>In</w:t>
      </w:r>
      <w:r w:rsidR="00F019C0" w:rsidRPr="00770179">
        <w:rPr>
          <w:rFonts w:ascii="Arial" w:hAnsi="Arial"/>
        </w:rPr>
        <w:t xml:space="preserve"> addition to the fact that the calcium that's being released by the SR is initiating contraction, the calcium that's also entering into the cell can also contribute to contraction</w:t>
      </w:r>
      <w:r w:rsidR="00A50B7C">
        <w:rPr>
          <w:rFonts w:ascii="Arial" w:hAnsi="Arial"/>
        </w:rPr>
        <w:t>. It does this by;</w:t>
      </w:r>
    </w:p>
    <w:p w:rsidR="00A50B7C" w:rsidRPr="00A50B7C" w:rsidRDefault="00A50B7C" w:rsidP="003006E9">
      <w:pPr>
        <w:pStyle w:val="ListParagraph"/>
        <w:numPr>
          <w:ilvl w:val="0"/>
          <w:numId w:val="41"/>
        </w:numPr>
        <w:spacing w:after="0"/>
      </w:pPr>
      <w:r>
        <w:rPr>
          <w:rFonts w:ascii="Arial" w:hAnsi="Arial"/>
        </w:rPr>
        <w:t>Those</w:t>
      </w:r>
      <w:r w:rsidR="00F019C0" w:rsidRPr="00770179">
        <w:rPr>
          <w:rFonts w:ascii="Arial" w:hAnsi="Arial"/>
        </w:rPr>
        <w:t xml:space="preserve"> calcium ions themselves can float over to </w:t>
      </w:r>
      <w:r w:rsidR="00E977D8" w:rsidRPr="00770179">
        <w:rPr>
          <w:rFonts w:ascii="Arial" w:hAnsi="Arial"/>
        </w:rPr>
        <w:t>troponin</w:t>
      </w:r>
      <w:r w:rsidR="00F019C0" w:rsidRPr="00770179">
        <w:rPr>
          <w:rFonts w:ascii="Arial" w:hAnsi="Arial"/>
        </w:rPr>
        <w:t xml:space="preserve"> and</w:t>
      </w:r>
      <w:r w:rsidR="00E977D8" w:rsidRPr="00770179">
        <w:rPr>
          <w:rFonts w:ascii="Arial" w:hAnsi="Arial"/>
        </w:rPr>
        <w:t xml:space="preserve"> </w:t>
      </w:r>
      <w:r w:rsidR="00F019C0" w:rsidRPr="00770179">
        <w:rPr>
          <w:rFonts w:ascii="Arial" w:hAnsi="Arial"/>
        </w:rPr>
        <w:t>do the same job</w:t>
      </w:r>
      <w:r>
        <w:rPr>
          <w:rFonts w:ascii="Arial" w:hAnsi="Arial"/>
        </w:rPr>
        <w:t>, t</w:t>
      </w:r>
      <w:r w:rsidR="00F019C0" w:rsidRPr="00770179">
        <w:rPr>
          <w:rFonts w:ascii="Arial" w:hAnsi="Arial"/>
        </w:rPr>
        <w:t>hey don't need to be released from the SR</w:t>
      </w:r>
    </w:p>
    <w:p w:rsidR="00A50B7C" w:rsidRPr="00A50B7C" w:rsidRDefault="00A50B7C" w:rsidP="003006E9">
      <w:pPr>
        <w:pStyle w:val="ListParagraph"/>
        <w:numPr>
          <w:ilvl w:val="0"/>
          <w:numId w:val="43"/>
        </w:numPr>
        <w:spacing w:after="0"/>
      </w:pPr>
      <w:r>
        <w:rPr>
          <w:rFonts w:ascii="Arial" w:hAnsi="Arial" w:cs="Arial"/>
        </w:rPr>
        <w:t xml:space="preserve">In other words, the calcium coming in through those voltage gated channels is contributing to the cross-bridge cycling action </w:t>
      </w:r>
    </w:p>
    <w:p w:rsidR="00A50B7C" w:rsidRPr="00A50B7C" w:rsidRDefault="00A50B7C" w:rsidP="003006E9">
      <w:pPr>
        <w:pStyle w:val="ListParagraph"/>
        <w:numPr>
          <w:ilvl w:val="0"/>
          <w:numId w:val="41"/>
        </w:numPr>
        <w:spacing w:after="0"/>
      </w:pPr>
      <w:r>
        <w:rPr>
          <w:rFonts w:ascii="Arial" w:hAnsi="Arial"/>
        </w:rPr>
        <w:t xml:space="preserve">There are </w:t>
      </w:r>
      <w:r w:rsidR="00F019C0" w:rsidRPr="00770179">
        <w:rPr>
          <w:rFonts w:ascii="Arial" w:hAnsi="Arial"/>
        </w:rPr>
        <w:t>also specialized receptors on the SR that respond to calcium</w:t>
      </w:r>
      <w:r>
        <w:rPr>
          <w:rFonts w:ascii="Arial" w:hAnsi="Arial"/>
        </w:rPr>
        <w:t xml:space="preserve"> </w:t>
      </w:r>
    </w:p>
    <w:p w:rsidR="00A50B7C" w:rsidRPr="00A50B7C" w:rsidRDefault="00A50B7C" w:rsidP="003006E9">
      <w:pPr>
        <w:pStyle w:val="ListParagraph"/>
        <w:numPr>
          <w:ilvl w:val="0"/>
          <w:numId w:val="42"/>
        </w:numPr>
        <w:spacing w:after="0"/>
      </w:pPr>
      <w:r>
        <w:rPr>
          <w:rFonts w:ascii="Arial" w:hAnsi="Arial"/>
        </w:rPr>
        <w:t xml:space="preserve">Known as </w:t>
      </w:r>
      <w:r w:rsidR="00F019C0" w:rsidRPr="00770179">
        <w:rPr>
          <w:rFonts w:ascii="Arial" w:hAnsi="Arial"/>
        </w:rPr>
        <w:t>calcium induced calcium release</w:t>
      </w:r>
    </w:p>
    <w:p w:rsidR="00A50B7C" w:rsidRPr="00A50B7C" w:rsidRDefault="00A50B7C" w:rsidP="003006E9">
      <w:pPr>
        <w:pStyle w:val="ListParagraph"/>
        <w:numPr>
          <w:ilvl w:val="0"/>
          <w:numId w:val="42"/>
        </w:numPr>
        <w:spacing w:after="0"/>
      </w:pPr>
      <w:r w:rsidRPr="00770179">
        <w:rPr>
          <w:rFonts w:ascii="Arial" w:hAnsi="Arial"/>
        </w:rPr>
        <w:t>So,</w:t>
      </w:r>
      <w:r w:rsidR="00F019C0" w:rsidRPr="00770179">
        <w:rPr>
          <w:rFonts w:ascii="Arial" w:hAnsi="Arial"/>
        </w:rPr>
        <w:t xml:space="preserve"> the calcium itself binds on to the SR and opens more calcium channels allowing e</w:t>
      </w:r>
      <w:r>
        <w:rPr>
          <w:rFonts w:ascii="Arial" w:hAnsi="Arial"/>
        </w:rPr>
        <w:t>ven</w:t>
      </w:r>
      <w:r w:rsidR="00F019C0" w:rsidRPr="00770179">
        <w:rPr>
          <w:rFonts w:ascii="Arial" w:hAnsi="Arial"/>
        </w:rPr>
        <w:t xml:space="preserve"> more calcium to be released</w:t>
      </w:r>
    </w:p>
    <w:p w:rsidR="00A50B7C" w:rsidRPr="00E837C9" w:rsidRDefault="00A50B7C" w:rsidP="003006E9">
      <w:pPr>
        <w:pStyle w:val="ListParagraph"/>
        <w:numPr>
          <w:ilvl w:val="0"/>
          <w:numId w:val="44"/>
        </w:numPr>
        <w:spacing w:after="0"/>
      </w:pPr>
      <w:r>
        <w:rPr>
          <w:rFonts w:ascii="Arial" w:hAnsi="Arial" w:cs="Arial"/>
        </w:rPr>
        <w:t xml:space="preserve">This is allowing for contraction to occur for a sustained amount of time </w:t>
      </w:r>
    </w:p>
    <w:p w:rsidR="00283A60" w:rsidRPr="001B5037" w:rsidRDefault="00283A60" w:rsidP="003006E9">
      <w:pPr>
        <w:pStyle w:val="ListParagraph"/>
        <w:numPr>
          <w:ilvl w:val="0"/>
          <w:numId w:val="35"/>
        </w:numPr>
        <w:spacing w:after="0"/>
      </w:pPr>
      <w:r w:rsidRPr="00C92EFE">
        <w:rPr>
          <w:rFonts w:ascii="Arial" w:hAnsi="Arial" w:cs="Arial"/>
        </w:rPr>
        <w:t>At the end of this period the calcium channels will close, but there will be a greater opening up of the potassium channels – This is where repolarization occurs</w:t>
      </w:r>
    </w:p>
    <w:p w:rsidR="001B5037" w:rsidRPr="001B5037" w:rsidRDefault="00C92EFE" w:rsidP="003006E9">
      <w:pPr>
        <w:pStyle w:val="ListParagraph"/>
        <w:numPr>
          <w:ilvl w:val="0"/>
          <w:numId w:val="38"/>
        </w:numPr>
        <w:spacing w:after="0"/>
      </w:pPr>
      <w:r>
        <w:rPr>
          <w:rFonts w:ascii="Arial" w:hAnsi="Arial"/>
        </w:rPr>
        <w:t>V</w:t>
      </w:r>
      <w:r w:rsidR="00F019C0" w:rsidRPr="001B5037">
        <w:rPr>
          <w:rFonts w:ascii="Arial" w:hAnsi="Arial"/>
        </w:rPr>
        <w:t xml:space="preserve">ery similar to what we saw in our neuron </w:t>
      </w:r>
    </w:p>
    <w:p w:rsidR="00D12F62" w:rsidRPr="00C92EFE" w:rsidRDefault="001B5037" w:rsidP="003006E9">
      <w:pPr>
        <w:pStyle w:val="ListParagraph"/>
        <w:numPr>
          <w:ilvl w:val="0"/>
          <w:numId w:val="45"/>
        </w:numPr>
        <w:spacing w:after="0"/>
      </w:pPr>
      <w:r>
        <w:rPr>
          <w:rFonts w:ascii="Arial" w:hAnsi="Arial"/>
        </w:rPr>
        <w:t>P</w:t>
      </w:r>
      <w:r w:rsidR="00F019C0" w:rsidRPr="001B5037">
        <w:rPr>
          <w:rFonts w:ascii="Arial" w:hAnsi="Arial"/>
        </w:rPr>
        <w:t>otassium channels stay open</w:t>
      </w:r>
      <w:r w:rsidRPr="001B5037">
        <w:rPr>
          <w:rFonts w:ascii="Arial" w:hAnsi="Arial"/>
        </w:rPr>
        <w:t xml:space="preserve">, </w:t>
      </w:r>
      <w:r w:rsidR="00F019C0" w:rsidRPr="001B5037">
        <w:rPr>
          <w:rFonts w:ascii="Arial" w:hAnsi="Arial"/>
        </w:rPr>
        <w:t>all of our other channels are closed</w:t>
      </w:r>
      <w:r>
        <w:rPr>
          <w:rFonts w:ascii="Arial" w:hAnsi="Arial"/>
        </w:rPr>
        <w:t xml:space="preserve"> = G</w:t>
      </w:r>
      <w:r w:rsidR="00F019C0" w:rsidRPr="001B5037">
        <w:rPr>
          <w:rFonts w:ascii="Arial" w:hAnsi="Arial"/>
        </w:rPr>
        <w:t>oing to reestablish resting membrane potential</w:t>
      </w:r>
    </w:p>
    <w:p w:rsidR="00C92EFE" w:rsidRPr="00C92EFE" w:rsidRDefault="00C92EFE" w:rsidP="003006E9">
      <w:pPr>
        <w:pStyle w:val="ListParagraph"/>
        <w:numPr>
          <w:ilvl w:val="0"/>
          <w:numId w:val="45"/>
        </w:numPr>
        <w:spacing w:after="0"/>
      </w:pPr>
      <w:r>
        <w:rPr>
          <w:rFonts w:ascii="Arial" w:hAnsi="Arial"/>
        </w:rPr>
        <w:t>Calcium channels close, potassium channel opens</w:t>
      </w:r>
    </w:p>
    <w:p w:rsidR="00C92EFE" w:rsidRPr="00C92EFE" w:rsidRDefault="00C92EFE" w:rsidP="003006E9">
      <w:pPr>
        <w:pStyle w:val="ListParagraph"/>
        <w:numPr>
          <w:ilvl w:val="0"/>
          <w:numId w:val="45"/>
        </w:numPr>
        <w:spacing w:after="0"/>
      </w:pPr>
      <w:r>
        <w:rPr>
          <w:rFonts w:ascii="Arial" w:hAnsi="Arial"/>
        </w:rPr>
        <w:lastRenderedPageBreak/>
        <w:t xml:space="preserve">Potassium continues to leave the cell, and that brings us back down to a negative membrane potential </w:t>
      </w:r>
    </w:p>
    <w:p w:rsidR="00C92EFE" w:rsidRPr="00452398" w:rsidRDefault="00C92EFE" w:rsidP="003006E9">
      <w:pPr>
        <w:pStyle w:val="ListParagraph"/>
        <w:numPr>
          <w:ilvl w:val="0"/>
          <w:numId w:val="45"/>
        </w:numPr>
        <w:spacing w:after="0"/>
      </w:pPr>
      <w:r>
        <w:rPr>
          <w:rFonts w:ascii="Arial" w:hAnsi="Arial"/>
        </w:rPr>
        <w:t xml:space="preserve">Therefore, we can now generate another action potential </w:t>
      </w:r>
    </w:p>
    <w:p w:rsidR="00D12F62" w:rsidRPr="008B55F3" w:rsidRDefault="00F019C0" w:rsidP="003006E9">
      <w:pPr>
        <w:pStyle w:val="ListParagraph"/>
        <w:numPr>
          <w:ilvl w:val="0"/>
          <w:numId w:val="45"/>
        </w:numPr>
        <w:spacing w:after="0"/>
      </w:pPr>
      <w:r w:rsidRPr="00452398">
        <w:rPr>
          <w:rFonts w:ascii="Arial" w:hAnsi="Arial"/>
        </w:rPr>
        <w:t>At the same time, just like we had in neurons and</w:t>
      </w:r>
      <w:r w:rsidR="006E5F9A">
        <w:t xml:space="preserve"> </w:t>
      </w:r>
      <w:r w:rsidRPr="00452398">
        <w:rPr>
          <w:rFonts w:ascii="Arial" w:hAnsi="Arial"/>
        </w:rPr>
        <w:t>skeletal muscle, the sodium potassium pumps are reestablishing the concentration gradient so that we can establish another action potential in a few moments</w:t>
      </w:r>
    </w:p>
    <w:p w:rsidR="008B55F3" w:rsidRDefault="008B55F3" w:rsidP="003006E9">
      <w:pPr>
        <w:pStyle w:val="ListParagraph"/>
        <w:numPr>
          <w:ilvl w:val="0"/>
          <w:numId w:val="35"/>
        </w:numPr>
        <w:spacing w:after="0"/>
        <w:rPr>
          <w:rFonts w:ascii="Arial" w:hAnsi="Arial" w:cs="Arial"/>
        </w:rPr>
      </w:pPr>
      <w:r>
        <w:rPr>
          <w:rFonts w:ascii="Arial" w:hAnsi="Arial" w:cs="Arial"/>
        </w:rPr>
        <w:t xml:space="preserve">Refractory period ~ Time in which you cannot generate another action potential </w:t>
      </w:r>
    </w:p>
    <w:p w:rsidR="008B55F3" w:rsidRPr="008B55F3" w:rsidRDefault="008B55F3" w:rsidP="003006E9">
      <w:pPr>
        <w:pStyle w:val="ListParagraph"/>
        <w:numPr>
          <w:ilvl w:val="0"/>
          <w:numId w:val="38"/>
        </w:numPr>
        <w:spacing w:after="0"/>
        <w:rPr>
          <w:rFonts w:ascii="Arial" w:hAnsi="Arial" w:cs="Arial"/>
        </w:rPr>
      </w:pPr>
      <w:r>
        <w:rPr>
          <w:rFonts w:ascii="Arial" w:hAnsi="Arial"/>
        </w:rPr>
        <w:t>W</w:t>
      </w:r>
      <w:r w:rsidR="00F019C0" w:rsidRPr="008B55F3">
        <w:rPr>
          <w:rFonts w:ascii="Arial" w:hAnsi="Arial"/>
        </w:rPr>
        <w:t>hen the cardiac muscle fiber is depolarizing and even into repolarization, we cannot stimulate another action potential</w:t>
      </w:r>
      <w:r>
        <w:rPr>
          <w:rFonts w:ascii="Arial" w:hAnsi="Arial"/>
        </w:rPr>
        <w:t xml:space="preserve"> = R</w:t>
      </w:r>
      <w:r w:rsidR="00F019C0" w:rsidRPr="008B55F3">
        <w:rPr>
          <w:rFonts w:ascii="Arial" w:hAnsi="Arial"/>
        </w:rPr>
        <w:t>efractory period</w:t>
      </w:r>
    </w:p>
    <w:p w:rsidR="00D12F62" w:rsidRPr="001552BD" w:rsidRDefault="008B55F3" w:rsidP="003006E9">
      <w:pPr>
        <w:pStyle w:val="ListParagraph"/>
        <w:numPr>
          <w:ilvl w:val="0"/>
          <w:numId w:val="38"/>
        </w:numPr>
        <w:spacing w:after="0"/>
        <w:rPr>
          <w:rFonts w:ascii="Arial" w:hAnsi="Arial" w:cs="Arial"/>
        </w:rPr>
      </w:pPr>
      <w:r>
        <w:rPr>
          <w:rFonts w:ascii="Arial" w:hAnsi="Arial"/>
        </w:rPr>
        <w:t>It is</w:t>
      </w:r>
      <w:r w:rsidR="00F019C0" w:rsidRPr="008B55F3">
        <w:rPr>
          <w:rFonts w:ascii="Arial" w:hAnsi="Arial"/>
        </w:rPr>
        <w:t xml:space="preserve"> not until very late repolarization, th</w:t>
      </w:r>
      <w:r>
        <w:rPr>
          <w:rFonts w:ascii="Arial" w:hAnsi="Arial"/>
        </w:rPr>
        <w:t>at</w:t>
      </w:r>
      <w:r w:rsidR="00F019C0" w:rsidRPr="008B55F3">
        <w:rPr>
          <w:rFonts w:ascii="Arial" w:hAnsi="Arial"/>
        </w:rPr>
        <w:t xml:space="preserve"> we can actually stimulate that cardiac muscle cell to have another action potential</w:t>
      </w:r>
    </w:p>
    <w:p w:rsidR="001552BD" w:rsidRPr="00DF3BF3" w:rsidRDefault="001552BD" w:rsidP="003006E9">
      <w:pPr>
        <w:pStyle w:val="ListParagraph"/>
        <w:numPr>
          <w:ilvl w:val="0"/>
          <w:numId w:val="38"/>
        </w:numPr>
        <w:spacing w:after="0"/>
        <w:rPr>
          <w:rFonts w:ascii="Arial" w:hAnsi="Arial" w:cs="Arial"/>
        </w:rPr>
      </w:pPr>
      <w:r>
        <w:rPr>
          <w:rFonts w:ascii="Arial" w:hAnsi="Arial"/>
        </w:rPr>
        <w:t xml:space="preserve">The refractory period is longer than the contraction period </w:t>
      </w:r>
    </w:p>
    <w:p w:rsidR="00DF3BF3" w:rsidRPr="00DF3BF3" w:rsidRDefault="00DF3BF3" w:rsidP="003006E9">
      <w:pPr>
        <w:pStyle w:val="ListParagraph"/>
        <w:numPr>
          <w:ilvl w:val="0"/>
          <w:numId w:val="38"/>
        </w:numPr>
        <w:spacing w:after="0"/>
        <w:rPr>
          <w:rFonts w:ascii="Arial" w:hAnsi="Arial" w:cs="Arial"/>
        </w:rPr>
      </w:pPr>
      <w:r>
        <w:rPr>
          <w:rFonts w:ascii="Arial" w:hAnsi="Arial"/>
        </w:rPr>
        <w:t xml:space="preserve">The </w:t>
      </w:r>
      <w:r w:rsidR="00F019C0" w:rsidRPr="00DF3BF3">
        <w:rPr>
          <w:rFonts w:ascii="Arial" w:hAnsi="Arial"/>
        </w:rPr>
        <w:t>reason for this is that it allows the heart to fully contract, squeeze out all of the blood and begin to relax</w:t>
      </w:r>
      <w:r>
        <w:rPr>
          <w:rFonts w:ascii="Arial" w:hAnsi="Arial"/>
        </w:rPr>
        <w:t xml:space="preserve"> b</w:t>
      </w:r>
      <w:r w:rsidR="00F019C0" w:rsidRPr="00DF3BF3">
        <w:rPr>
          <w:rFonts w:ascii="Arial" w:hAnsi="Arial"/>
        </w:rPr>
        <w:t>efore we initiate the next contraction</w:t>
      </w:r>
    </w:p>
    <w:p w:rsidR="00DF3BF3" w:rsidRPr="00DF3BF3" w:rsidRDefault="00DF3BF3" w:rsidP="003006E9">
      <w:pPr>
        <w:pStyle w:val="ListParagraph"/>
        <w:numPr>
          <w:ilvl w:val="0"/>
          <w:numId w:val="38"/>
        </w:numPr>
        <w:spacing w:after="0"/>
        <w:rPr>
          <w:rFonts w:ascii="Arial" w:hAnsi="Arial" w:cs="Arial"/>
        </w:rPr>
      </w:pPr>
      <w:r>
        <w:rPr>
          <w:rFonts w:ascii="Arial" w:hAnsi="Arial"/>
        </w:rPr>
        <w:t>O</w:t>
      </w:r>
      <w:r w:rsidR="00F019C0" w:rsidRPr="00DF3BF3">
        <w:rPr>
          <w:rFonts w:ascii="Arial" w:hAnsi="Arial"/>
        </w:rPr>
        <w:t>therwise, if this refractory period was shorter or the same length as the contraction, then the heart could potentially stay fully contracted all the time</w:t>
      </w:r>
    </w:p>
    <w:p w:rsidR="007F31FF" w:rsidRPr="007F31FF" w:rsidRDefault="007D7231" w:rsidP="003006E9">
      <w:pPr>
        <w:pStyle w:val="ListParagraph"/>
        <w:numPr>
          <w:ilvl w:val="0"/>
          <w:numId w:val="38"/>
        </w:numPr>
        <w:spacing w:after="0"/>
        <w:rPr>
          <w:rFonts w:ascii="Arial" w:hAnsi="Arial" w:cs="Arial"/>
        </w:rPr>
      </w:pPr>
      <w:r>
        <w:rPr>
          <w:rFonts w:ascii="Arial" w:hAnsi="Arial"/>
        </w:rPr>
        <w:t>We do not</w:t>
      </w:r>
      <w:r w:rsidR="00F019C0" w:rsidRPr="00DF3BF3">
        <w:rPr>
          <w:rFonts w:ascii="Arial" w:hAnsi="Arial"/>
        </w:rPr>
        <w:t xml:space="preserve"> want the heart to maintain a contraction because we needed to relax in order to refill</w:t>
      </w:r>
    </w:p>
    <w:p w:rsidR="007F31FF" w:rsidRPr="007F31FF" w:rsidRDefault="007F31FF" w:rsidP="003006E9">
      <w:pPr>
        <w:pStyle w:val="ListParagraph"/>
        <w:numPr>
          <w:ilvl w:val="0"/>
          <w:numId w:val="38"/>
        </w:numPr>
        <w:spacing w:after="0"/>
        <w:rPr>
          <w:rFonts w:ascii="Arial" w:hAnsi="Arial" w:cs="Arial"/>
        </w:rPr>
      </w:pPr>
      <w:r>
        <w:rPr>
          <w:rFonts w:ascii="Arial" w:hAnsi="Arial"/>
        </w:rPr>
        <w:t>Therefore, the</w:t>
      </w:r>
      <w:r w:rsidR="00F019C0" w:rsidRPr="00DF3BF3">
        <w:rPr>
          <w:rFonts w:ascii="Arial" w:hAnsi="Arial"/>
        </w:rPr>
        <w:t xml:space="preserve"> refractory period being longer than the contraction period, actually forces the heart to relax before the next action potential can occu</w:t>
      </w:r>
      <w:r>
        <w:rPr>
          <w:rFonts w:ascii="Arial" w:hAnsi="Arial"/>
        </w:rPr>
        <w:t>r</w:t>
      </w:r>
    </w:p>
    <w:p w:rsidR="007F31FF" w:rsidRPr="007F31FF" w:rsidRDefault="007F31FF" w:rsidP="003006E9">
      <w:pPr>
        <w:pStyle w:val="ListParagraph"/>
        <w:numPr>
          <w:ilvl w:val="0"/>
          <w:numId w:val="38"/>
        </w:numPr>
        <w:spacing w:after="0"/>
        <w:rPr>
          <w:rFonts w:ascii="Arial" w:hAnsi="Arial" w:cs="Arial"/>
        </w:rPr>
      </w:pPr>
      <w:r>
        <w:rPr>
          <w:rFonts w:ascii="Arial" w:hAnsi="Arial"/>
        </w:rPr>
        <w:t>T</w:t>
      </w:r>
      <w:r w:rsidR="00F019C0" w:rsidRPr="00DF3BF3">
        <w:rPr>
          <w:rFonts w:ascii="Arial" w:hAnsi="Arial"/>
        </w:rPr>
        <w:t>his is really important for stopping tetanus</w:t>
      </w:r>
    </w:p>
    <w:p w:rsidR="00D12F62" w:rsidRPr="003B5CAB" w:rsidRDefault="007F31FF" w:rsidP="003006E9">
      <w:pPr>
        <w:pStyle w:val="ListParagraph"/>
        <w:numPr>
          <w:ilvl w:val="0"/>
          <w:numId w:val="46"/>
        </w:numPr>
        <w:spacing w:after="0"/>
        <w:rPr>
          <w:rFonts w:ascii="Arial" w:hAnsi="Arial" w:cs="Arial"/>
        </w:rPr>
      </w:pPr>
      <w:r>
        <w:rPr>
          <w:rFonts w:ascii="Arial" w:hAnsi="Arial"/>
        </w:rPr>
        <w:t>T</w:t>
      </w:r>
      <w:r w:rsidR="00F019C0" w:rsidRPr="00DF3BF3">
        <w:rPr>
          <w:rFonts w:ascii="Arial" w:hAnsi="Arial"/>
        </w:rPr>
        <w:t>etanus</w:t>
      </w:r>
      <w:r>
        <w:rPr>
          <w:rFonts w:ascii="Arial" w:hAnsi="Arial"/>
        </w:rPr>
        <w:t xml:space="preserve"> ~</w:t>
      </w:r>
      <w:r w:rsidR="00F019C0" w:rsidRPr="00DF3BF3">
        <w:rPr>
          <w:rFonts w:ascii="Arial" w:hAnsi="Arial"/>
        </w:rPr>
        <w:t xml:space="preserve"> </w:t>
      </w:r>
      <w:r>
        <w:rPr>
          <w:rFonts w:ascii="Arial" w:hAnsi="Arial"/>
        </w:rPr>
        <w:t>A</w:t>
      </w:r>
      <w:r w:rsidR="00F019C0" w:rsidRPr="00DF3BF3">
        <w:rPr>
          <w:rFonts w:ascii="Arial" w:hAnsi="Arial"/>
        </w:rPr>
        <w:t xml:space="preserve"> sustained contraction of the heart</w:t>
      </w:r>
    </w:p>
    <w:p w:rsidR="003B5CAB" w:rsidRDefault="003B5CAB" w:rsidP="003B5CAB">
      <w:pPr>
        <w:spacing w:after="0"/>
        <w:rPr>
          <w:rFonts w:ascii="Arial" w:hAnsi="Arial" w:cs="Arial"/>
        </w:rPr>
      </w:pPr>
    </w:p>
    <w:p w:rsidR="003B5CAB" w:rsidRDefault="003B5CAB" w:rsidP="003B5CAB">
      <w:pPr>
        <w:spacing w:after="0"/>
        <w:rPr>
          <w:rFonts w:ascii="Arial" w:hAnsi="Arial" w:cs="Arial"/>
        </w:rPr>
      </w:pPr>
      <w:r>
        <w:rPr>
          <w:rFonts w:ascii="Arial" w:hAnsi="Arial" w:cs="Arial"/>
          <w:b/>
          <w:bCs/>
          <w:u w:val="single"/>
        </w:rPr>
        <w:t>Differences Between Skeletal and Cardiac Muscle Physiology</w:t>
      </w:r>
    </w:p>
    <w:p w:rsidR="005C3D2E" w:rsidRDefault="005C3D2E" w:rsidP="003006E9">
      <w:pPr>
        <w:pStyle w:val="ListParagraph"/>
        <w:numPr>
          <w:ilvl w:val="0"/>
          <w:numId w:val="35"/>
        </w:numPr>
        <w:spacing w:after="0"/>
        <w:rPr>
          <w:rFonts w:ascii="Arial" w:hAnsi="Arial" w:cs="Arial"/>
        </w:rPr>
      </w:pPr>
      <w:r>
        <w:rPr>
          <w:rFonts w:ascii="Arial" w:hAnsi="Arial" w:cs="Arial"/>
        </w:rPr>
        <w:t>Cardiac - Action potentials conducted from cell to cell, via gap junctions or electric synapses</w:t>
      </w:r>
    </w:p>
    <w:p w:rsidR="005C3D2E" w:rsidRDefault="005C3D2E" w:rsidP="005C3D2E">
      <w:pPr>
        <w:pStyle w:val="ListParagraph"/>
        <w:spacing w:after="0"/>
        <w:rPr>
          <w:rFonts w:ascii="Arial" w:hAnsi="Arial" w:cs="Arial"/>
        </w:rPr>
      </w:pPr>
      <w:r>
        <w:rPr>
          <w:rFonts w:ascii="Arial" w:hAnsi="Arial" w:cs="Arial"/>
        </w:rPr>
        <w:t xml:space="preserve">Skeletal </w:t>
      </w:r>
      <w:r w:rsidR="00173FF2">
        <w:rPr>
          <w:rFonts w:ascii="Arial" w:hAnsi="Arial" w:cs="Arial"/>
        </w:rPr>
        <w:t>-</w:t>
      </w:r>
      <w:r>
        <w:rPr>
          <w:rFonts w:ascii="Arial" w:hAnsi="Arial" w:cs="Arial"/>
        </w:rPr>
        <w:t xml:space="preserve"> Action potential conducted</w:t>
      </w:r>
      <w:r w:rsidR="00135E11">
        <w:rPr>
          <w:rFonts w:ascii="Arial" w:hAnsi="Arial" w:cs="Arial"/>
        </w:rPr>
        <w:t>/moves</w:t>
      </w:r>
      <w:r>
        <w:rPr>
          <w:rFonts w:ascii="Arial" w:hAnsi="Arial" w:cs="Arial"/>
        </w:rPr>
        <w:t xml:space="preserve"> along</w:t>
      </w:r>
      <w:r w:rsidR="00135E11">
        <w:rPr>
          <w:rFonts w:ascii="Arial" w:hAnsi="Arial" w:cs="Arial"/>
        </w:rPr>
        <w:t xml:space="preserve"> the entire </w:t>
      </w:r>
      <w:r>
        <w:rPr>
          <w:rFonts w:ascii="Arial" w:hAnsi="Arial" w:cs="Arial"/>
        </w:rPr>
        <w:t xml:space="preserve">length of </w:t>
      </w:r>
      <w:r w:rsidR="00135E11">
        <w:rPr>
          <w:rFonts w:ascii="Arial" w:hAnsi="Arial" w:cs="Arial"/>
        </w:rPr>
        <w:t xml:space="preserve">a </w:t>
      </w:r>
      <w:r>
        <w:rPr>
          <w:rFonts w:ascii="Arial" w:hAnsi="Arial" w:cs="Arial"/>
        </w:rPr>
        <w:t>single fiber</w:t>
      </w:r>
      <w:r w:rsidR="00135E11">
        <w:rPr>
          <w:rFonts w:ascii="Arial" w:hAnsi="Arial" w:cs="Arial"/>
        </w:rPr>
        <w:t>, because the fiber itself is the length of the muscle</w:t>
      </w:r>
    </w:p>
    <w:p w:rsidR="003B4140" w:rsidRDefault="003B4140" w:rsidP="003006E9">
      <w:pPr>
        <w:pStyle w:val="ListParagraph"/>
        <w:numPr>
          <w:ilvl w:val="0"/>
          <w:numId w:val="35"/>
        </w:numPr>
        <w:spacing w:after="0"/>
        <w:rPr>
          <w:rFonts w:ascii="Arial" w:hAnsi="Arial" w:cs="Arial"/>
        </w:rPr>
      </w:pPr>
      <w:r>
        <w:rPr>
          <w:rFonts w:ascii="Arial" w:hAnsi="Arial" w:cs="Arial"/>
        </w:rPr>
        <w:t xml:space="preserve">Cardiac </w:t>
      </w:r>
      <w:r w:rsidR="00173FF2">
        <w:rPr>
          <w:rFonts w:ascii="Arial" w:hAnsi="Arial" w:cs="Arial"/>
        </w:rPr>
        <w:t xml:space="preserve">- </w:t>
      </w:r>
      <w:r>
        <w:rPr>
          <w:rFonts w:ascii="Arial" w:hAnsi="Arial" w:cs="Arial"/>
        </w:rPr>
        <w:t xml:space="preserve">Rate of action potential propagation is slow because </w:t>
      </w:r>
      <w:r w:rsidR="00B827C5">
        <w:rPr>
          <w:rFonts w:ascii="Arial" w:hAnsi="Arial" w:cs="Arial"/>
        </w:rPr>
        <w:t xml:space="preserve">it has to move from cell to cell in series through </w:t>
      </w:r>
      <w:r>
        <w:rPr>
          <w:rFonts w:ascii="Arial" w:hAnsi="Arial" w:cs="Arial"/>
        </w:rPr>
        <w:t>gap junctions</w:t>
      </w:r>
      <w:r w:rsidR="00B827C5">
        <w:rPr>
          <w:rFonts w:ascii="Arial" w:hAnsi="Arial" w:cs="Arial"/>
        </w:rPr>
        <w:t xml:space="preserve">. The fibers themselves are also </w:t>
      </w:r>
      <w:r>
        <w:rPr>
          <w:rFonts w:ascii="Arial" w:hAnsi="Arial" w:cs="Arial"/>
        </w:rPr>
        <w:t>small</w:t>
      </w:r>
      <w:r w:rsidR="00B827C5">
        <w:rPr>
          <w:rFonts w:ascii="Arial" w:hAnsi="Arial" w:cs="Arial"/>
        </w:rPr>
        <w:t>er in</w:t>
      </w:r>
      <w:r>
        <w:rPr>
          <w:rFonts w:ascii="Arial" w:hAnsi="Arial" w:cs="Arial"/>
        </w:rPr>
        <w:t xml:space="preserve"> diameter</w:t>
      </w:r>
      <w:r w:rsidR="00B827C5">
        <w:rPr>
          <w:rFonts w:ascii="Arial" w:hAnsi="Arial" w:cs="Arial"/>
        </w:rPr>
        <w:t>, which slows the movement of the action potentials</w:t>
      </w:r>
    </w:p>
    <w:p w:rsidR="003B4140" w:rsidRDefault="003B4140" w:rsidP="003B4140">
      <w:pPr>
        <w:pStyle w:val="ListParagraph"/>
        <w:spacing w:after="0"/>
        <w:rPr>
          <w:rFonts w:ascii="Arial" w:hAnsi="Arial" w:cs="Arial"/>
        </w:rPr>
      </w:pPr>
      <w:r>
        <w:rPr>
          <w:rFonts w:ascii="Arial" w:hAnsi="Arial" w:cs="Arial"/>
        </w:rPr>
        <w:t xml:space="preserve">Skeletal </w:t>
      </w:r>
      <w:r w:rsidR="00173FF2">
        <w:rPr>
          <w:rFonts w:ascii="Arial" w:hAnsi="Arial" w:cs="Arial"/>
        </w:rPr>
        <w:t>-</w:t>
      </w:r>
      <w:r>
        <w:rPr>
          <w:rFonts w:ascii="Arial" w:hAnsi="Arial" w:cs="Arial"/>
        </w:rPr>
        <w:t xml:space="preserve"> </w:t>
      </w:r>
      <w:r w:rsidR="00B827C5">
        <w:rPr>
          <w:rFonts w:ascii="Arial" w:hAnsi="Arial" w:cs="Arial"/>
        </w:rPr>
        <w:t xml:space="preserve">It is faster because it is all one cell. It does not need to travel from cell to cell, and the diameter of the fibers is larger </w:t>
      </w:r>
    </w:p>
    <w:p w:rsidR="008C28EF" w:rsidRDefault="00DC0F5D" w:rsidP="003006E9">
      <w:pPr>
        <w:pStyle w:val="ListParagraph"/>
        <w:numPr>
          <w:ilvl w:val="0"/>
          <w:numId w:val="35"/>
        </w:numPr>
        <w:spacing w:after="0"/>
        <w:rPr>
          <w:rFonts w:ascii="Arial" w:hAnsi="Arial" w:cs="Arial"/>
        </w:rPr>
      </w:pPr>
      <w:r>
        <w:rPr>
          <w:rFonts w:ascii="Arial" w:hAnsi="Arial" w:cs="Arial"/>
        </w:rPr>
        <w:t xml:space="preserve">Cardiac </w:t>
      </w:r>
      <w:r w:rsidR="00173FF2">
        <w:rPr>
          <w:rFonts w:ascii="Arial" w:hAnsi="Arial" w:cs="Arial"/>
        </w:rPr>
        <w:t>-</w:t>
      </w:r>
      <w:r>
        <w:rPr>
          <w:rFonts w:ascii="Arial" w:hAnsi="Arial" w:cs="Arial"/>
        </w:rPr>
        <w:t xml:space="preserve"> Calcium induced calcium release (CICR)</w:t>
      </w:r>
      <w:r w:rsidR="00126022">
        <w:rPr>
          <w:rFonts w:ascii="Arial" w:hAnsi="Arial" w:cs="Arial"/>
        </w:rPr>
        <w:t xml:space="preserve">. Movement of calcium though plasma membrane and T-tubules into sarcoplasm, stimulates the release of calcium from the SR </w:t>
      </w:r>
      <w:r w:rsidR="005535F1">
        <w:rPr>
          <w:rFonts w:ascii="Arial" w:hAnsi="Arial" w:cs="Arial"/>
        </w:rPr>
        <w:t>(just need the movement of calcium into the cell to trigger the release). Then this calcium from the voltage gated calcium channels can also move to the sarcomere and initiate cross-bridge cycling</w:t>
      </w:r>
    </w:p>
    <w:p w:rsidR="00173FF2" w:rsidRPr="008C28EF" w:rsidRDefault="00173FF2" w:rsidP="00173FF2">
      <w:pPr>
        <w:pStyle w:val="ListParagraph"/>
        <w:spacing w:after="0"/>
        <w:rPr>
          <w:rFonts w:ascii="Arial" w:hAnsi="Arial" w:cs="Arial"/>
        </w:rPr>
      </w:pPr>
      <w:r>
        <w:rPr>
          <w:rFonts w:ascii="Arial" w:hAnsi="Arial" w:cs="Arial"/>
        </w:rPr>
        <w:t xml:space="preserve">Skeletal – Needs to have a muscle action potential triggering the SR to release calcium in order for cross-bridge cycling to occur </w:t>
      </w:r>
    </w:p>
    <w:p w:rsidR="00D12F62" w:rsidRDefault="00D12F62">
      <w:pPr>
        <w:spacing w:after="0"/>
      </w:pPr>
    </w:p>
    <w:p w:rsidR="00D12F62" w:rsidRDefault="00D12F62">
      <w:pPr>
        <w:spacing w:after="0"/>
      </w:pPr>
    </w:p>
    <w:p w:rsidR="009A1E9E" w:rsidRDefault="009A1E9E">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r>
        <w:rPr>
          <w:rFonts w:ascii="Arial" w:hAnsi="Arial"/>
          <w:noProof/>
        </w:rPr>
        <w:lastRenderedPageBreak/>
        <w:drawing>
          <wp:anchor distT="0" distB="0" distL="114300" distR="114300" simplePos="0" relativeHeight="251670528" behindDoc="1" locked="0" layoutInCell="1" allowOverlap="1">
            <wp:simplePos x="0" y="0"/>
            <wp:positionH relativeFrom="column">
              <wp:posOffset>864870</wp:posOffset>
            </wp:positionH>
            <wp:positionV relativeFrom="paragraph">
              <wp:posOffset>84224</wp:posOffset>
            </wp:positionV>
            <wp:extent cx="4856283" cy="3038763"/>
            <wp:effectExtent l="0" t="0" r="0" b="0"/>
            <wp:wrapNone/>
            <wp:docPr id="13" name="Picture 1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1-15 at 11.50.08 PM.png"/>
                    <pic:cNvPicPr/>
                  </pic:nvPicPr>
                  <pic:blipFill rotWithShape="1">
                    <a:blip r:embed="rId12"/>
                    <a:srcRect l="9527" t="15701" r="10664" b="4396"/>
                    <a:stretch/>
                  </pic:blipFill>
                  <pic:spPr bwMode="auto">
                    <a:xfrm>
                      <a:off x="0" y="0"/>
                      <a:ext cx="4856283" cy="30387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6F34E3">
      <w:pPr>
        <w:spacing w:after="0"/>
        <w:rPr>
          <w:rFonts w:ascii="Arial" w:hAnsi="Arial"/>
        </w:rPr>
      </w:pPr>
    </w:p>
    <w:p w:rsidR="006F34E3" w:rsidRDefault="00E53647">
      <w:pPr>
        <w:spacing w:after="0"/>
        <w:rPr>
          <w:rFonts w:ascii="Arial" w:hAnsi="Arial"/>
        </w:rPr>
      </w:pPr>
      <w:r w:rsidRPr="00E53647">
        <w:rPr>
          <w:rFonts w:ascii="Arial" w:hAnsi="Arial"/>
          <w:b/>
          <w:bCs/>
          <w:u w:val="single"/>
        </w:rPr>
        <w:t>Autorhythmicity: SA Node Action Potential</w:t>
      </w:r>
    </w:p>
    <w:p w:rsidR="00E53647" w:rsidRDefault="00E53647" w:rsidP="003006E9">
      <w:pPr>
        <w:pStyle w:val="ListParagraph"/>
        <w:numPr>
          <w:ilvl w:val="0"/>
          <w:numId w:val="35"/>
        </w:numPr>
        <w:spacing w:after="0"/>
        <w:rPr>
          <w:rFonts w:ascii="Arial" w:hAnsi="Arial"/>
        </w:rPr>
      </w:pPr>
      <w:r>
        <w:rPr>
          <w:rFonts w:ascii="Arial" w:hAnsi="Arial"/>
        </w:rPr>
        <w:t xml:space="preserve">Specialized cells that are part of the conducting system </w:t>
      </w:r>
    </w:p>
    <w:p w:rsidR="007C761B" w:rsidRDefault="00E53647" w:rsidP="003006E9">
      <w:pPr>
        <w:pStyle w:val="ListParagraph"/>
        <w:numPr>
          <w:ilvl w:val="0"/>
          <w:numId w:val="35"/>
        </w:numPr>
        <w:spacing w:after="0"/>
        <w:rPr>
          <w:rFonts w:ascii="Arial" w:hAnsi="Arial"/>
        </w:rPr>
      </w:pPr>
      <w:r>
        <w:rPr>
          <w:rFonts w:ascii="Arial" w:hAnsi="Arial"/>
        </w:rPr>
        <w:t>Have an autorhythmicity property, meaning they can self-depolarize (or self-genera</w:t>
      </w:r>
      <w:r w:rsidR="007C761B">
        <w:rPr>
          <w:rFonts w:ascii="Arial" w:hAnsi="Arial"/>
        </w:rPr>
        <w:t xml:space="preserve">te </w:t>
      </w:r>
      <w:r>
        <w:rPr>
          <w:rFonts w:ascii="Arial" w:hAnsi="Arial"/>
        </w:rPr>
        <w:t xml:space="preserve">action potentials) </w:t>
      </w:r>
      <w:r w:rsidR="007C761B">
        <w:rPr>
          <w:rFonts w:ascii="Arial" w:hAnsi="Arial"/>
        </w:rPr>
        <w:t>at regular time intervals</w:t>
      </w:r>
    </w:p>
    <w:p w:rsidR="007C761B" w:rsidRDefault="007C761B" w:rsidP="003006E9">
      <w:pPr>
        <w:pStyle w:val="ListParagraph"/>
        <w:numPr>
          <w:ilvl w:val="0"/>
          <w:numId w:val="35"/>
        </w:numPr>
        <w:spacing w:after="0"/>
        <w:rPr>
          <w:rFonts w:ascii="Arial" w:hAnsi="Arial"/>
        </w:rPr>
      </w:pPr>
      <w:r w:rsidRPr="007C761B">
        <w:rPr>
          <w:rFonts w:ascii="Arial" w:hAnsi="Arial"/>
        </w:rPr>
        <w:t>These types of cells</w:t>
      </w:r>
      <w:r w:rsidR="00F019C0" w:rsidRPr="007C761B">
        <w:rPr>
          <w:rFonts w:ascii="Arial" w:hAnsi="Arial"/>
        </w:rPr>
        <w:t xml:space="preserve"> are also known as the pacemaker cells</w:t>
      </w:r>
      <w:r>
        <w:rPr>
          <w:rFonts w:ascii="Arial" w:hAnsi="Arial"/>
        </w:rPr>
        <w:t>,</w:t>
      </w:r>
      <w:r w:rsidR="00F019C0" w:rsidRPr="007C761B">
        <w:rPr>
          <w:rFonts w:ascii="Arial" w:hAnsi="Arial"/>
        </w:rPr>
        <w:t xml:space="preserve"> because they dictate the pace or the frequency of depolarization of the rest of the cardiac muscle fiber cells</w:t>
      </w:r>
    </w:p>
    <w:p w:rsidR="007C761B" w:rsidRDefault="00F019C0" w:rsidP="003006E9">
      <w:pPr>
        <w:pStyle w:val="ListParagraph"/>
        <w:numPr>
          <w:ilvl w:val="0"/>
          <w:numId w:val="35"/>
        </w:numPr>
        <w:spacing w:after="0"/>
        <w:rPr>
          <w:rFonts w:ascii="Arial" w:hAnsi="Arial"/>
        </w:rPr>
      </w:pPr>
      <w:r w:rsidRPr="007C761B">
        <w:rPr>
          <w:rFonts w:ascii="Arial" w:hAnsi="Arial"/>
        </w:rPr>
        <w:t>Because th</w:t>
      </w:r>
      <w:r w:rsidR="007C761B">
        <w:rPr>
          <w:rFonts w:ascii="Arial" w:hAnsi="Arial"/>
        </w:rPr>
        <w:t>ey are</w:t>
      </w:r>
      <w:r w:rsidRPr="007C761B">
        <w:rPr>
          <w:rFonts w:ascii="Arial" w:hAnsi="Arial"/>
        </w:rPr>
        <w:t xml:space="preserve"> different, they also have a different actual potential curve</w:t>
      </w:r>
    </w:p>
    <w:p w:rsidR="007C761B" w:rsidRDefault="007C761B" w:rsidP="003006E9">
      <w:pPr>
        <w:pStyle w:val="ListParagraph"/>
        <w:numPr>
          <w:ilvl w:val="0"/>
          <w:numId w:val="47"/>
        </w:numPr>
        <w:spacing w:after="0"/>
        <w:rPr>
          <w:rFonts w:ascii="Arial" w:hAnsi="Arial"/>
        </w:rPr>
      </w:pPr>
      <w:r>
        <w:rPr>
          <w:rFonts w:ascii="Arial" w:hAnsi="Arial"/>
        </w:rPr>
        <w:t>There is not</w:t>
      </w:r>
      <w:r w:rsidR="00F019C0" w:rsidRPr="007C761B">
        <w:rPr>
          <w:rFonts w:ascii="Arial" w:hAnsi="Arial"/>
        </w:rPr>
        <w:t xml:space="preserve"> really a stable resting membrane potential of these type of cells</w:t>
      </w:r>
    </w:p>
    <w:p w:rsidR="007A7892" w:rsidRDefault="007C761B" w:rsidP="003006E9">
      <w:pPr>
        <w:pStyle w:val="ListParagraph"/>
        <w:numPr>
          <w:ilvl w:val="0"/>
          <w:numId w:val="46"/>
        </w:numPr>
        <w:spacing w:after="0"/>
        <w:rPr>
          <w:rFonts w:ascii="Arial" w:hAnsi="Arial"/>
        </w:rPr>
      </w:pPr>
      <w:r>
        <w:rPr>
          <w:rFonts w:ascii="Arial" w:hAnsi="Arial"/>
        </w:rPr>
        <w:t xml:space="preserve">The </w:t>
      </w:r>
      <w:r w:rsidR="00F019C0" w:rsidRPr="007C761B">
        <w:rPr>
          <w:rFonts w:ascii="Arial" w:hAnsi="Arial"/>
        </w:rPr>
        <w:t xml:space="preserve">low end is typically around </w:t>
      </w:r>
      <w:r>
        <w:rPr>
          <w:rFonts w:ascii="Arial" w:hAnsi="Arial"/>
        </w:rPr>
        <w:t>-</w:t>
      </w:r>
      <w:r w:rsidR="00F019C0" w:rsidRPr="007C761B">
        <w:rPr>
          <w:rFonts w:ascii="Arial" w:hAnsi="Arial"/>
        </w:rPr>
        <w:t>60</w:t>
      </w:r>
      <w:r>
        <w:rPr>
          <w:rFonts w:ascii="Arial" w:hAnsi="Arial"/>
        </w:rPr>
        <w:t xml:space="preserve">mV </w:t>
      </w:r>
    </w:p>
    <w:p w:rsidR="00954653" w:rsidRDefault="00F019C0" w:rsidP="003006E9">
      <w:pPr>
        <w:pStyle w:val="ListParagraph"/>
        <w:numPr>
          <w:ilvl w:val="0"/>
          <w:numId w:val="46"/>
        </w:numPr>
        <w:spacing w:after="0"/>
        <w:rPr>
          <w:rFonts w:ascii="Arial" w:hAnsi="Arial"/>
        </w:rPr>
      </w:pPr>
      <w:r w:rsidRPr="007C761B">
        <w:rPr>
          <w:rFonts w:ascii="Arial" w:hAnsi="Arial"/>
        </w:rPr>
        <w:t>This is much closer to threshold than what we see with a regular cardiac muscle cell</w:t>
      </w:r>
      <w:r w:rsidR="007A7892">
        <w:rPr>
          <w:rFonts w:ascii="Arial" w:hAnsi="Arial"/>
        </w:rPr>
        <w:t>s,</w:t>
      </w:r>
      <w:r w:rsidRPr="007C761B">
        <w:rPr>
          <w:rFonts w:ascii="Arial" w:hAnsi="Arial"/>
        </w:rPr>
        <w:t xml:space="preserve"> </w:t>
      </w:r>
      <w:r w:rsidR="007A7892">
        <w:rPr>
          <w:rFonts w:ascii="Arial" w:hAnsi="Arial"/>
        </w:rPr>
        <w:t>s</w:t>
      </w:r>
      <w:r w:rsidRPr="007C761B">
        <w:rPr>
          <w:rFonts w:ascii="Arial" w:hAnsi="Arial"/>
        </w:rPr>
        <w:t xml:space="preserve">o </w:t>
      </w:r>
      <w:r w:rsidR="007A7892">
        <w:rPr>
          <w:rFonts w:ascii="Arial" w:hAnsi="Arial"/>
        </w:rPr>
        <w:t xml:space="preserve">it </w:t>
      </w:r>
      <w:r w:rsidRPr="007C761B">
        <w:rPr>
          <w:rFonts w:ascii="Arial" w:hAnsi="Arial"/>
        </w:rPr>
        <w:t>actually makes it easier to reach threshold</w:t>
      </w:r>
    </w:p>
    <w:p w:rsidR="00D81749" w:rsidRDefault="00954653" w:rsidP="003006E9">
      <w:pPr>
        <w:pStyle w:val="ListParagraph"/>
        <w:numPr>
          <w:ilvl w:val="0"/>
          <w:numId w:val="48"/>
        </w:numPr>
        <w:spacing w:after="0"/>
        <w:rPr>
          <w:rFonts w:ascii="Arial" w:hAnsi="Arial"/>
        </w:rPr>
      </w:pPr>
      <w:r w:rsidRPr="00954653">
        <w:rPr>
          <w:rFonts w:ascii="Arial" w:hAnsi="Arial"/>
        </w:rPr>
        <w:t>O</w:t>
      </w:r>
      <w:r w:rsidR="00F019C0" w:rsidRPr="00954653">
        <w:rPr>
          <w:rFonts w:ascii="Arial" w:hAnsi="Arial"/>
        </w:rPr>
        <w:t>ne thing that makes the cells different is that they contain sodium leak channels</w:t>
      </w:r>
      <w:r>
        <w:rPr>
          <w:rFonts w:ascii="Arial" w:hAnsi="Arial"/>
        </w:rPr>
        <w:t xml:space="preserve"> </w:t>
      </w:r>
    </w:p>
    <w:p w:rsidR="00D81749" w:rsidRDefault="00D81749" w:rsidP="003006E9">
      <w:pPr>
        <w:pStyle w:val="ListParagraph"/>
        <w:numPr>
          <w:ilvl w:val="0"/>
          <w:numId w:val="47"/>
        </w:numPr>
        <w:spacing w:after="0"/>
        <w:rPr>
          <w:rFonts w:ascii="Arial" w:hAnsi="Arial"/>
        </w:rPr>
      </w:pPr>
      <w:r>
        <w:rPr>
          <w:rFonts w:ascii="Arial" w:hAnsi="Arial"/>
        </w:rPr>
        <w:t>Review: R</w:t>
      </w:r>
      <w:r w:rsidR="00F019C0" w:rsidRPr="00954653">
        <w:rPr>
          <w:rFonts w:ascii="Arial" w:hAnsi="Arial"/>
        </w:rPr>
        <w:t>esting membrane potential is typically set up by potassium leak channels, as well as their sodium potassium pump</w:t>
      </w:r>
      <w:r>
        <w:rPr>
          <w:rFonts w:ascii="Arial" w:hAnsi="Arial"/>
        </w:rPr>
        <w:t xml:space="preserve"> = N</w:t>
      </w:r>
      <w:r w:rsidR="00F019C0" w:rsidRPr="00954653">
        <w:rPr>
          <w:rFonts w:ascii="Arial" w:hAnsi="Arial"/>
        </w:rPr>
        <w:t>eurons</w:t>
      </w:r>
    </w:p>
    <w:p w:rsidR="00D81749" w:rsidRDefault="00D81749" w:rsidP="003006E9">
      <w:pPr>
        <w:pStyle w:val="ListParagraph"/>
        <w:numPr>
          <w:ilvl w:val="0"/>
          <w:numId w:val="47"/>
        </w:numPr>
        <w:spacing w:after="0"/>
        <w:rPr>
          <w:rFonts w:ascii="Arial" w:hAnsi="Arial"/>
        </w:rPr>
      </w:pPr>
      <w:r>
        <w:rPr>
          <w:rFonts w:ascii="Arial" w:hAnsi="Arial"/>
        </w:rPr>
        <w:t>I</w:t>
      </w:r>
      <w:r w:rsidR="00F019C0" w:rsidRPr="00954653">
        <w:rPr>
          <w:rFonts w:ascii="Arial" w:hAnsi="Arial"/>
        </w:rPr>
        <w:t>n the case of these autorhythmic cells</w:t>
      </w:r>
      <w:r>
        <w:rPr>
          <w:rFonts w:ascii="Arial" w:hAnsi="Arial"/>
        </w:rPr>
        <w:t>, t</w:t>
      </w:r>
      <w:r w:rsidR="00F019C0" w:rsidRPr="00954653">
        <w:rPr>
          <w:rFonts w:ascii="Arial" w:hAnsi="Arial"/>
        </w:rPr>
        <w:t xml:space="preserve">hey contain sodium </w:t>
      </w:r>
      <w:r w:rsidR="0062070E" w:rsidRPr="00954653">
        <w:rPr>
          <w:rFonts w:ascii="Arial" w:hAnsi="Arial"/>
        </w:rPr>
        <w:t xml:space="preserve">leak </w:t>
      </w:r>
      <w:r w:rsidR="00F019C0" w:rsidRPr="00954653">
        <w:rPr>
          <w:rFonts w:ascii="Arial" w:hAnsi="Arial"/>
        </w:rPr>
        <w:t>channels.</w:t>
      </w:r>
      <w:r>
        <w:rPr>
          <w:rFonts w:ascii="Arial" w:hAnsi="Arial"/>
        </w:rPr>
        <w:t xml:space="preserve"> </w:t>
      </w:r>
    </w:p>
    <w:p w:rsidR="00D81749" w:rsidRDefault="00D81749" w:rsidP="003006E9">
      <w:pPr>
        <w:pStyle w:val="ListParagraph"/>
        <w:numPr>
          <w:ilvl w:val="0"/>
          <w:numId w:val="49"/>
        </w:numPr>
        <w:spacing w:after="0"/>
        <w:rPr>
          <w:rFonts w:ascii="Arial" w:hAnsi="Arial"/>
        </w:rPr>
      </w:pPr>
      <w:r>
        <w:rPr>
          <w:rFonts w:ascii="Arial" w:hAnsi="Arial"/>
        </w:rPr>
        <w:t>T</w:t>
      </w:r>
      <w:r w:rsidR="00F019C0" w:rsidRPr="00954653">
        <w:rPr>
          <w:rFonts w:ascii="Arial" w:hAnsi="Arial"/>
        </w:rPr>
        <w:t>hese leak channels are going to allow sodium to constantly move into the cell</w:t>
      </w:r>
    </w:p>
    <w:p w:rsidR="00D81749" w:rsidRDefault="00D81749" w:rsidP="003006E9">
      <w:pPr>
        <w:pStyle w:val="ListParagraph"/>
        <w:numPr>
          <w:ilvl w:val="0"/>
          <w:numId w:val="49"/>
        </w:numPr>
        <w:spacing w:after="0"/>
        <w:rPr>
          <w:rFonts w:ascii="Arial" w:hAnsi="Arial"/>
        </w:rPr>
      </w:pPr>
      <w:r>
        <w:rPr>
          <w:rFonts w:ascii="Arial" w:hAnsi="Arial"/>
        </w:rPr>
        <w:t>And we</w:t>
      </w:r>
      <w:r w:rsidR="00F019C0" w:rsidRPr="00954653">
        <w:rPr>
          <w:rFonts w:ascii="Arial" w:hAnsi="Arial"/>
        </w:rPr>
        <w:t xml:space="preserve"> still have the sodium potassium </w:t>
      </w:r>
      <w:r>
        <w:rPr>
          <w:rFonts w:ascii="Arial" w:hAnsi="Arial"/>
        </w:rPr>
        <w:t>ATP</w:t>
      </w:r>
      <w:r w:rsidR="00F019C0" w:rsidRPr="00954653">
        <w:rPr>
          <w:rFonts w:ascii="Arial" w:hAnsi="Arial"/>
        </w:rPr>
        <w:t>ase pumping sodium out of th</w:t>
      </w:r>
      <w:r>
        <w:rPr>
          <w:rFonts w:ascii="Arial" w:hAnsi="Arial"/>
        </w:rPr>
        <w:t>e</w:t>
      </w:r>
      <w:r w:rsidR="00F019C0" w:rsidRPr="00954653">
        <w:rPr>
          <w:rFonts w:ascii="Arial" w:hAnsi="Arial"/>
        </w:rPr>
        <w:t xml:space="preserve"> cell </w:t>
      </w:r>
    </w:p>
    <w:p w:rsidR="00D12F62" w:rsidRDefault="00F019C0" w:rsidP="003006E9">
      <w:pPr>
        <w:pStyle w:val="ListParagraph"/>
        <w:numPr>
          <w:ilvl w:val="0"/>
          <w:numId w:val="49"/>
        </w:numPr>
        <w:spacing w:after="0"/>
        <w:rPr>
          <w:rFonts w:ascii="Arial" w:hAnsi="Arial"/>
        </w:rPr>
      </w:pPr>
      <w:r w:rsidRPr="00954653">
        <w:rPr>
          <w:rFonts w:ascii="Arial" w:hAnsi="Arial"/>
        </w:rPr>
        <w:t>But what happens is as sodium leaks into the cell, we get closer and closer to threshold</w:t>
      </w:r>
      <w:r w:rsidR="00D81749">
        <w:rPr>
          <w:rFonts w:ascii="Arial" w:hAnsi="Arial"/>
        </w:rPr>
        <w:t xml:space="preserve"> = Pacemaker potential </w:t>
      </w:r>
    </w:p>
    <w:p w:rsidR="00D81749" w:rsidRDefault="00D81749" w:rsidP="003006E9">
      <w:pPr>
        <w:pStyle w:val="ListParagraph"/>
        <w:numPr>
          <w:ilvl w:val="0"/>
          <w:numId w:val="49"/>
        </w:numPr>
        <w:spacing w:after="0"/>
        <w:rPr>
          <w:rFonts w:ascii="Arial" w:hAnsi="Arial"/>
        </w:rPr>
      </w:pPr>
      <w:r>
        <w:rPr>
          <w:rFonts w:ascii="Arial" w:hAnsi="Arial"/>
        </w:rPr>
        <w:t xml:space="preserve">By the sodium leaking into the cell causing the resting potential to move towards threshold, it makes the inside of the cell ore electrically positive or closer and closer to threshold </w:t>
      </w:r>
    </w:p>
    <w:p w:rsidR="00A94145" w:rsidRDefault="00F019C0" w:rsidP="003006E9">
      <w:pPr>
        <w:pStyle w:val="ListParagraph"/>
        <w:numPr>
          <w:ilvl w:val="0"/>
          <w:numId w:val="49"/>
        </w:numPr>
        <w:spacing w:after="0"/>
        <w:rPr>
          <w:rFonts w:ascii="Arial" w:hAnsi="Arial"/>
        </w:rPr>
      </w:pPr>
      <w:r w:rsidRPr="00891F4C">
        <w:rPr>
          <w:rFonts w:ascii="Arial" w:hAnsi="Arial"/>
        </w:rPr>
        <w:t>The reason that this leaking is slowly reaching threshold is that during this phase, our potassium channels that we typically have during repolarization that are open</w:t>
      </w:r>
      <w:r w:rsidR="00891F4C">
        <w:rPr>
          <w:rFonts w:ascii="Arial" w:hAnsi="Arial"/>
        </w:rPr>
        <w:t>,</w:t>
      </w:r>
      <w:r w:rsidRPr="00891F4C">
        <w:rPr>
          <w:rFonts w:ascii="Arial" w:hAnsi="Arial"/>
        </w:rPr>
        <w:t xml:space="preserve"> are closing</w:t>
      </w:r>
    </w:p>
    <w:p w:rsidR="00D12F62" w:rsidRDefault="00A94145" w:rsidP="003006E9">
      <w:pPr>
        <w:pStyle w:val="ListParagraph"/>
        <w:numPr>
          <w:ilvl w:val="0"/>
          <w:numId w:val="49"/>
        </w:numPr>
        <w:spacing w:after="0"/>
        <w:rPr>
          <w:rFonts w:ascii="Arial" w:hAnsi="Arial"/>
        </w:rPr>
      </w:pPr>
      <w:r>
        <w:rPr>
          <w:rFonts w:ascii="Arial" w:hAnsi="Arial"/>
        </w:rPr>
        <w:lastRenderedPageBreak/>
        <w:t>A</w:t>
      </w:r>
      <w:r w:rsidR="00F019C0" w:rsidRPr="00891F4C">
        <w:rPr>
          <w:rFonts w:ascii="Arial" w:hAnsi="Arial"/>
        </w:rPr>
        <w:t xml:space="preserve">s </w:t>
      </w:r>
      <w:r>
        <w:rPr>
          <w:rFonts w:ascii="Arial" w:hAnsi="Arial"/>
        </w:rPr>
        <w:t>t</w:t>
      </w:r>
      <w:r w:rsidR="00F019C0" w:rsidRPr="00891F4C">
        <w:rPr>
          <w:rFonts w:ascii="Arial" w:hAnsi="Arial"/>
        </w:rPr>
        <w:t>he</w:t>
      </w:r>
      <w:r>
        <w:rPr>
          <w:rFonts w:ascii="Arial" w:hAnsi="Arial"/>
        </w:rPr>
        <w:t>y are closing,</w:t>
      </w:r>
      <w:r w:rsidR="00F019C0" w:rsidRPr="00891F4C">
        <w:rPr>
          <w:rFonts w:ascii="Arial" w:hAnsi="Arial"/>
        </w:rPr>
        <w:t xml:space="preserve"> sodium takes over the changes in membrane potential</w:t>
      </w:r>
    </w:p>
    <w:p w:rsidR="00985B26" w:rsidRDefault="00F019C0" w:rsidP="003006E9">
      <w:pPr>
        <w:pStyle w:val="ListParagraph"/>
        <w:numPr>
          <w:ilvl w:val="0"/>
          <w:numId w:val="48"/>
        </w:numPr>
        <w:spacing w:after="0"/>
        <w:rPr>
          <w:rFonts w:ascii="Arial" w:hAnsi="Arial"/>
        </w:rPr>
      </w:pPr>
      <w:r w:rsidRPr="00985B26">
        <w:rPr>
          <w:rFonts w:ascii="Arial" w:hAnsi="Arial"/>
        </w:rPr>
        <w:t>Once we reach threshold, we get the depolarization phase</w:t>
      </w:r>
    </w:p>
    <w:p w:rsidR="0022108F" w:rsidRDefault="0022108F" w:rsidP="003006E9">
      <w:pPr>
        <w:pStyle w:val="ListParagraph"/>
        <w:numPr>
          <w:ilvl w:val="0"/>
          <w:numId w:val="50"/>
        </w:numPr>
        <w:spacing w:after="0"/>
        <w:rPr>
          <w:rFonts w:ascii="Arial" w:hAnsi="Arial"/>
        </w:rPr>
      </w:pPr>
      <w:r>
        <w:rPr>
          <w:rFonts w:ascii="Arial" w:hAnsi="Arial"/>
        </w:rPr>
        <w:t>I</w:t>
      </w:r>
      <w:r w:rsidR="00F019C0" w:rsidRPr="00985B26">
        <w:rPr>
          <w:rFonts w:ascii="Arial" w:hAnsi="Arial"/>
        </w:rPr>
        <w:t xml:space="preserve">n the autorhythmic cells, the channels that open to cause depolarization are not sodium, but </w:t>
      </w:r>
      <w:r>
        <w:rPr>
          <w:rFonts w:ascii="Arial" w:hAnsi="Arial"/>
        </w:rPr>
        <w:t>their</w:t>
      </w:r>
      <w:r w:rsidR="00F019C0" w:rsidRPr="00985B26">
        <w:rPr>
          <w:rFonts w:ascii="Arial" w:hAnsi="Arial"/>
        </w:rPr>
        <w:t xml:space="preserve"> calcium channels </w:t>
      </w:r>
    </w:p>
    <w:p w:rsidR="00B0563C" w:rsidRDefault="00F019C0" w:rsidP="003006E9">
      <w:pPr>
        <w:pStyle w:val="ListParagraph"/>
        <w:numPr>
          <w:ilvl w:val="0"/>
          <w:numId w:val="50"/>
        </w:numPr>
        <w:spacing w:after="0"/>
        <w:rPr>
          <w:rFonts w:ascii="Arial" w:hAnsi="Arial"/>
        </w:rPr>
      </w:pPr>
      <w:r w:rsidRPr="00985B26">
        <w:rPr>
          <w:rFonts w:ascii="Arial" w:hAnsi="Arial"/>
        </w:rPr>
        <w:t>So</w:t>
      </w:r>
      <w:r w:rsidR="00B0563C">
        <w:rPr>
          <w:rFonts w:ascii="Arial" w:hAnsi="Arial"/>
        </w:rPr>
        <w:t>,</w:t>
      </w:r>
      <w:r w:rsidRPr="00985B26">
        <w:rPr>
          <w:rFonts w:ascii="Arial" w:hAnsi="Arial"/>
        </w:rPr>
        <w:t xml:space="preserve"> in this case, a calcium channel opens at threshold and this is what causes</w:t>
      </w:r>
      <w:r w:rsidR="00B0563C">
        <w:rPr>
          <w:rFonts w:ascii="Arial" w:hAnsi="Arial"/>
        </w:rPr>
        <w:t xml:space="preserve"> de</w:t>
      </w:r>
      <w:r w:rsidRPr="00985B26">
        <w:rPr>
          <w:rFonts w:ascii="Arial" w:hAnsi="Arial"/>
        </w:rPr>
        <w:t>polarization</w:t>
      </w:r>
    </w:p>
    <w:p w:rsidR="00D12F62" w:rsidRDefault="00F019C0" w:rsidP="003006E9">
      <w:pPr>
        <w:pStyle w:val="ListParagraph"/>
        <w:numPr>
          <w:ilvl w:val="0"/>
          <w:numId w:val="51"/>
        </w:numPr>
        <w:spacing w:after="0"/>
        <w:rPr>
          <w:rFonts w:ascii="Arial" w:hAnsi="Arial"/>
        </w:rPr>
      </w:pPr>
      <w:r w:rsidRPr="00985B26">
        <w:rPr>
          <w:rFonts w:ascii="Arial" w:hAnsi="Arial"/>
        </w:rPr>
        <w:t>Calcium rushes into the cell</w:t>
      </w:r>
      <w:r w:rsidR="00B0563C">
        <w:rPr>
          <w:rFonts w:ascii="Arial" w:hAnsi="Arial"/>
        </w:rPr>
        <w:t xml:space="preserve"> and</w:t>
      </w:r>
      <w:r w:rsidRPr="00985B26">
        <w:rPr>
          <w:rFonts w:ascii="Arial" w:hAnsi="Arial"/>
        </w:rPr>
        <w:t xml:space="preserve"> it makes the inside of the cell more positive than it was before</w:t>
      </w:r>
    </w:p>
    <w:p w:rsidR="0022108F" w:rsidRDefault="0022108F" w:rsidP="003006E9">
      <w:pPr>
        <w:pStyle w:val="ListParagraph"/>
        <w:numPr>
          <w:ilvl w:val="0"/>
          <w:numId w:val="50"/>
        </w:numPr>
        <w:spacing w:after="0"/>
        <w:rPr>
          <w:rFonts w:ascii="Arial" w:hAnsi="Arial"/>
        </w:rPr>
      </w:pPr>
      <w:r>
        <w:rPr>
          <w:rFonts w:ascii="Arial" w:hAnsi="Arial"/>
        </w:rPr>
        <w:t>This is u</w:t>
      </w:r>
      <w:r w:rsidRPr="00985B26">
        <w:rPr>
          <w:rFonts w:ascii="Arial" w:hAnsi="Arial"/>
        </w:rPr>
        <w:t>nlike what we typically see with a neuron</w:t>
      </w:r>
      <w:r>
        <w:rPr>
          <w:rFonts w:ascii="Arial" w:hAnsi="Arial"/>
        </w:rPr>
        <w:t xml:space="preserve">, </w:t>
      </w:r>
      <w:r w:rsidRPr="00985B26">
        <w:rPr>
          <w:rFonts w:ascii="Arial" w:hAnsi="Arial"/>
        </w:rPr>
        <w:t xml:space="preserve">skeletal muscle, </w:t>
      </w:r>
      <w:r>
        <w:rPr>
          <w:rFonts w:ascii="Arial" w:hAnsi="Arial"/>
        </w:rPr>
        <w:t>and</w:t>
      </w:r>
      <w:r w:rsidRPr="00985B26">
        <w:rPr>
          <w:rFonts w:ascii="Arial" w:hAnsi="Arial"/>
        </w:rPr>
        <w:t xml:space="preserve"> even in the cardiac muscle cells</w:t>
      </w:r>
    </w:p>
    <w:p w:rsidR="00D12F62" w:rsidRDefault="00F019C0" w:rsidP="003006E9">
      <w:pPr>
        <w:pStyle w:val="ListParagraph"/>
        <w:numPr>
          <w:ilvl w:val="0"/>
          <w:numId w:val="50"/>
        </w:numPr>
        <w:spacing w:after="0"/>
        <w:rPr>
          <w:rFonts w:ascii="Arial" w:hAnsi="Arial"/>
        </w:rPr>
      </w:pPr>
      <w:r w:rsidRPr="00512EFB">
        <w:rPr>
          <w:rFonts w:ascii="Arial" w:hAnsi="Arial"/>
        </w:rPr>
        <w:t>The potassium channels are continuing to close during this time</w:t>
      </w:r>
      <w:r w:rsidR="00512EFB">
        <w:rPr>
          <w:rFonts w:ascii="Arial" w:hAnsi="Arial"/>
        </w:rPr>
        <w:t>,</w:t>
      </w:r>
      <w:r w:rsidRPr="00512EFB">
        <w:rPr>
          <w:rFonts w:ascii="Arial" w:hAnsi="Arial"/>
        </w:rPr>
        <w:t xml:space="preserve"> allowing for this depolarization</w:t>
      </w:r>
    </w:p>
    <w:p w:rsidR="003B742F" w:rsidRDefault="003B742F" w:rsidP="003006E9">
      <w:pPr>
        <w:pStyle w:val="ListParagraph"/>
        <w:numPr>
          <w:ilvl w:val="0"/>
          <w:numId w:val="48"/>
        </w:numPr>
        <w:spacing w:after="0"/>
        <w:rPr>
          <w:rFonts w:ascii="Arial" w:hAnsi="Arial"/>
        </w:rPr>
      </w:pPr>
      <w:r>
        <w:rPr>
          <w:rFonts w:ascii="Arial" w:hAnsi="Arial"/>
        </w:rPr>
        <w:t>Repolarization phase</w:t>
      </w:r>
    </w:p>
    <w:p w:rsidR="003B742F" w:rsidRPr="003B742F" w:rsidRDefault="003B742F" w:rsidP="003006E9">
      <w:pPr>
        <w:pStyle w:val="ListParagraph"/>
        <w:numPr>
          <w:ilvl w:val="0"/>
          <w:numId w:val="52"/>
        </w:numPr>
        <w:spacing w:after="0"/>
        <w:rPr>
          <w:rFonts w:ascii="Arial" w:hAnsi="Arial"/>
        </w:rPr>
      </w:pPr>
      <w:r w:rsidRPr="003B742F">
        <w:rPr>
          <w:rFonts w:ascii="Arial" w:hAnsi="Arial"/>
        </w:rPr>
        <w:t>A</w:t>
      </w:r>
      <w:r w:rsidR="00F019C0" w:rsidRPr="003B742F">
        <w:rPr>
          <w:rFonts w:ascii="Arial" w:hAnsi="Arial"/>
        </w:rPr>
        <w:t xml:space="preserve">fter </w:t>
      </w:r>
      <w:r w:rsidR="00411FB7" w:rsidRPr="003B742F">
        <w:rPr>
          <w:rFonts w:ascii="Arial" w:hAnsi="Arial"/>
        </w:rPr>
        <w:t>de</w:t>
      </w:r>
      <w:r w:rsidR="00F019C0" w:rsidRPr="003B742F">
        <w:rPr>
          <w:rFonts w:ascii="Arial" w:hAnsi="Arial"/>
        </w:rPr>
        <w:t>polarization has occurred, the calcium channels now close, much like our sodium channels close</w:t>
      </w:r>
      <w:r>
        <w:rPr>
          <w:rFonts w:ascii="Arial" w:hAnsi="Arial"/>
        </w:rPr>
        <w:t>d</w:t>
      </w:r>
      <w:r w:rsidR="00F019C0" w:rsidRPr="003B742F">
        <w:rPr>
          <w:rFonts w:ascii="Arial" w:hAnsi="Arial"/>
        </w:rPr>
        <w:t xml:space="preserve"> in </w:t>
      </w:r>
      <w:r>
        <w:rPr>
          <w:rFonts w:ascii="Arial" w:hAnsi="Arial"/>
        </w:rPr>
        <w:t xml:space="preserve">the </w:t>
      </w:r>
      <w:r w:rsidR="00411FB7" w:rsidRPr="003B742F">
        <w:rPr>
          <w:rFonts w:ascii="Arial" w:hAnsi="Arial"/>
        </w:rPr>
        <w:t>neuron</w:t>
      </w:r>
      <w:r w:rsidR="00411FB7">
        <w:t xml:space="preserve"> </w:t>
      </w:r>
    </w:p>
    <w:p w:rsidR="003B742F" w:rsidRDefault="00F019C0" w:rsidP="003006E9">
      <w:pPr>
        <w:pStyle w:val="ListParagraph"/>
        <w:numPr>
          <w:ilvl w:val="0"/>
          <w:numId w:val="52"/>
        </w:numPr>
        <w:spacing w:after="0"/>
        <w:rPr>
          <w:rFonts w:ascii="Arial" w:hAnsi="Arial"/>
        </w:rPr>
      </w:pPr>
      <w:r w:rsidRPr="003B742F">
        <w:rPr>
          <w:rFonts w:ascii="Arial" w:hAnsi="Arial"/>
        </w:rPr>
        <w:t>This is when our potassium channels reopen</w:t>
      </w:r>
      <w:r w:rsidR="00411FB7" w:rsidRPr="003B742F">
        <w:rPr>
          <w:rFonts w:ascii="Arial" w:hAnsi="Arial"/>
        </w:rPr>
        <w:t>,</w:t>
      </w:r>
      <w:r w:rsidRPr="003B742F">
        <w:rPr>
          <w:rFonts w:ascii="Arial" w:hAnsi="Arial"/>
        </w:rPr>
        <w:t xml:space="preserve"> </w:t>
      </w:r>
      <w:r w:rsidR="00411FB7" w:rsidRPr="003B742F">
        <w:rPr>
          <w:rFonts w:ascii="Arial" w:hAnsi="Arial"/>
        </w:rPr>
        <w:t>a</w:t>
      </w:r>
      <w:r w:rsidRPr="003B742F">
        <w:rPr>
          <w:rFonts w:ascii="Arial" w:hAnsi="Arial"/>
        </w:rPr>
        <w:t>nd it's the potassium channels reopening</w:t>
      </w:r>
      <w:r w:rsidR="00411FB7" w:rsidRPr="003B742F">
        <w:rPr>
          <w:rFonts w:ascii="Arial" w:hAnsi="Arial"/>
        </w:rPr>
        <w:t xml:space="preserve"> that </w:t>
      </w:r>
      <w:r w:rsidRPr="003B742F">
        <w:rPr>
          <w:rFonts w:ascii="Arial" w:hAnsi="Arial"/>
        </w:rPr>
        <w:t>allow for repolarization to occur</w:t>
      </w:r>
    </w:p>
    <w:p w:rsidR="003B742F" w:rsidRDefault="00F019C0" w:rsidP="003006E9">
      <w:pPr>
        <w:pStyle w:val="ListParagraph"/>
        <w:numPr>
          <w:ilvl w:val="0"/>
          <w:numId w:val="48"/>
        </w:numPr>
        <w:spacing w:after="0"/>
        <w:rPr>
          <w:rFonts w:ascii="Arial" w:hAnsi="Arial"/>
        </w:rPr>
      </w:pPr>
      <w:r w:rsidRPr="003B742F">
        <w:rPr>
          <w:rFonts w:ascii="Arial" w:hAnsi="Arial"/>
        </w:rPr>
        <w:t>Eventually those potassium channels will close again, and we'll start with the next pacemaker potential</w:t>
      </w:r>
    </w:p>
    <w:p w:rsidR="00B0015A" w:rsidRDefault="003B742F" w:rsidP="003006E9">
      <w:pPr>
        <w:pStyle w:val="ListParagraph"/>
        <w:numPr>
          <w:ilvl w:val="0"/>
          <w:numId w:val="48"/>
        </w:numPr>
        <w:spacing w:after="0"/>
        <w:rPr>
          <w:rFonts w:ascii="Arial" w:hAnsi="Arial"/>
        </w:rPr>
      </w:pPr>
      <w:r>
        <w:rPr>
          <w:rFonts w:ascii="Arial" w:hAnsi="Arial"/>
        </w:rPr>
        <w:t>T</w:t>
      </w:r>
      <w:r w:rsidR="00F019C0" w:rsidRPr="003B742F">
        <w:rPr>
          <w:rFonts w:ascii="Arial" w:hAnsi="Arial"/>
        </w:rPr>
        <w:t>his is continually happening</w:t>
      </w:r>
      <w:r>
        <w:rPr>
          <w:rFonts w:ascii="Arial" w:hAnsi="Arial"/>
        </w:rPr>
        <w:t xml:space="preserve"> over and over again</w:t>
      </w:r>
      <w:r w:rsidR="00F019C0" w:rsidRPr="003B742F">
        <w:rPr>
          <w:rFonts w:ascii="Arial" w:hAnsi="Arial"/>
        </w:rPr>
        <w:t xml:space="preserve">, </w:t>
      </w:r>
      <w:r>
        <w:rPr>
          <w:rFonts w:ascii="Arial" w:hAnsi="Arial"/>
        </w:rPr>
        <w:t>in</w:t>
      </w:r>
      <w:r w:rsidR="00F019C0" w:rsidRPr="003B742F">
        <w:rPr>
          <w:rFonts w:ascii="Arial" w:hAnsi="Arial"/>
        </w:rPr>
        <w:t xml:space="preserve"> each and every one of those conducting system cells</w:t>
      </w:r>
    </w:p>
    <w:p w:rsidR="00B0015A" w:rsidRDefault="00B0015A" w:rsidP="003006E9">
      <w:pPr>
        <w:pStyle w:val="ListParagraph"/>
        <w:numPr>
          <w:ilvl w:val="0"/>
          <w:numId w:val="48"/>
        </w:numPr>
        <w:spacing w:after="0"/>
        <w:rPr>
          <w:rFonts w:ascii="Arial" w:hAnsi="Arial"/>
        </w:rPr>
      </w:pPr>
      <w:r>
        <w:rPr>
          <w:rFonts w:ascii="Arial" w:hAnsi="Arial"/>
        </w:rPr>
        <w:t>Here</w:t>
      </w:r>
      <w:r w:rsidR="00F019C0" w:rsidRPr="003B742F">
        <w:rPr>
          <w:rFonts w:ascii="Arial" w:hAnsi="Arial"/>
        </w:rPr>
        <w:t xml:space="preserve"> </w:t>
      </w:r>
      <w:r>
        <w:rPr>
          <w:rFonts w:ascii="Arial" w:hAnsi="Arial"/>
        </w:rPr>
        <w:t xml:space="preserve">it has </w:t>
      </w:r>
      <w:r w:rsidR="00F019C0" w:rsidRPr="003B742F">
        <w:rPr>
          <w:rFonts w:ascii="Arial" w:hAnsi="Arial"/>
        </w:rPr>
        <w:t xml:space="preserve">listed the SA node as this action potential that's been highlighted. But technically, all of the conducting system fibers are autorhythmic. They all have the same characteristics. </w:t>
      </w:r>
    </w:p>
    <w:p w:rsidR="00D12F62" w:rsidRPr="003B742F" w:rsidRDefault="00F019C0" w:rsidP="003006E9">
      <w:pPr>
        <w:pStyle w:val="ListParagraph"/>
        <w:numPr>
          <w:ilvl w:val="0"/>
          <w:numId w:val="53"/>
        </w:numPr>
        <w:spacing w:after="0"/>
        <w:rPr>
          <w:rFonts w:ascii="Arial" w:hAnsi="Arial"/>
        </w:rPr>
      </w:pPr>
      <w:r w:rsidRPr="003B742F">
        <w:rPr>
          <w:rFonts w:ascii="Arial" w:hAnsi="Arial"/>
        </w:rPr>
        <w:t xml:space="preserve">The only difference between the </w:t>
      </w:r>
      <w:r w:rsidR="00B0015A">
        <w:rPr>
          <w:rFonts w:ascii="Arial" w:hAnsi="Arial"/>
        </w:rPr>
        <w:t>SA</w:t>
      </w:r>
      <w:r w:rsidRPr="003B742F">
        <w:rPr>
          <w:rFonts w:ascii="Arial" w:hAnsi="Arial"/>
        </w:rPr>
        <w:t xml:space="preserve"> no</w:t>
      </w:r>
      <w:r w:rsidR="00B0015A">
        <w:rPr>
          <w:rFonts w:ascii="Arial" w:hAnsi="Arial"/>
        </w:rPr>
        <w:t>de</w:t>
      </w:r>
      <w:r w:rsidRPr="003B742F">
        <w:rPr>
          <w:rFonts w:ascii="Arial" w:hAnsi="Arial"/>
        </w:rPr>
        <w:t xml:space="preserve"> and the other fibers is that the length of time it takes to reach threshold gets longer and longer as you move through the conducting system</w:t>
      </w:r>
      <w:r w:rsidR="0063665E">
        <w:rPr>
          <w:rFonts w:ascii="Arial" w:hAnsi="Arial"/>
        </w:rPr>
        <w:t xml:space="preserve">, away from the SA node </w:t>
      </w:r>
    </w:p>
    <w:p w:rsidR="00D12F62" w:rsidRDefault="00214B89">
      <w:pPr>
        <w:spacing w:after="0"/>
      </w:pPr>
      <w:r>
        <w:rPr>
          <w:rFonts w:ascii="Arial" w:hAnsi="Arial"/>
          <w:noProof/>
        </w:rPr>
        <w:drawing>
          <wp:anchor distT="0" distB="0" distL="114300" distR="114300" simplePos="0" relativeHeight="251671552" behindDoc="1" locked="0" layoutInCell="1" allowOverlap="1">
            <wp:simplePos x="0" y="0"/>
            <wp:positionH relativeFrom="column">
              <wp:posOffset>941705</wp:posOffset>
            </wp:positionH>
            <wp:positionV relativeFrom="paragraph">
              <wp:posOffset>31288</wp:posOffset>
            </wp:positionV>
            <wp:extent cx="4728210" cy="3362036"/>
            <wp:effectExtent l="0" t="0" r="0" b="3810"/>
            <wp:wrapNone/>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01-16 at 1.10.48 AM.png"/>
                    <pic:cNvPicPr/>
                  </pic:nvPicPr>
                  <pic:blipFill rotWithShape="1">
                    <a:blip r:embed="rId13"/>
                    <a:srcRect l="11401" t="14085" r="14718" b="1862"/>
                    <a:stretch/>
                  </pic:blipFill>
                  <pic:spPr bwMode="auto">
                    <a:xfrm>
                      <a:off x="0" y="0"/>
                      <a:ext cx="4728210" cy="33620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12F62" w:rsidRDefault="00D12F62">
      <w:pPr>
        <w:spacing w:after="0"/>
        <w:rPr>
          <w:rFonts w:ascii="Arial" w:hAnsi="Arial"/>
        </w:rPr>
      </w:pPr>
    </w:p>
    <w:p w:rsidR="00214B89" w:rsidRDefault="00214B89">
      <w:pPr>
        <w:spacing w:after="0"/>
        <w:rPr>
          <w:rFonts w:ascii="Arial" w:hAnsi="Arial"/>
        </w:rPr>
      </w:pPr>
    </w:p>
    <w:p w:rsidR="00214B89" w:rsidRDefault="00214B89">
      <w:pPr>
        <w:spacing w:after="0"/>
        <w:rPr>
          <w:rFonts w:ascii="Arial" w:hAnsi="Arial"/>
        </w:rPr>
      </w:pPr>
    </w:p>
    <w:p w:rsidR="00214B89" w:rsidRDefault="00214B89">
      <w:pPr>
        <w:spacing w:after="0"/>
        <w:rPr>
          <w:rFonts w:ascii="Arial" w:hAnsi="Arial"/>
        </w:rPr>
      </w:pPr>
    </w:p>
    <w:p w:rsidR="00214B89" w:rsidRDefault="00214B89">
      <w:pPr>
        <w:spacing w:after="0"/>
        <w:rPr>
          <w:rFonts w:ascii="Arial" w:hAnsi="Arial"/>
        </w:rPr>
      </w:pPr>
    </w:p>
    <w:p w:rsidR="00214B89" w:rsidRDefault="00214B89">
      <w:pPr>
        <w:spacing w:after="0"/>
        <w:rPr>
          <w:rFonts w:ascii="Arial" w:hAnsi="Arial"/>
        </w:rPr>
      </w:pPr>
      <w:r>
        <w:rPr>
          <w:rFonts w:ascii="Arial" w:hAnsi="Arial"/>
        </w:rPr>
        <w:br/>
      </w:r>
    </w:p>
    <w:p w:rsidR="00214B89" w:rsidRDefault="00214B89">
      <w:pPr>
        <w:spacing w:after="0"/>
        <w:rPr>
          <w:rFonts w:ascii="Arial" w:hAnsi="Arial"/>
        </w:rPr>
      </w:pPr>
    </w:p>
    <w:p w:rsidR="00214B89" w:rsidRDefault="00214B89">
      <w:pPr>
        <w:spacing w:after="0"/>
        <w:rPr>
          <w:rFonts w:ascii="Arial" w:hAnsi="Arial"/>
        </w:rPr>
      </w:pPr>
    </w:p>
    <w:p w:rsidR="00214B89" w:rsidRDefault="00214B89">
      <w:pPr>
        <w:spacing w:after="0"/>
        <w:rPr>
          <w:rFonts w:ascii="Arial" w:hAnsi="Arial"/>
        </w:rPr>
      </w:pPr>
    </w:p>
    <w:p w:rsidR="00214B89" w:rsidRDefault="00214B89">
      <w:pPr>
        <w:spacing w:after="0"/>
        <w:rPr>
          <w:rFonts w:ascii="Arial" w:hAnsi="Arial"/>
        </w:rPr>
      </w:pPr>
    </w:p>
    <w:p w:rsidR="00214B89" w:rsidRDefault="00214B89">
      <w:pPr>
        <w:spacing w:after="0"/>
        <w:rPr>
          <w:rFonts w:ascii="Arial" w:hAnsi="Arial"/>
        </w:rPr>
      </w:pPr>
    </w:p>
    <w:p w:rsidR="00214B89" w:rsidRDefault="00214B89">
      <w:pPr>
        <w:spacing w:after="0"/>
        <w:rPr>
          <w:rFonts w:ascii="Arial" w:hAnsi="Arial"/>
        </w:rPr>
      </w:pPr>
    </w:p>
    <w:p w:rsidR="00214B89" w:rsidRDefault="00214B89">
      <w:pPr>
        <w:spacing w:after="0"/>
        <w:rPr>
          <w:rFonts w:ascii="Arial" w:hAnsi="Arial"/>
        </w:rPr>
      </w:pPr>
    </w:p>
    <w:p w:rsidR="00214B89" w:rsidRDefault="00214B89">
      <w:pPr>
        <w:spacing w:after="0"/>
        <w:rPr>
          <w:rFonts w:ascii="Arial" w:hAnsi="Arial"/>
        </w:rPr>
      </w:pPr>
    </w:p>
    <w:p w:rsidR="00214B89" w:rsidRDefault="00214B89">
      <w:pPr>
        <w:spacing w:after="0"/>
      </w:pPr>
    </w:p>
    <w:p w:rsidR="00961BA2" w:rsidRDefault="00961BA2">
      <w:pPr>
        <w:spacing w:after="0"/>
        <w:rPr>
          <w:rFonts w:ascii="Arial" w:hAnsi="Arial"/>
        </w:rPr>
      </w:pPr>
    </w:p>
    <w:p w:rsidR="00961BA2" w:rsidRDefault="00961BA2">
      <w:pPr>
        <w:spacing w:after="0"/>
        <w:rPr>
          <w:rFonts w:ascii="Arial" w:hAnsi="Arial"/>
        </w:rPr>
      </w:pPr>
      <w:r>
        <w:rPr>
          <w:rFonts w:ascii="Arial" w:hAnsi="Arial"/>
          <w:b/>
          <w:bCs/>
          <w:u w:val="single"/>
        </w:rPr>
        <w:lastRenderedPageBreak/>
        <w:t>Action Potentials in Pacemaker Cells</w:t>
      </w:r>
    </w:p>
    <w:p w:rsidR="00961BA2" w:rsidRDefault="00961BA2" w:rsidP="003006E9">
      <w:pPr>
        <w:pStyle w:val="ListParagraph"/>
        <w:numPr>
          <w:ilvl w:val="0"/>
          <w:numId w:val="54"/>
        </w:numPr>
        <w:spacing w:after="0"/>
        <w:rPr>
          <w:rFonts w:ascii="Arial" w:hAnsi="Arial"/>
        </w:rPr>
      </w:pPr>
      <w:r>
        <w:rPr>
          <w:rFonts w:ascii="Arial" w:hAnsi="Arial"/>
        </w:rPr>
        <w:t xml:space="preserve">Here is what our SA node pacemaker potential looks like </w:t>
      </w:r>
    </w:p>
    <w:p w:rsidR="00961BA2" w:rsidRDefault="00961BA2" w:rsidP="003006E9">
      <w:pPr>
        <w:pStyle w:val="ListParagraph"/>
        <w:numPr>
          <w:ilvl w:val="0"/>
          <w:numId w:val="53"/>
        </w:numPr>
        <w:spacing w:after="0"/>
        <w:rPr>
          <w:rFonts w:ascii="Arial" w:hAnsi="Arial"/>
        </w:rPr>
      </w:pPr>
      <w:r>
        <w:rPr>
          <w:rFonts w:ascii="Arial" w:hAnsi="Arial"/>
        </w:rPr>
        <w:t xml:space="preserve">Once we reach threshold, we get our action potential </w:t>
      </w:r>
    </w:p>
    <w:p w:rsidR="00961BA2" w:rsidRDefault="00961BA2" w:rsidP="003006E9">
      <w:pPr>
        <w:pStyle w:val="ListParagraph"/>
        <w:numPr>
          <w:ilvl w:val="0"/>
          <w:numId w:val="53"/>
        </w:numPr>
        <w:spacing w:after="0"/>
        <w:rPr>
          <w:rFonts w:ascii="Arial" w:hAnsi="Arial"/>
        </w:rPr>
      </w:pPr>
      <w:r>
        <w:rPr>
          <w:rFonts w:ascii="Arial" w:hAnsi="Arial"/>
        </w:rPr>
        <w:t xml:space="preserve">If you were to </w:t>
      </w:r>
      <w:r w:rsidR="00F019C0" w:rsidRPr="00961BA2">
        <w:rPr>
          <w:rFonts w:ascii="Arial" w:hAnsi="Arial"/>
        </w:rPr>
        <w:t xml:space="preserve">take </w:t>
      </w:r>
      <w:r>
        <w:rPr>
          <w:rFonts w:ascii="Arial" w:hAnsi="Arial"/>
        </w:rPr>
        <w:t>your</w:t>
      </w:r>
      <w:r w:rsidR="00F019C0" w:rsidRPr="00961BA2">
        <w:rPr>
          <w:rFonts w:ascii="Arial" w:hAnsi="Arial"/>
        </w:rPr>
        <w:t xml:space="preserve"> heart out and put it on a table, as long as </w:t>
      </w:r>
      <w:r>
        <w:rPr>
          <w:rFonts w:ascii="Arial" w:hAnsi="Arial"/>
        </w:rPr>
        <w:t>you</w:t>
      </w:r>
      <w:r w:rsidR="00F019C0" w:rsidRPr="00961BA2">
        <w:rPr>
          <w:rFonts w:ascii="Arial" w:hAnsi="Arial"/>
        </w:rPr>
        <w:t xml:space="preserve"> provided it with the nutrients and oxygen it needs to keep going, the heart would fire</w:t>
      </w:r>
      <w:r>
        <w:rPr>
          <w:rFonts w:ascii="Arial" w:hAnsi="Arial"/>
        </w:rPr>
        <w:t>/beat</w:t>
      </w:r>
      <w:r w:rsidR="00F019C0" w:rsidRPr="00961BA2">
        <w:rPr>
          <w:rFonts w:ascii="Arial" w:hAnsi="Arial"/>
        </w:rPr>
        <w:t xml:space="preserve"> all by itself</w:t>
      </w:r>
    </w:p>
    <w:p w:rsidR="00D12F62" w:rsidRPr="00385DBA" w:rsidRDefault="00F019C0" w:rsidP="003006E9">
      <w:pPr>
        <w:pStyle w:val="ListParagraph"/>
        <w:numPr>
          <w:ilvl w:val="0"/>
          <w:numId w:val="51"/>
        </w:numPr>
        <w:spacing w:after="0"/>
      </w:pPr>
      <w:r w:rsidRPr="00385DBA">
        <w:rPr>
          <w:rFonts w:ascii="Arial" w:hAnsi="Arial"/>
        </w:rPr>
        <w:t xml:space="preserve">Based on the </w:t>
      </w:r>
      <w:r w:rsidR="00961BA2" w:rsidRPr="00385DBA">
        <w:rPr>
          <w:rFonts w:ascii="Arial" w:hAnsi="Arial"/>
        </w:rPr>
        <w:t>SA</w:t>
      </w:r>
      <w:r w:rsidRPr="00385DBA">
        <w:rPr>
          <w:rFonts w:ascii="Arial" w:hAnsi="Arial"/>
        </w:rPr>
        <w:t xml:space="preserve"> nodes rate of firing</w:t>
      </w:r>
      <w:r w:rsidR="00961BA2" w:rsidRPr="00385DBA">
        <w:rPr>
          <w:rFonts w:ascii="Arial" w:hAnsi="Arial"/>
        </w:rPr>
        <w:t xml:space="preserve">, </w:t>
      </w:r>
      <w:r w:rsidRPr="00385DBA">
        <w:rPr>
          <w:rFonts w:ascii="Arial" w:hAnsi="Arial"/>
        </w:rPr>
        <w:t xml:space="preserve">this rate of firing is around 100 beats per minute </w:t>
      </w:r>
    </w:p>
    <w:p w:rsidR="00385DBA" w:rsidRPr="00B649DB" w:rsidRDefault="00B649DB" w:rsidP="003006E9">
      <w:pPr>
        <w:pStyle w:val="ListParagraph"/>
        <w:numPr>
          <w:ilvl w:val="0"/>
          <w:numId w:val="55"/>
        </w:numPr>
        <w:spacing w:after="0"/>
      </w:pPr>
      <w:r>
        <w:rPr>
          <w:rFonts w:ascii="Arial" w:hAnsi="Arial" w:cs="Arial"/>
        </w:rPr>
        <w:t>AV node</w:t>
      </w:r>
    </w:p>
    <w:p w:rsidR="000A6801" w:rsidRPr="000A6801" w:rsidRDefault="00B649DB" w:rsidP="003006E9">
      <w:pPr>
        <w:pStyle w:val="ListParagraph"/>
        <w:numPr>
          <w:ilvl w:val="0"/>
          <w:numId w:val="56"/>
        </w:numPr>
        <w:spacing w:after="0"/>
      </w:pPr>
      <w:r>
        <w:rPr>
          <w:rFonts w:ascii="Arial" w:hAnsi="Arial"/>
        </w:rPr>
        <w:t>T</w:t>
      </w:r>
      <w:r w:rsidR="00F019C0" w:rsidRPr="00B649DB">
        <w:rPr>
          <w:rFonts w:ascii="Arial" w:hAnsi="Arial"/>
        </w:rPr>
        <w:t>akes a little bit longer to reach threshold</w:t>
      </w:r>
    </w:p>
    <w:p w:rsidR="000A6801" w:rsidRPr="000A6801" w:rsidRDefault="000A6801" w:rsidP="003006E9">
      <w:pPr>
        <w:pStyle w:val="ListParagraph"/>
        <w:numPr>
          <w:ilvl w:val="0"/>
          <w:numId w:val="56"/>
        </w:numPr>
        <w:spacing w:after="0"/>
      </w:pPr>
      <w:r>
        <w:rPr>
          <w:rFonts w:ascii="Arial" w:hAnsi="Arial"/>
        </w:rPr>
        <w:t>B</w:t>
      </w:r>
      <w:r w:rsidR="00F019C0" w:rsidRPr="00B649DB">
        <w:rPr>
          <w:rFonts w:ascii="Arial" w:hAnsi="Arial"/>
        </w:rPr>
        <w:t>ecause it takes a little bit longer to reach threshold</w:t>
      </w:r>
      <w:r>
        <w:rPr>
          <w:rFonts w:ascii="Arial" w:hAnsi="Arial"/>
        </w:rPr>
        <w:t>,</w:t>
      </w:r>
      <w:r w:rsidR="00F019C0" w:rsidRPr="00B649DB">
        <w:rPr>
          <w:rFonts w:ascii="Arial" w:hAnsi="Arial"/>
        </w:rPr>
        <w:t xml:space="preserve"> </w:t>
      </w:r>
      <w:r>
        <w:rPr>
          <w:rFonts w:ascii="Arial" w:hAnsi="Arial"/>
        </w:rPr>
        <w:t>it is not</w:t>
      </w:r>
      <w:r w:rsidR="00F019C0" w:rsidRPr="00B649DB">
        <w:rPr>
          <w:rFonts w:ascii="Arial" w:hAnsi="Arial"/>
        </w:rPr>
        <w:t xml:space="preserve"> going to fire at a fast rate</w:t>
      </w:r>
    </w:p>
    <w:p w:rsidR="00D12F62" w:rsidRPr="000A6801" w:rsidRDefault="000A6801" w:rsidP="003006E9">
      <w:pPr>
        <w:pStyle w:val="ListParagraph"/>
        <w:numPr>
          <w:ilvl w:val="0"/>
          <w:numId w:val="51"/>
        </w:numPr>
        <w:spacing w:after="0"/>
      </w:pPr>
      <w:r>
        <w:rPr>
          <w:rFonts w:ascii="Arial" w:hAnsi="Arial"/>
        </w:rPr>
        <w:t>If w</w:t>
      </w:r>
      <w:r w:rsidR="00F019C0" w:rsidRPr="000A6801">
        <w:rPr>
          <w:rFonts w:ascii="Arial" w:hAnsi="Arial"/>
        </w:rPr>
        <w:t>e only had our AV node working</w:t>
      </w:r>
      <w:r>
        <w:rPr>
          <w:rFonts w:ascii="Arial" w:hAnsi="Arial"/>
        </w:rPr>
        <w:t>,</w:t>
      </w:r>
      <w:r w:rsidR="00F019C0" w:rsidRPr="000A6801">
        <w:rPr>
          <w:rFonts w:ascii="Arial" w:hAnsi="Arial"/>
        </w:rPr>
        <w:t xml:space="preserve"> and our </w:t>
      </w:r>
      <w:r>
        <w:rPr>
          <w:rFonts w:ascii="Arial" w:hAnsi="Arial"/>
        </w:rPr>
        <w:t>SA</w:t>
      </w:r>
      <w:r w:rsidR="00F019C0" w:rsidRPr="000A6801">
        <w:rPr>
          <w:rFonts w:ascii="Arial" w:hAnsi="Arial"/>
        </w:rPr>
        <w:t xml:space="preserve"> no</w:t>
      </w:r>
      <w:r>
        <w:rPr>
          <w:rFonts w:ascii="Arial" w:hAnsi="Arial"/>
        </w:rPr>
        <w:t>de was</w:t>
      </w:r>
      <w:r w:rsidR="00F019C0" w:rsidRPr="000A6801">
        <w:rPr>
          <w:rFonts w:ascii="Arial" w:hAnsi="Arial"/>
        </w:rPr>
        <w:t xml:space="preserve"> not working, our heartbeat would be closer to about 60 or 70 beats per minute</w:t>
      </w:r>
    </w:p>
    <w:p w:rsidR="00B417A9" w:rsidRPr="00B417A9" w:rsidRDefault="00B417A9" w:rsidP="003006E9">
      <w:pPr>
        <w:pStyle w:val="ListParagraph"/>
        <w:numPr>
          <w:ilvl w:val="0"/>
          <w:numId w:val="56"/>
        </w:numPr>
        <w:spacing w:after="0"/>
      </w:pPr>
      <w:r>
        <w:rPr>
          <w:rFonts w:ascii="Arial" w:hAnsi="Arial" w:cs="Arial"/>
        </w:rPr>
        <w:t xml:space="preserve">Looking at the action potential, it is exactly the same curve, </w:t>
      </w:r>
      <w:r w:rsidR="00F019C0" w:rsidRPr="00B417A9">
        <w:rPr>
          <w:rFonts w:ascii="Arial" w:hAnsi="Arial"/>
        </w:rPr>
        <w:t>it's just taken longer to reach threshold</w:t>
      </w:r>
    </w:p>
    <w:p w:rsidR="00616891" w:rsidRPr="00616891" w:rsidRDefault="00F019C0" w:rsidP="003006E9">
      <w:pPr>
        <w:pStyle w:val="ListParagraph"/>
        <w:numPr>
          <w:ilvl w:val="0"/>
          <w:numId w:val="56"/>
        </w:numPr>
        <w:spacing w:after="0"/>
      </w:pPr>
      <w:r w:rsidRPr="00B417A9">
        <w:rPr>
          <w:rFonts w:ascii="Arial" w:hAnsi="Arial"/>
        </w:rPr>
        <w:t>Now, if you think about how this is working, the SA node has already fired, it's already sending ions moving through all of those gap junctions</w:t>
      </w:r>
      <w:r w:rsidR="00616891">
        <w:rPr>
          <w:rFonts w:ascii="Arial" w:hAnsi="Arial"/>
        </w:rPr>
        <w:t xml:space="preserve"> b</w:t>
      </w:r>
      <w:r w:rsidRPr="00B417A9">
        <w:rPr>
          <w:rFonts w:ascii="Arial" w:hAnsi="Arial"/>
        </w:rPr>
        <w:t>efore the AV node has</w:t>
      </w:r>
      <w:r w:rsidR="00616891">
        <w:rPr>
          <w:rFonts w:ascii="Arial" w:hAnsi="Arial"/>
        </w:rPr>
        <w:t xml:space="preserve"> </w:t>
      </w:r>
      <w:r w:rsidRPr="00B417A9">
        <w:rPr>
          <w:rFonts w:ascii="Arial" w:hAnsi="Arial"/>
        </w:rPr>
        <w:t>even had a chance to reach threshold</w:t>
      </w:r>
    </w:p>
    <w:p w:rsidR="00616891" w:rsidRPr="00616891" w:rsidRDefault="00616891" w:rsidP="003006E9">
      <w:pPr>
        <w:pStyle w:val="ListParagraph"/>
        <w:numPr>
          <w:ilvl w:val="0"/>
          <w:numId w:val="51"/>
        </w:numPr>
        <w:spacing w:after="0"/>
      </w:pPr>
      <w:r>
        <w:rPr>
          <w:rFonts w:ascii="Arial" w:hAnsi="Arial"/>
        </w:rPr>
        <w:t>This is</w:t>
      </w:r>
      <w:r w:rsidR="00F019C0" w:rsidRPr="00B417A9">
        <w:rPr>
          <w:rFonts w:ascii="Arial" w:hAnsi="Arial"/>
        </w:rPr>
        <w:t xml:space="preserve"> why the </w:t>
      </w:r>
      <w:r>
        <w:rPr>
          <w:rFonts w:ascii="Arial" w:hAnsi="Arial"/>
        </w:rPr>
        <w:t>SA</w:t>
      </w:r>
      <w:r w:rsidR="00F019C0" w:rsidRPr="00B417A9">
        <w:rPr>
          <w:rFonts w:ascii="Arial" w:hAnsi="Arial"/>
        </w:rPr>
        <w:t xml:space="preserve"> know dictates what happens in the rest of the co</w:t>
      </w:r>
      <w:r>
        <w:rPr>
          <w:rFonts w:ascii="Arial" w:hAnsi="Arial"/>
        </w:rPr>
        <w:t xml:space="preserve">nducting </w:t>
      </w:r>
      <w:r w:rsidR="00F019C0" w:rsidRPr="00B417A9">
        <w:rPr>
          <w:rFonts w:ascii="Arial" w:hAnsi="Arial"/>
        </w:rPr>
        <w:t>system</w:t>
      </w:r>
    </w:p>
    <w:p w:rsidR="00D12F62" w:rsidRPr="001520D0" w:rsidRDefault="00F019C0" w:rsidP="003006E9">
      <w:pPr>
        <w:pStyle w:val="ListParagraph"/>
        <w:numPr>
          <w:ilvl w:val="0"/>
          <w:numId w:val="51"/>
        </w:numPr>
        <w:spacing w:after="0"/>
      </w:pPr>
      <w:r w:rsidRPr="00B417A9">
        <w:rPr>
          <w:rFonts w:ascii="Arial" w:hAnsi="Arial"/>
        </w:rPr>
        <w:t xml:space="preserve">Because </w:t>
      </w:r>
      <w:r w:rsidR="00616891">
        <w:rPr>
          <w:rFonts w:ascii="Arial" w:hAnsi="Arial"/>
        </w:rPr>
        <w:t>the SA node is</w:t>
      </w:r>
      <w:r w:rsidRPr="00B417A9">
        <w:rPr>
          <w:rFonts w:ascii="Arial" w:hAnsi="Arial"/>
        </w:rPr>
        <w:t xml:space="preserve"> firing so quickly</w:t>
      </w:r>
      <w:r w:rsidR="00616891">
        <w:rPr>
          <w:rFonts w:ascii="Arial" w:hAnsi="Arial"/>
        </w:rPr>
        <w:t>, t</w:t>
      </w:r>
      <w:r w:rsidRPr="00B417A9">
        <w:rPr>
          <w:rFonts w:ascii="Arial" w:hAnsi="Arial"/>
        </w:rPr>
        <w:t>he other regions of the co</w:t>
      </w:r>
      <w:r w:rsidR="00616891">
        <w:rPr>
          <w:rFonts w:ascii="Arial" w:hAnsi="Arial"/>
        </w:rPr>
        <w:t xml:space="preserve">nducting </w:t>
      </w:r>
      <w:r w:rsidRPr="00B417A9">
        <w:rPr>
          <w:rFonts w:ascii="Arial" w:hAnsi="Arial"/>
        </w:rPr>
        <w:t xml:space="preserve">system haven't reached their threshold yet, so they wind up depolarizing because of the signal from the </w:t>
      </w:r>
      <w:r w:rsidR="00616891">
        <w:rPr>
          <w:rFonts w:ascii="Arial" w:hAnsi="Arial"/>
        </w:rPr>
        <w:t>SA</w:t>
      </w:r>
      <w:r w:rsidRPr="00B417A9">
        <w:rPr>
          <w:rFonts w:ascii="Arial" w:hAnsi="Arial"/>
        </w:rPr>
        <w:t xml:space="preserve"> no</w:t>
      </w:r>
      <w:r w:rsidR="00616891">
        <w:rPr>
          <w:rFonts w:ascii="Arial" w:hAnsi="Arial"/>
        </w:rPr>
        <w:t>de</w:t>
      </w:r>
      <w:r w:rsidRPr="00B417A9">
        <w:rPr>
          <w:rFonts w:ascii="Arial" w:hAnsi="Arial"/>
        </w:rPr>
        <w:t xml:space="preserve"> instead of depolarizing all on their own</w:t>
      </w:r>
    </w:p>
    <w:p w:rsidR="001520D0" w:rsidRDefault="001520D0" w:rsidP="003006E9">
      <w:pPr>
        <w:pStyle w:val="ListParagraph"/>
        <w:numPr>
          <w:ilvl w:val="0"/>
          <w:numId w:val="55"/>
        </w:numPr>
        <w:spacing w:after="0"/>
        <w:rPr>
          <w:rFonts w:ascii="Arial" w:hAnsi="Arial" w:cs="Arial"/>
        </w:rPr>
      </w:pPr>
      <w:r>
        <w:rPr>
          <w:rFonts w:ascii="Arial" w:hAnsi="Arial" w:cs="Arial"/>
        </w:rPr>
        <w:t>Purkinje fibers</w:t>
      </w:r>
    </w:p>
    <w:p w:rsidR="001520D0" w:rsidRDefault="001520D0" w:rsidP="003006E9">
      <w:pPr>
        <w:pStyle w:val="ListParagraph"/>
        <w:numPr>
          <w:ilvl w:val="0"/>
          <w:numId w:val="57"/>
        </w:numPr>
        <w:spacing w:after="0"/>
        <w:rPr>
          <w:rFonts w:ascii="Arial" w:hAnsi="Arial" w:cs="Arial"/>
        </w:rPr>
      </w:pPr>
      <w:r>
        <w:rPr>
          <w:rFonts w:ascii="Arial" w:hAnsi="Arial" w:cs="Arial"/>
        </w:rPr>
        <w:t>Even slower, so they take a much longer time to reach threshold</w:t>
      </w:r>
    </w:p>
    <w:p w:rsidR="001520D0" w:rsidRPr="001520D0" w:rsidRDefault="001520D0" w:rsidP="003006E9">
      <w:pPr>
        <w:pStyle w:val="ListParagraph"/>
        <w:numPr>
          <w:ilvl w:val="0"/>
          <w:numId w:val="57"/>
        </w:numPr>
        <w:spacing w:after="0"/>
        <w:rPr>
          <w:rFonts w:ascii="Arial" w:hAnsi="Arial" w:cs="Arial"/>
        </w:rPr>
      </w:pPr>
      <w:r>
        <w:rPr>
          <w:rFonts w:ascii="Arial" w:hAnsi="Arial"/>
        </w:rPr>
        <w:t>P</w:t>
      </w:r>
      <w:r w:rsidR="00F019C0" w:rsidRPr="001520D0">
        <w:rPr>
          <w:rFonts w:ascii="Arial" w:hAnsi="Arial"/>
        </w:rPr>
        <w:t>urkinje fibers fire at about 25 to 30 times per minute</w:t>
      </w:r>
      <w:r>
        <w:rPr>
          <w:rFonts w:ascii="Arial" w:hAnsi="Arial"/>
        </w:rPr>
        <w:t xml:space="preserve">, </w:t>
      </w:r>
      <w:r w:rsidR="00F019C0" w:rsidRPr="001520D0">
        <w:rPr>
          <w:rFonts w:ascii="Arial" w:hAnsi="Arial"/>
        </w:rPr>
        <w:t xml:space="preserve">where your heart rate would be around </w:t>
      </w:r>
      <w:r w:rsidR="00691B2D">
        <w:rPr>
          <w:rFonts w:ascii="Arial" w:hAnsi="Arial"/>
        </w:rPr>
        <w:t>20</w:t>
      </w:r>
      <w:r w:rsidR="006A2E27">
        <w:rPr>
          <w:rFonts w:ascii="Arial" w:hAnsi="Arial"/>
        </w:rPr>
        <w:t xml:space="preserve"> to </w:t>
      </w:r>
      <w:r w:rsidR="00691B2D">
        <w:rPr>
          <w:rFonts w:ascii="Arial" w:hAnsi="Arial"/>
        </w:rPr>
        <w:t>30</w:t>
      </w:r>
      <w:r w:rsidR="00F019C0" w:rsidRPr="001520D0">
        <w:rPr>
          <w:rFonts w:ascii="Arial" w:hAnsi="Arial"/>
        </w:rPr>
        <w:t xml:space="preserve"> beats per minute.</w:t>
      </w:r>
    </w:p>
    <w:p w:rsidR="00BB3BA4" w:rsidRPr="00BB3BA4" w:rsidRDefault="00691B2D" w:rsidP="003006E9">
      <w:pPr>
        <w:pStyle w:val="ListParagraph"/>
        <w:numPr>
          <w:ilvl w:val="0"/>
          <w:numId w:val="57"/>
        </w:numPr>
        <w:spacing w:after="0"/>
        <w:rPr>
          <w:rFonts w:ascii="Arial" w:hAnsi="Arial" w:cs="Arial"/>
        </w:rPr>
      </w:pPr>
      <w:r>
        <w:rPr>
          <w:rFonts w:ascii="Arial" w:hAnsi="Arial"/>
        </w:rPr>
        <w:t>I</w:t>
      </w:r>
      <w:r w:rsidR="00F019C0" w:rsidRPr="001520D0">
        <w:rPr>
          <w:rFonts w:ascii="Arial" w:hAnsi="Arial"/>
        </w:rPr>
        <w:t>f we only have the purkinje fibers and all of the other connecting system was not working, we would be a little bit in trouble</w:t>
      </w:r>
    </w:p>
    <w:p w:rsidR="00BB3BA4" w:rsidRPr="00BB3BA4" w:rsidRDefault="00BB3BA4" w:rsidP="003006E9">
      <w:pPr>
        <w:pStyle w:val="ListParagraph"/>
        <w:numPr>
          <w:ilvl w:val="0"/>
          <w:numId w:val="58"/>
        </w:numPr>
        <w:spacing w:after="0"/>
        <w:rPr>
          <w:rFonts w:ascii="Arial" w:hAnsi="Arial" w:cs="Arial"/>
        </w:rPr>
      </w:pPr>
      <w:r>
        <w:rPr>
          <w:rFonts w:ascii="Arial" w:hAnsi="Arial"/>
        </w:rPr>
        <w:t xml:space="preserve">This is because </w:t>
      </w:r>
      <w:r w:rsidR="00F019C0" w:rsidRPr="001520D0">
        <w:rPr>
          <w:rFonts w:ascii="Arial" w:hAnsi="Arial"/>
        </w:rPr>
        <w:t>our heartrate being around 20 to 30 beats per minute</w:t>
      </w:r>
      <w:r>
        <w:rPr>
          <w:rFonts w:ascii="Arial" w:hAnsi="Arial"/>
        </w:rPr>
        <w:t xml:space="preserve"> </w:t>
      </w:r>
      <w:r w:rsidR="00F019C0" w:rsidRPr="001520D0">
        <w:rPr>
          <w:rFonts w:ascii="Arial" w:hAnsi="Arial"/>
        </w:rPr>
        <w:t>is not really enough to sustain our body</w:t>
      </w:r>
      <w:r>
        <w:rPr>
          <w:rFonts w:ascii="Arial" w:hAnsi="Arial"/>
        </w:rPr>
        <w:t xml:space="preserve"> – It is </w:t>
      </w:r>
      <w:r w:rsidR="00F019C0" w:rsidRPr="001520D0">
        <w:rPr>
          <w:rFonts w:ascii="Arial" w:hAnsi="Arial"/>
        </w:rPr>
        <w:t>too slow to meet the oxygen and fuel demands of our bod</w:t>
      </w:r>
      <w:r>
        <w:rPr>
          <w:rFonts w:ascii="Arial" w:hAnsi="Arial"/>
        </w:rPr>
        <w:t>y</w:t>
      </w:r>
      <w:r w:rsidR="00F019C0" w:rsidRPr="001520D0">
        <w:rPr>
          <w:rFonts w:ascii="Arial" w:hAnsi="Arial"/>
        </w:rPr>
        <w:t xml:space="preserve"> </w:t>
      </w:r>
    </w:p>
    <w:p w:rsidR="00BB3BA4" w:rsidRPr="00BB3BA4" w:rsidRDefault="00BB3BA4" w:rsidP="003006E9">
      <w:pPr>
        <w:pStyle w:val="ListParagraph"/>
        <w:numPr>
          <w:ilvl w:val="0"/>
          <w:numId w:val="58"/>
        </w:numPr>
        <w:spacing w:after="0"/>
        <w:rPr>
          <w:rFonts w:ascii="Arial" w:hAnsi="Arial" w:cs="Arial"/>
        </w:rPr>
      </w:pPr>
      <w:r>
        <w:rPr>
          <w:rFonts w:ascii="Arial" w:hAnsi="Arial"/>
        </w:rPr>
        <w:t>This</w:t>
      </w:r>
      <w:r w:rsidR="00F019C0" w:rsidRPr="001520D0">
        <w:rPr>
          <w:rFonts w:ascii="Arial" w:hAnsi="Arial"/>
        </w:rPr>
        <w:t xml:space="preserve"> is why if people have something wrong with their </w:t>
      </w:r>
      <w:r w:rsidR="00691B2D">
        <w:rPr>
          <w:rFonts w:ascii="Arial" w:hAnsi="Arial"/>
        </w:rPr>
        <w:t>SA</w:t>
      </w:r>
      <w:r w:rsidR="00F019C0" w:rsidRPr="001520D0">
        <w:rPr>
          <w:rFonts w:ascii="Arial" w:hAnsi="Arial"/>
        </w:rPr>
        <w:t xml:space="preserve"> node or their AV node, they would </w:t>
      </w:r>
      <w:r>
        <w:rPr>
          <w:rFonts w:ascii="Arial" w:hAnsi="Arial"/>
        </w:rPr>
        <w:t xml:space="preserve">usually </w:t>
      </w:r>
      <w:r w:rsidR="00F019C0" w:rsidRPr="001520D0">
        <w:rPr>
          <w:rFonts w:ascii="Arial" w:hAnsi="Arial"/>
        </w:rPr>
        <w:t>get an artificial pacemaker</w:t>
      </w:r>
    </w:p>
    <w:p w:rsidR="00D12F62" w:rsidRPr="00EB175B" w:rsidRDefault="00BB3BA4" w:rsidP="003006E9">
      <w:pPr>
        <w:pStyle w:val="ListParagraph"/>
        <w:numPr>
          <w:ilvl w:val="0"/>
          <w:numId w:val="58"/>
        </w:numPr>
        <w:spacing w:after="0"/>
        <w:rPr>
          <w:rFonts w:ascii="Arial" w:hAnsi="Arial" w:cs="Arial"/>
        </w:rPr>
      </w:pPr>
      <w:r>
        <w:rPr>
          <w:rFonts w:ascii="Arial" w:hAnsi="Arial"/>
        </w:rPr>
        <w:t xml:space="preserve">Therefore, </w:t>
      </w:r>
      <w:r w:rsidR="00F019C0" w:rsidRPr="001520D0">
        <w:rPr>
          <w:rFonts w:ascii="Arial" w:hAnsi="Arial"/>
        </w:rPr>
        <w:t xml:space="preserve">if you've had a heart attack for some reason and it's damaged your atria and </w:t>
      </w:r>
      <w:r w:rsidR="00364E9B">
        <w:rPr>
          <w:rFonts w:ascii="Arial" w:hAnsi="Arial"/>
        </w:rPr>
        <w:t>the</w:t>
      </w:r>
      <w:r w:rsidR="00F019C0" w:rsidRPr="001520D0">
        <w:rPr>
          <w:rFonts w:ascii="Arial" w:hAnsi="Arial"/>
        </w:rPr>
        <w:t xml:space="preserve"> specialized cardiac cells are no longer functioning</w:t>
      </w:r>
      <w:r w:rsidR="00364E9B">
        <w:rPr>
          <w:rFonts w:ascii="Arial" w:hAnsi="Arial"/>
        </w:rPr>
        <w:t>, t</w:t>
      </w:r>
      <w:r w:rsidR="00F019C0" w:rsidRPr="001520D0">
        <w:rPr>
          <w:rFonts w:ascii="Arial" w:hAnsi="Arial"/>
        </w:rPr>
        <w:t>hen the pacemaker stimulates the depolarization at a regular interval</w:t>
      </w:r>
    </w:p>
    <w:p w:rsidR="00EB175B" w:rsidRPr="00EB175B" w:rsidRDefault="00EB175B" w:rsidP="003006E9">
      <w:pPr>
        <w:pStyle w:val="ListParagraph"/>
        <w:numPr>
          <w:ilvl w:val="0"/>
          <w:numId w:val="58"/>
        </w:numPr>
        <w:spacing w:after="0"/>
        <w:rPr>
          <w:rFonts w:ascii="Arial" w:hAnsi="Arial" w:cs="Arial"/>
        </w:rPr>
      </w:pPr>
      <w:r>
        <w:rPr>
          <w:rFonts w:ascii="Arial" w:hAnsi="Arial"/>
        </w:rPr>
        <w:t>If we were without our SA node but had our AV node, we would pretty well be okay because our heart would still be firing at 60 to 70 beats per minute</w:t>
      </w:r>
    </w:p>
    <w:p w:rsidR="00D12F62" w:rsidRPr="00EB175B" w:rsidRDefault="00F019C0" w:rsidP="003006E9">
      <w:pPr>
        <w:pStyle w:val="ListParagraph"/>
        <w:numPr>
          <w:ilvl w:val="0"/>
          <w:numId w:val="58"/>
        </w:numPr>
        <w:spacing w:after="0"/>
        <w:rPr>
          <w:rFonts w:ascii="Arial" w:hAnsi="Arial" w:cs="Arial"/>
        </w:rPr>
      </w:pPr>
      <w:r w:rsidRPr="00EB175B">
        <w:rPr>
          <w:rFonts w:ascii="Arial" w:hAnsi="Arial"/>
        </w:rPr>
        <w:t>But as you move through the conducting system, it gets slower and slower</w:t>
      </w:r>
      <w:r w:rsidR="00EB175B">
        <w:rPr>
          <w:rFonts w:ascii="Arial" w:hAnsi="Arial"/>
        </w:rPr>
        <w:t xml:space="preserve">. Therefore, </w:t>
      </w:r>
      <w:r w:rsidRPr="00EB175B">
        <w:rPr>
          <w:rFonts w:ascii="Arial" w:hAnsi="Arial"/>
        </w:rPr>
        <w:t>once the AV node is no longer functioning, that's when you would need to rely on a pacemaker to trigger depolarization instead of waiting for it to happen on its own</w:t>
      </w:r>
    </w:p>
    <w:p w:rsidR="00D12F62" w:rsidRDefault="00D12F62">
      <w:pPr>
        <w:spacing w:after="0"/>
      </w:pPr>
    </w:p>
    <w:p w:rsidR="00DF6A0A" w:rsidRDefault="00DF6A0A">
      <w:pPr>
        <w:spacing w:after="0"/>
        <w:rPr>
          <w:rFonts w:ascii="Arial" w:hAnsi="Arial"/>
        </w:rPr>
      </w:pPr>
    </w:p>
    <w:p w:rsidR="00DF6A0A" w:rsidRDefault="00DF6A0A">
      <w:pPr>
        <w:spacing w:after="0"/>
        <w:rPr>
          <w:rFonts w:ascii="Arial" w:hAnsi="Arial"/>
        </w:rPr>
      </w:pPr>
      <w:r>
        <w:rPr>
          <w:rFonts w:ascii="Arial" w:hAnsi="Arial"/>
          <w:noProof/>
        </w:rPr>
        <w:lastRenderedPageBreak/>
        <w:drawing>
          <wp:anchor distT="0" distB="0" distL="114300" distR="114300" simplePos="0" relativeHeight="251672576" behindDoc="1" locked="0" layoutInCell="1" allowOverlap="1">
            <wp:simplePos x="0" y="0"/>
            <wp:positionH relativeFrom="column">
              <wp:posOffset>1567238</wp:posOffset>
            </wp:positionH>
            <wp:positionV relativeFrom="paragraph">
              <wp:posOffset>157123</wp:posOffset>
            </wp:positionV>
            <wp:extent cx="3400256" cy="2032000"/>
            <wp:effectExtent l="0" t="0" r="3810" b="0"/>
            <wp:wrapNone/>
            <wp:docPr id="15" name="Picture 1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01-16 at 1.36.36 AM.png"/>
                    <pic:cNvPicPr/>
                  </pic:nvPicPr>
                  <pic:blipFill rotWithShape="1">
                    <a:blip r:embed="rId14"/>
                    <a:srcRect l="15731" t="25170" r="10385" b="4185"/>
                    <a:stretch/>
                  </pic:blipFill>
                  <pic:spPr bwMode="auto">
                    <a:xfrm>
                      <a:off x="0" y="0"/>
                      <a:ext cx="3400256" cy="203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6A0A" w:rsidRDefault="00DF6A0A">
      <w:pPr>
        <w:spacing w:after="0"/>
        <w:rPr>
          <w:rFonts w:ascii="Arial" w:hAnsi="Arial"/>
        </w:rPr>
      </w:pPr>
    </w:p>
    <w:p w:rsidR="00DF6A0A" w:rsidRDefault="00DF6A0A">
      <w:pPr>
        <w:spacing w:after="0"/>
        <w:rPr>
          <w:rFonts w:ascii="Arial" w:hAnsi="Arial"/>
        </w:rPr>
      </w:pPr>
    </w:p>
    <w:p w:rsidR="00DF6A0A" w:rsidRDefault="00DF6A0A">
      <w:pPr>
        <w:spacing w:after="0"/>
        <w:rPr>
          <w:rFonts w:ascii="Arial" w:hAnsi="Arial"/>
        </w:rPr>
      </w:pPr>
    </w:p>
    <w:p w:rsidR="00DF6A0A" w:rsidRDefault="00DF6A0A">
      <w:pPr>
        <w:spacing w:after="0"/>
        <w:rPr>
          <w:rFonts w:ascii="Arial" w:hAnsi="Arial"/>
        </w:rPr>
      </w:pPr>
    </w:p>
    <w:p w:rsidR="00DF6A0A" w:rsidRDefault="00DF6A0A">
      <w:pPr>
        <w:spacing w:after="0"/>
        <w:rPr>
          <w:rFonts w:ascii="Arial" w:hAnsi="Arial"/>
        </w:rPr>
      </w:pPr>
    </w:p>
    <w:p w:rsidR="00DF6A0A" w:rsidRDefault="00DF6A0A">
      <w:pPr>
        <w:spacing w:after="0"/>
        <w:rPr>
          <w:rFonts w:ascii="Arial" w:hAnsi="Arial"/>
        </w:rPr>
      </w:pPr>
    </w:p>
    <w:p w:rsidR="00DF6A0A" w:rsidRDefault="00DF6A0A">
      <w:pPr>
        <w:spacing w:after="0"/>
        <w:rPr>
          <w:rFonts w:ascii="Arial" w:hAnsi="Arial"/>
        </w:rPr>
      </w:pPr>
    </w:p>
    <w:p w:rsidR="00DF6A0A" w:rsidRDefault="00DF6A0A">
      <w:pPr>
        <w:spacing w:after="0"/>
        <w:rPr>
          <w:rFonts w:ascii="Arial" w:hAnsi="Arial"/>
        </w:rPr>
      </w:pPr>
    </w:p>
    <w:p w:rsidR="00DF6A0A" w:rsidRDefault="00DF6A0A">
      <w:pPr>
        <w:spacing w:after="0"/>
        <w:rPr>
          <w:rFonts w:ascii="Arial" w:hAnsi="Arial"/>
        </w:rPr>
      </w:pPr>
    </w:p>
    <w:p w:rsidR="00DF6A0A" w:rsidRDefault="00DF6A0A">
      <w:pPr>
        <w:spacing w:after="0"/>
        <w:rPr>
          <w:rFonts w:ascii="Arial" w:hAnsi="Arial"/>
        </w:rPr>
      </w:pPr>
    </w:p>
    <w:p w:rsidR="00DF6A0A" w:rsidRDefault="00DF6A0A">
      <w:pPr>
        <w:spacing w:after="0"/>
        <w:rPr>
          <w:rFonts w:ascii="Arial" w:hAnsi="Arial"/>
        </w:rPr>
      </w:pPr>
    </w:p>
    <w:p w:rsidR="00DF6A0A" w:rsidRDefault="00DF6A0A">
      <w:pPr>
        <w:spacing w:after="0"/>
        <w:rPr>
          <w:rFonts w:ascii="Arial" w:hAnsi="Arial"/>
        </w:rPr>
      </w:pPr>
    </w:p>
    <w:p w:rsidR="00E5717E" w:rsidRDefault="00E5717E">
      <w:pPr>
        <w:spacing w:after="0"/>
        <w:rPr>
          <w:rFonts w:ascii="Arial" w:hAnsi="Arial"/>
        </w:rPr>
      </w:pPr>
      <w:r w:rsidRPr="00E5717E">
        <w:rPr>
          <w:rFonts w:ascii="Arial" w:hAnsi="Arial"/>
          <w:b/>
          <w:bCs/>
          <w:u w:val="single"/>
        </w:rPr>
        <w:t>Echocardiogram (ECG)</w:t>
      </w:r>
    </w:p>
    <w:p w:rsidR="00E5717E" w:rsidRDefault="00E5717E" w:rsidP="003006E9">
      <w:pPr>
        <w:pStyle w:val="ListParagraph"/>
        <w:numPr>
          <w:ilvl w:val="0"/>
          <w:numId w:val="55"/>
        </w:numPr>
        <w:spacing w:after="0"/>
        <w:rPr>
          <w:rFonts w:ascii="Arial" w:hAnsi="Arial"/>
        </w:rPr>
      </w:pPr>
      <w:r>
        <w:rPr>
          <w:rFonts w:ascii="Arial" w:hAnsi="Arial"/>
        </w:rPr>
        <w:t>ECG ~ H</w:t>
      </w:r>
      <w:r w:rsidR="00F019C0" w:rsidRPr="00E5717E">
        <w:rPr>
          <w:rFonts w:ascii="Arial" w:hAnsi="Arial"/>
        </w:rPr>
        <w:t>ow we can measure or examine these electrical events that are happening inside the heart</w:t>
      </w:r>
    </w:p>
    <w:p w:rsidR="00C416EC" w:rsidRDefault="00C416EC" w:rsidP="003006E9">
      <w:pPr>
        <w:pStyle w:val="ListParagraph"/>
        <w:numPr>
          <w:ilvl w:val="0"/>
          <w:numId w:val="55"/>
        </w:numPr>
        <w:spacing w:after="0"/>
        <w:rPr>
          <w:rFonts w:ascii="Arial" w:hAnsi="Arial"/>
        </w:rPr>
      </w:pPr>
      <w:r>
        <w:rPr>
          <w:rFonts w:ascii="Arial" w:hAnsi="Arial"/>
        </w:rPr>
        <w:t>It is a record of electrical event in the myocardium that can be correlated with mechanical events</w:t>
      </w:r>
    </w:p>
    <w:p w:rsidR="00E5717E" w:rsidRDefault="00E5717E" w:rsidP="003006E9">
      <w:pPr>
        <w:pStyle w:val="ListParagraph"/>
        <w:numPr>
          <w:ilvl w:val="0"/>
          <w:numId w:val="59"/>
        </w:numPr>
        <w:spacing w:after="0"/>
        <w:rPr>
          <w:rFonts w:ascii="Arial" w:hAnsi="Arial"/>
        </w:rPr>
      </w:pPr>
      <w:r>
        <w:rPr>
          <w:rFonts w:ascii="Arial" w:hAnsi="Arial"/>
        </w:rPr>
        <w:t>Uses</w:t>
      </w:r>
      <w:r w:rsidR="00F019C0" w:rsidRPr="00E5717E">
        <w:rPr>
          <w:rFonts w:ascii="Arial" w:hAnsi="Arial"/>
        </w:rPr>
        <w:t xml:space="preserve"> a series of leads or electrodes that </w:t>
      </w:r>
      <w:r>
        <w:rPr>
          <w:rFonts w:ascii="Arial" w:hAnsi="Arial"/>
        </w:rPr>
        <w:t>are</w:t>
      </w:r>
      <w:r w:rsidR="00F019C0" w:rsidRPr="00E5717E">
        <w:rPr>
          <w:rFonts w:ascii="Arial" w:hAnsi="Arial"/>
        </w:rPr>
        <w:t xml:space="preserve"> place</w:t>
      </w:r>
      <w:r>
        <w:rPr>
          <w:rFonts w:ascii="Arial" w:hAnsi="Arial"/>
        </w:rPr>
        <w:t>d</w:t>
      </w:r>
      <w:r w:rsidR="00F019C0" w:rsidRPr="00E5717E">
        <w:rPr>
          <w:rFonts w:ascii="Arial" w:hAnsi="Arial"/>
        </w:rPr>
        <w:t xml:space="preserve"> on the surface of the skin</w:t>
      </w:r>
    </w:p>
    <w:p w:rsidR="00E5717E" w:rsidRDefault="00F019C0" w:rsidP="003006E9">
      <w:pPr>
        <w:pStyle w:val="ListParagraph"/>
        <w:numPr>
          <w:ilvl w:val="0"/>
          <w:numId w:val="59"/>
        </w:numPr>
        <w:spacing w:after="0"/>
        <w:rPr>
          <w:rFonts w:ascii="Arial" w:hAnsi="Arial"/>
        </w:rPr>
      </w:pPr>
      <w:r w:rsidRPr="00E5717E">
        <w:rPr>
          <w:rFonts w:ascii="Arial" w:hAnsi="Arial"/>
        </w:rPr>
        <w:t>These can detect t</w:t>
      </w:r>
      <w:r w:rsidR="00E5717E">
        <w:rPr>
          <w:rFonts w:ascii="Arial" w:hAnsi="Arial"/>
        </w:rPr>
        <w:t>he</w:t>
      </w:r>
      <w:r w:rsidRPr="00E5717E">
        <w:rPr>
          <w:rFonts w:ascii="Arial" w:hAnsi="Arial"/>
        </w:rPr>
        <w:t xml:space="preserve"> electrical signals that are being sent through the heart.</w:t>
      </w:r>
    </w:p>
    <w:p w:rsidR="00D12F62" w:rsidRDefault="00E5717E" w:rsidP="003006E9">
      <w:pPr>
        <w:pStyle w:val="ListParagraph"/>
        <w:numPr>
          <w:ilvl w:val="0"/>
          <w:numId w:val="59"/>
        </w:numPr>
        <w:spacing w:after="0"/>
        <w:rPr>
          <w:rFonts w:ascii="Arial" w:hAnsi="Arial"/>
        </w:rPr>
      </w:pPr>
      <w:r>
        <w:rPr>
          <w:rFonts w:ascii="Arial" w:hAnsi="Arial"/>
        </w:rPr>
        <w:t>T</w:t>
      </w:r>
      <w:r w:rsidR="00F019C0" w:rsidRPr="00E5717E">
        <w:rPr>
          <w:rFonts w:ascii="Arial" w:hAnsi="Arial"/>
        </w:rPr>
        <w:t>hey create a very specific wave pattern</w:t>
      </w:r>
    </w:p>
    <w:p w:rsidR="00D12F62" w:rsidRDefault="00F019C0" w:rsidP="003006E9">
      <w:pPr>
        <w:pStyle w:val="ListParagraph"/>
        <w:numPr>
          <w:ilvl w:val="0"/>
          <w:numId w:val="59"/>
        </w:numPr>
        <w:spacing w:after="0"/>
        <w:rPr>
          <w:rFonts w:ascii="Arial" w:hAnsi="Arial"/>
        </w:rPr>
      </w:pPr>
      <w:r w:rsidRPr="00226610">
        <w:rPr>
          <w:rFonts w:ascii="Arial" w:hAnsi="Arial"/>
        </w:rPr>
        <w:t>This particular device</w:t>
      </w:r>
      <w:r w:rsidR="00226610">
        <w:rPr>
          <w:rFonts w:ascii="Arial" w:hAnsi="Arial"/>
        </w:rPr>
        <w:t xml:space="preserve"> </w:t>
      </w:r>
      <w:r w:rsidRPr="00226610">
        <w:rPr>
          <w:rFonts w:ascii="Arial" w:hAnsi="Arial"/>
        </w:rPr>
        <w:t>wave pattern is known as an electrocardiogram, or an ECG, also sometimes called an EKG</w:t>
      </w:r>
    </w:p>
    <w:p w:rsidR="00F16A53" w:rsidRDefault="00F16A53" w:rsidP="003006E9">
      <w:pPr>
        <w:pStyle w:val="ListParagraph"/>
        <w:numPr>
          <w:ilvl w:val="0"/>
          <w:numId w:val="55"/>
        </w:numPr>
        <w:spacing w:after="0"/>
        <w:rPr>
          <w:rFonts w:ascii="Arial" w:hAnsi="Arial"/>
        </w:rPr>
      </w:pPr>
      <w:r>
        <w:rPr>
          <w:rFonts w:ascii="Arial" w:hAnsi="Arial"/>
        </w:rPr>
        <w:t>T</w:t>
      </w:r>
      <w:r w:rsidR="00F019C0" w:rsidRPr="00F16A53">
        <w:rPr>
          <w:rFonts w:ascii="Arial" w:hAnsi="Arial"/>
        </w:rPr>
        <w:t>he pattern that</w:t>
      </w:r>
      <w:r>
        <w:rPr>
          <w:rFonts w:ascii="Arial" w:hAnsi="Arial"/>
        </w:rPr>
        <w:t xml:space="preserve"> is</w:t>
      </w:r>
      <w:r w:rsidR="00F019C0" w:rsidRPr="00F16A53">
        <w:rPr>
          <w:rFonts w:ascii="Arial" w:hAnsi="Arial"/>
        </w:rPr>
        <w:t xml:space="preserve"> created doesn't look like the same action potential pattern, because it isn't measuring a single action potential</w:t>
      </w:r>
    </w:p>
    <w:p w:rsidR="00D12F62" w:rsidRDefault="00F16A53" w:rsidP="003006E9">
      <w:pPr>
        <w:pStyle w:val="ListParagraph"/>
        <w:numPr>
          <w:ilvl w:val="0"/>
          <w:numId w:val="60"/>
        </w:numPr>
        <w:spacing w:after="0"/>
        <w:rPr>
          <w:rFonts w:ascii="Arial" w:hAnsi="Arial"/>
        </w:rPr>
      </w:pPr>
      <w:r>
        <w:rPr>
          <w:rFonts w:ascii="Arial" w:hAnsi="Arial"/>
        </w:rPr>
        <w:t>It is</w:t>
      </w:r>
      <w:r w:rsidR="00F019C0" w:rsidRPr="00F16A53">
        <w:rPr>
          <w:rFonts w:ascii="Arial" w:hAnsi="Arial"/>
        </w:rPr>
        <w:t xml:space="preserve"> measuring the spread or movement of the action potentials through the h</w:t>
      </w:r>
      <w:r>
        <w:rPr>
          <w:rFonts w:ascii="Arial" w:hAnsi="Arial"/>
        </w:rPr>
        <w:t>eart</w:t>
      </w:r>
      <w:r w:rsidR="00F019C0" w:rsidRPr="00F16A53">
        <w:rPr>
          <w:rFonts w:ascii="Arial" w:hAnsi="Arial"/>
        </w:rPr>
        <w:t xml:space="preserve">, or the electrical signal through the heart. </w:t>
      </w:r>
    </w:p>
    <w:p w:rsidR="00F16A53" w:rsidRDefault="00F16A53" w:rsidP="003006E9">
      <w:pPr>
        <w:pStyle w:val="ListParagraph"/>
        <w:numPr>
          <w:ilvl w:val="0"/>
          <w:numId w:val="60"/>
        </w:numPr>
        <w:spacing w:after="0"/>
        <w:rPr>
          <w:rFonts w:ascii="Arial" w:hAnsi="Arial"/>
        </w:rPr>
      </w:pPr>
      <w:r>
        <w:rPr>
          <w:rFonts w:ascii="Arial" w:hAnsi="Arial"/>
        </w:rPr>
        <w:t xml:space="preserve">Give a very characteristic pattern </w:t>
      </w:r>
      <w:r w:rsidR="00FE1EFE">
        <w:rPr>
          <w:rFonts w:ascii="Arial" w:hAnsi="Arial"/>
        </w:rPr>
        <w:t>(in a series of waves and spikes)</w:t>
      </w:r>
    </w:p>
    <w:p w:rsidR="00E47532" w:rsidRDefault="00F019C0" w:rsidP="003006E9">
      <w:pPr>
        <w:pStyle w:val="ListParagraph"/>
        <w:numPr>
          <w:ilvl w:val="0"/>
          <w:numId w:val="55"/>
        </w:numPr>
        <w:spacing w:after="0"/>
        <w:rPr>
          <w:rFonts w:ascii="Arial" w:hAnsi="Arial"/>
        </w:rPr>
      </w:pPr>
      <w:r w:rsidRPr="00E47532">
        <w:rPr>
          <w:rFonts w:ascii="Arial" w:hAnsi="Arial"/>
        </w:rPr>
        <w:t>The characteristic pattern can also be coordinated to mechanical events that are happening inside the h</w:t>
      </w:r>
      <w:r w:rsidR="00E47532">
        <w:rPr>
          <w:rFonts w:ascii="Arial" w:hAnsi="Arial"/>
        </w:rPr>
        <w:t xml:space="preserve">eart </w:t>
      </w:r>
    </w:p>
    <w:p w:rsidR="00E47532" w:rsidRDefault="00E47532" w:rsidP="003006E9">
      <w:pPr>
        <w:pStyle w:val="ListParagraph"/>
        <w:numPr>
          <w:ilvl w:val="0"/>
          <w:numId w:val="61"/>
        </w:numPr>
        <w:spacing w:after="0"/>
        <w:rPr>
          <w:rFonts w:ascii="Arial" w:hAnsi="Arial"/>
        </w:rPr>
      </w:pPr>
      <w:r>
        <w:rPr>
          <w:rFonts w:ascii="Arial" w:hAnsi="Arial"/>
        </w:rPr>
        <w:t>W</w:t>
      </w:r>
      <w:r w:rsidR="00F019C0" w:rsidRPr="00E47532">
        <w:rPr>
          <w:rFonts w:ascii="Arial" w:hAnsi="Arial"/>
        </w:rPr>
        <w:t>hen you think about mechanical events, we're talking about the actual contraction phases of the heart, or even the valves moving in and out</w:t>
      </w:r>
      <w:r>
        <w:rPr>
          <w:rFonts w:ascii="Arial" w:hAnsi="Arial"/>
        </w:rPr>
        <w:t xml:space="preserve"> </w:t>
      </w:r>
    </w:p>
    <w:p w:rsidR="00D12F62" w:rsidRDefault="00F019C0" w:rsidP="003006E9">
      <w:pPr>
        <w:pStyle w:val="ListParagraph"/>
        <w:numPr>
          <w:ilvl w:val="0"/>
          <w:numId w:val="61"/>
        </w:numPr>
        <w:spacing w:after="0"/>
        <w:rPr>
          <w:rFonts w:ascii="Arial" w:hAnsi="Arial"/>
        </w:rPr>
      </w:pPr>
      <w:r w:rsidRPr="00E47532">
        <w:rPr>
          <w:rFonts w:ascii="Arial" w:hAnsi="Arial"/>
        </w:rPr>
        <w:t xml:space="preserve">But what we get from an ECG are when atria </w:t>
      </w:r>
      <w:proofErr w:type="gramStart"/>
      <w:r w:rsidRPr="00E47532">
        <w:rPr>
          <w:rFonts w:ascii="Arial" w:hAnsi="Arial"/>
        </w:rPr>
        <w:t>is</w:t>
      </w:r>
      <w:proofErr w:type="gramEnd"/>
      <w:r w:rsidRPr="00E47532">
        <w:rPr>
          <w:rFonts w:ascii="Arial" w:hAnsi="Arial"/>
        </w:rPr>
        <w:t xml:space="preserve"> contracting and when the ventricles contracting</w:t>
      </w:r>
    </w:p>
    <w:p w:rsidR="00FE1EFE" w:rsidRDefault="00FE1EFE" w:rsidP="003006E9">
      <w:pPr>
        <w:pStyle w:val="ListParagraph"/>
        <w:numPr>
          <w:ilvl w:val="0"/>
          <w:numId w:val="55"/>
        </w:numPr>
        <w:spacing w:after="0"/>
        <w:rPr>
          <w:rFonts w:ascii="Arial" w:hAnsi="Arial"/>
        </w:rPr>
      </w:pPr>
      <w:r>
        <w:rPr>
          <w:rFonts w:ascii="Arial" w:hAnsi="Arial"/>
        </w:rPr>
        <w:t xml:space="preserve">First wave ~ P wave </w:t>
      </w:r>
    </w:p>
    <w:p w:rsidR="00605C4C" w:rsidRDefault="00FE1EFE" w:rsidP="003006E9">
      <w:pPr>
        <w:pStyle w:val="ListParagraph"/>
        <w:numPr>
          <w:ilvl w:val="0"/>
          <w:numId w:val="62"/>
        </w:numPr>
        <w:spacing w:after="0"/>
        <w:rPr>
          <w:rFonts w:ascii="Arial" w:hAnsi="Arial"/>
        </w:rPr>
      </w:pPr>
      <w:r>
        <w:rPr>
          <w:rFonts w:ascii="Arial" w:hAnsi="Arial"/>
        </w:rPr>
        <w:t xml:space="preserve">Represents depolarization </w:t>
      </w:r>
      <w:r w:rsidR="00F019C0" w:rsidRPr="00FE1EFE">
        <w:rPr>
          <w:rFonts w:ascii="Arial" w:hAnsi="Arial"/>
        </w:rPr>
        <w:t xml:space="preserve">of the atria </w:t>
      </w:r>
    </w:p>
    <w:p w:rsidR="00605C4C" w:rsidRDefault="00605C4C" w:rsidP="003006E9">
      <w:pPr>
        <w:pStyle w:val="ListParagraph"/>
        <w:numPr>
          <w:ilvl w:val="0"/>
          <w:numId w:val="62"/>
        </w:numPr>
        <w:spacing w:after="0"/>
        <w:rPr>
          <w:rFonts w:ascii="Arial" w:hAnsi="Arial"/>
        </w:rPr>
      </w:pPr>
      <w:r>
        <w:rPr>
          <w:rFonts w:ascii="Arial" w:hAnsi="Arial"/>
        </w:rPr>
        <w:t>S</w:t>
      </w:r>
      <w:r w:rsidR="00F019C0" w:rsidRPr="00FE1EFE">
        <w:rPr>
          <w:rFonts w:ascii="Arial" w:hAnsi="Arial"/>
        </w:rPr>
        <w:t>ignal</w:t>
      </w:r>
      <w:r>
        <w:rPr>
          <w:rFonts w:ascii="Arial" w:hAnsi="Arial"/>
        </w:rPr>
        <w:t>s</w:t>
      </w:r>
      <w:r w:rsidR="00F019C0" w:rsidRPr="00FE1EFE">
        <w:rPr>
          <w:rFonts w:ascii="Arial" w:hAnsi="Arial"/>
        </w:rPr>
        <w:t xml:space="preserve"> the onset of atrial contraction </w:t>
      </w:r>
    </w:p>
    <w:p w:rsidR="00605C4C" w:rsidRDefault="00F019C0" w:rsidP="003006E9">
      <w:pPr>
        <w:pStyle w:val="ListParagraph"/>
        <w:numPr>
          <w:ilvl w:val="0"/>
          <w:numId w:val="62"/>
        </w:numPr>
        <w:spacing w:after="0"/>
        <w:rPr>
          <w:rFonts w:ascii="Arial" w:hAnsi="Arial"/>
        </w:rPr>
      </w:pPr>
      <w:r w:rsidRPr="00FE1EFE">
        <w:rPr>
          <w:rFonts w:ascii="Arial" w:hAnsi="Arial"/>
        </w:rPr>
        <w:t xml:space="preserve">P represents the very first firing of that </w:t>
      </w:r>
      <w:r w:rsidR="00605C4C">
        <w:rPr>
          <w:rFonts w:ascii="Arial" w:hAnsi="Arial"/>
        </w:rPr>
        <w:t>SA</w:t>
      </w:r>
      <w:r w:rsidRPr="00FE1EFE">
        <w:rPr>
          <w:rFonts w:ascii="Arial" w:hAnsi="Arial"/>
        </w:rPr>
        <w:t xml:space="preserve"> node in the atria</w:t>
      </w:r>
      <w:r w:rsidR="00605C4C">
        <w:rPr>
          <w:rFonts w:ascii="Arial" w:hAnsi="Arial"/>
        </w:rPr>
        <w:t xml:space="preserve"> </w:t>
      </w:r>
    </w:p>
    <w:p w:rsidR="00605C4C" w:rsidRDefault="00605C4C" w:rsidP="003006E9">
      <w:pPr>
        <w:pStyle w:val="ListParagraph"/>
        <w:numPr>
          <w:ilvl w:val="0"/>
          <w:numId w:val="62"/>
        </w:numPr>
        <w:spacing w:after="0"/>
        <w:rPr>
          <w:rFonts w:ascii="Arial" w:hAnsi="Arial"/>
        </w:rPr>
      </w:pPr>
      <w:r>
        <w:rPr>
          <w:rFonts w:ascii="Arial" w:hAnsi="Arial"/>
        </w:rPr>
        <w:t>T</w:t>
      </w:r>
      <w:r w:rsidR="00F019C0" w:rsidRPr="00FE1EFE">
        <w:rPr>
          <w:rFonts w:ascii="Arial" w:hAnsi="Arial"/>
        </w:rPr>
        <w:t>he electrical signal precedes what we see with the contraction</w:t>
      </w:r>
    </w:p>
    <w:p w:rsidR="00D12F62" w:rsidRDefault="00605C4C" w:rsidP="003006E9">
      <w:pPr>
        <w:pStyle w:val="ListParagraph"/>
        <w:numPr>
          <w:ilvl w:val="0"/>
          <w:numId w:val="62"/>
        </w:numPr>
        <w:spacing w:after="0"/>
        <w:rPr>
          <w:rFonts w:ascii="Arial" w:hAnsi="Arial"/>
        </w:rPr>
      </w:pPr>
      <w:r>
        <w:rPr>
          <w:rFonts w:ascii="Arial" w:hAnsi="Arial"/>
        </w:rPr>
        <w:t>The P wave</w:t>
      </w:r>
      <w:r w:rsidR="00F019C0" w:rsidRPr="00FE1EFE">
        <w:rPr>
          <w:rFonts w:ascii="Arial" w:hAnsi="Arial"/>
        </w:rPr>
        <w:t xml:space="preserve"> represents th</w:t>
      </w:r>
      <w:r>
        <w:rPr>
          <w:rFonts w:ascii="Arial" w:hAnsi="Arial"/>
        </w:rPr>
        <w:t xml:space="preserve">e </w:t>
      </w:r>
      <w:r w:rsidR="00F019C0" w:rsidRPr="00FE1EFE">
        <w:rPr>
          <w:rFonts w:ascii="Arial" w:hAnsi="Arial"/>
        </w:rPr>
        <w:t>electrical change or current that's moving through the atria</w:t>
      </w:r>
    </w:p>
    <w:p w:rsidR="0015421C" w:rsidRDefault="0015421C" w:rsidP="003006E9">
      <w:pPr>
        <w:pStyle w:val="ListParagraph"/>
        <w:numPr>
          <w:ilvl w:val="0"/>
          <w:numId w:val="55"/>
        </w:numPr>
        <w:spacing w:after="0"/>
        <w:rPr>
          <w:rFonts w:ascii="Arial" w:hAnsi="Arial"/>
        </w:rPr>
      </w:pPr>
      <w:r>
        <w:rPr>
          <w:rFonts w:ascii="Arial" w:hAnsi="Arial"/>
        </w:rPr>
        <w:t>QRS complex</w:t>
      </w:r>
    </w:p>
    <w:p w:rsidR="0015421C" w:rsidRDefault="0015421C" w:rsidP="003006E9">
      <w:pPr>
        <w:pStyle w:val="ListParagraph"/>
        <w:numPr>
          <w:ilvl w:val="0"/>
          <w:numId w:val="64"/>
        </w:numPr>
        <w:spacing w:after="0"/>
        <w:rPr>
          <w:rFonts w:ascii="Arial" w:hAnsi="Arial"/>
        </w:rPr>
      </w:pPr>
      <w:r w:rsidRPr="0015421C">
        <w:rPr>
          <w:rFonts w:ascii="Arial" w:hAnsi="Arial"/>
        </w:rPr>
        <w:t>As the current slows and then enters into the ventricles, we get t</w:t>
      </w:r>
      <w:r>
        <w:rPr>
          <w:rFonts w:ascii="Arial" w:hAnsi="Arial"/>
        </w:rPr>
        <w:t>his</w:t>
      </w:r>
      <w:r w:rsidRPr="0015421C">
        <w:rPr>
          <w:rFonts w:ascii="Arial" w:hAnsi="Arial"/>
        </w:rPr>
        <w:t xml:space="preserve"> next phase </w:t>
      </w:r>
    </w:p>
    <w:p w:rsidR="007F5606" w:rsidRDefault="0015421C" w:rsidP="003006E9">
      <w:pPr>
        <w:pStyle w:val="ListParagraph"/>
        <w:numPr>
          <w:ilvl w:val="0"/>
          <w:numId w:val="63"/>
        </w:numPr>
        <w:spacing w:after="0"/>
        <w:rPr>
          <w:rFonts w:ascii="Arial" w:hAnsi="Arial"/>
        </w:rPr>
      </w:pPr>
      <w:r>
        <w:rPr>
          <w:rFonts w:ascii="Arial" w:hAnsi="Arial"/>
        </w:rPr>
        <w:t>R</w:t>
      </w:r>
      <w:r w:rsidR="00F019C0" w:rsidRPr="0015421C">
        <w:rPr>
          <w:rFonts w:ascii="Arial" w:hAnsi="Arial"/>
        </w:rPr>
        <w:t>epresents ventricular depolarization</w:t>
      </w:r>
      <w:r w:rsidR="007F5606">
        <w:rPr>
          <w:rFonts w:ascii="Arial" w:hAnsi="Arial"/>
        </w:rPr>
        <w:t xml:space="preserve"> = T</w:t>
      </w:r>
      <w:r w:rsidR="00F019C0" w:rsidRPr="007F5606">
        <w:rPr>
          <w:rFonts w:ascii="Arial" w:hAnsi="Arial"/>
        </w:rPr>
        <w:t>he movement of the signal through the ventricles</w:t>
      </w:r>
    </w:p>
    <w:p w:rsidR="00F61529" w:rsidRDefault="00F019C0" w:rsidP="003006E9">
      <w:pPr>
        <w:pStyle w:val="ListParagraph"/>
        <w:numPr>
          <w:ilvl w:val="0"/>
          <w:numId w:val="63"/>
        </w:numPr>
        <w:spacing w:after="0"/>
        <w:rPr>
          <w:rFonts w:ascii="Arial" w:hAnsi="Arial"/>
        </w:rPr>
      </w:pPr>
      <w:r w:rsidRPr="007F5606">
        <w:rPr>
          <w:rFonts w:ascii="Arial" w:hAnsi="Arial"/>
        </w:rPr>
        <w:lastRenderedPageBreak/>
        <w:t>It also is the signal for</w:t>
      </w:r>
      <w:r w:rsidR="007F5606">
        <w:rPr>
          <w:rFonts w:ascii="Arial" w:hAnsi="Arial"/>
        </w:rPr>
        <w:t xml:space="preserve"> the start of </w:t>
      </w:r>
      <w:r w:rsidRPr="007F5606">
        <w:rPr>
          <w:rFonts w:ascii="Arial" w:hAnsi="Arial"/>
        </w:rPr>
        <w:t>ventricular contraction</w:t>
      </w:r>
    </w:p>
    <w:p w:rsidR="00952846" w:rsidRDefault="00F61529" w:rsidP="003006E9">
      <w:pPr>
        <w:pStyle w:val="ListParagraph"/>
        <w:numPr>
          <w:ilvl w:val="0"/>
          <w:numId w:val="63"/>
        </w:numPr>
        <w:spacing w:after="0"/>
        <w:rPr>
          <w:rFonts w:ascii="Arial" w:hAnsi="Arial"/>
        </w:rPr>
      </w:pPr>
      <w:r>
        <w:rPr>
          <w:rFonts w:ascii="Arial" w:hAnsi="Arial"/>
        </w:rPr>
        <w:t>Ventricular contraction is</w:t>
      </w:r>
      <w:r w:rsidR="00F019C0" w:rsidRPr="007F5606">
        <w:rPr>
          <w:rFonts w:ascii="Arial" w:hAnsi="Arial"/>
        </w:rPr>
        <w:t xml:space="preserve"> happening just after the start of the QRS complex</w:t>
      </w:r>
    </w:p>
    <w:p w:rsidR="00952846" w:rsidRDefault="00F019C0" w:rsidP="003006E9">
      <w:pPr>
        <w:pStyle w:val="ListParagraph"/>
        <w:numPr>
          <w:ilvl w:val="0"/>
          <w:numId w:val="55"/>
        </w:numPr>
        <w:spacing w:after="0"/>
        <w:rPr>
          <w:rFonts w:ascii="Arial" w:hAnsi="Arial"/>
        </w:rPr>
      </w:pPr>
      <w:r w:rsidRPr="00952846">
        <w:rPr>
          <w:rFonts w:ascii="Arial" w:hAnsi="Arial"/>
        </w:rPr>
        <w:t>During the time when the ventricle is depolarizing, the atrium is actually repolarizing</w:t>
      </w:r>
    </w:p>
    <w:p w:rsidR="00D12F62" w:rsidRDefault="00952846" w:rsidP="003006E9">
      <w:pPr>
        <w:pStyle w:val="ListParagraph"/>
        <w:numPr>
          <w:ilvl w:val="0"/>
          <w:numId w:val="65"/>
        </w:numPr>
        <w:spacing w:after="0"/>
        <w:rPr>
          <w:rFonts w:ascii="Arial" w:hAnsi="Arial"/>
        </w:rPr>
      </w:pPr>
      <w:r>
        <w:rPr>
          <w:rFonts w:ascii="Arial" w:hAnsi="Arial"/>
        </w:rPr>
        <w:t>But b</w:t>
      </w:r>
      <w:r w:rsidR="00F019C0" w:rsidRPr="00952846">
        <w:rPr>
          <w:rFonts w:ascii="Arial" w:hAnsi="Arial"/>
        </w:rPr>
        <w:t xml:space="preserve">ecause the ventricular depolarization is so large </w:t>
      </w:r>
      <w:r w:rsidRPr="00952846">
        <w:rPr>
          <w:rFonts w:ascii="Arial" w:hAnsi="Arial"/>
        </w:rPr>
        <w:t>in</w:t>
      </w:r>
      <w:r w:rsidR="00F019C0" w:rsidRPr="00952846">
        <w:rPr>
          <w:rFonts w:ascii="Arial" w:hAnsi="Arial"/>
        </w:rPr>
        <w:t xml:space="preserve"> electrical signal, the repolarization of the atria is masked during this time, so you can't really</w:t>
      </w:r>
      <w:r>
        <w:rPr>
          <w:rFonts w:ascii="Arial" w:hAnsi="Arial"/>
        </w:rPr>
        <w:t xml:space="preserve"> </w:t>
      </w:r>
      <w:r w:rsidR="00F019C0" w:rsidRPr="00952846">
        <w:rPr>
          <w:rFonts w:ascii="Arial" w:hAnsi="Arial"/>
        </w:rPr>
        <w:t>see it in the ECG</w:t>
      </w:r>
    </w:p>
    <w:p w:rsidR="00F02CE3" w:rsidRDefault="00F02CE3" w:rsidP="003006E9">
      <w:pPr>
        <w:pStyle w:val="ListParagraph"/>
        <w:numPr>
          <w:ilvl w:val="0"/>
          <w:numId w:val="55"/>
        </w:numPr>
        <w:spacing w:after="0"/>
        <w:rPr>
          <w:rFonts w:ascii="Arial" w:hAnsi="Arial"/>
        </w:rPr>
      </w:pPr>
      <w:r>
        <w:rPr>
          <w:rFonts w:ascii="Arial" w:hAnsi="Arial"/>
        </w:rPr>
        <w:t xml:space="preserve">T wave </w:t>
      </w:r>
    </w:p>
    <w:p w:rsidR="00F02CE3" w:rsidRDefault="00F019C0" w:rsidP="003006E9">
      <w:pPr>
        <w:pStyle w:val="ListParagraph"/>
        <w:numPr>
          <w:ilvl w:val="0"/>
          <w:numId w:val="65"/>
        </w:numPr>
        <w:spacing w:after="0"/>
        <w:rPr>
          <w:rFonts w:ascii="Arial" w:hAnsi="Arial"/>
        </w:rPr>
      </w:pPr>
      <w:r w:rsidRPr="00F02CE3">
        <w:rPr>
          <w:rFonts w:ascii="Arial" w:hAnsi="Arial"/>
        </w:rPr>
        <w:t xml:space="preserve">The T way represents repolarization of </w:t>
      </w:r>
      <w:r w:rsidR="00F02CE3">
        <w:rPr>
          <w:rFonts w:ascii="Arial" w:hAnsi="Arial"/>
        </w:rPr>
        <w:t xml:space="preserve">the </w:t>
      </w:r>
      <w:r w:rsidRPr="00F02CE3">
        <w:rPr>
          <w:rFonts w:ascii="Arial" w:hAnsi="Arial"/>
        </w:rPr>
        <w:t xml:space="preserve">ventricles </w:t>
      </w:r>
    </w:p>
    <w:p w:rsidR="00114B62" w:rsidRDefault="00F019C0" w:rsidP="003006E9">
      <w:pPr>
        <w:pStyle w:val="ListParagraph"/>
        <w:numPr>
          <w:ilvl w:val="0"/>
          <w:numId w:val="66"/>
        </w:numPr>
        <w:spacing w:after="0"/>
        <w:rPr>
          <w:rFonts w:ascii="Arial" w:hAnsi="Arial"/>
        </w:rPr>
      </w:pPr>
      <w:proofErr w:type="gramStart"/>
      <w:r w:rsidRPr="00F02CE3">
        <w:rPr>
          <w:rFonts w:ascii="Arial" w:hAnsi="Arial"/>
        </w:rPr>
        <w:t>So</w:t>
      </w:r>
      <w:proofErr w:type="gramEnd"/>
      <w:r w:rsidRPr="00F02CE3">
        <w:rPr>
          <w:rFonts w:ascii="Arial" w:hAnsi="Arial"/>
        </w:rPr>
        <w:t xml:space="preserve"> we've had the electrical membrane potential move closer to a positive side, and now we haven't moving back down to resting membrane conditions</w:t>
      </w:r>
    </w:p>
    <w:p w:rsidR="00114B62" w:rsidRDefault="00F019C0" w:rsidP="003006E9">
      <w:pPr>
        <w:pStyle w:val="ListParagraph"/>
        <w:numPr>
          <w:ilvl w:val="0"/>
          <w:numId w:val="66"/>
        </w:numPr>
        <w:spacing w:after="0"/>
        <w:rPr>
          <w:rFonts w:ascii="Arial" w:hAnsi="Arial"/>
        </w:rPr>
      </w:pPr>
      <w:r w:rsidRPr="00F02CE3">
        <w:rPr>
          <w:rFonts w:ascii="Arial" w:hAnsi="Arial"/>
        </w:rPr>
        <w:t xml:space="preserve">It will also be the period when ventricular relaxation begins </w:t>
      </w:r>
      <w:r w:rsidR="00114B62">
        <w:rPr>
          <w:rFonts w:ascii="Arial" w:hAnsi="Arial"/>
        </w:rPr>
        <w:t>= P</w:t>
      </w:r>
      <w:r w:rsidRPr="00F02CE3">
        <w:rPr>
          <w:rFonts w:ascii="Arial" w:hAnsi="Arial"/>
        </w:rPr>
        <w:t>artway</w:t>
      </w:r>
      <w:r w:rsidR="00114B62">
        <w:rPr>
          <w:rFonts w:ascii="Arial" w:hAnsi="Arial"/>
        </w:rPr>
        <w:t xml:space="preserve"> </w:t>
      </w:r>
      <w:r w:rsidRPr="00114B62">
        <w:rPr>
          <w:rFonts w:ascii="Arial" w:hAnsi="Arial"/>
        </w:rPr>
        <w:t>into the T wave when it starts to repolarize</w:t>
      </w:r>
      <w:r w:rsidR="00114B62">
        <w:rPr>
          <w:rFonts w:ascii="Arial" w:hAnsi="Arial"/>
        </w:rPr>
        <w:t>,</w:t>
      </w:r>
      <w:r w:rsidRPr="00114B62">
        <w:rPr>
          <w:rFonts w:ascii="Arial" w:hAnsi="Arial"/>
        </w:rPr>
        <w:t xml:space="preserve"> contraction </w:t>
      </w:r>
      <w:r w:rsidR="00114B62">
        <w:rPr>
          <w:rFonts w:ascii="Arial" w:hAnsi="Arial"/>
        </w:rPr>
        <w:t xml:space="preserve">ends, </w:t>
      </w:r>
      <w:r w:rsidRPr="00114B62">
        <w:rPr>
          <w:rFonts w:ascii="Arial" w:hAnsi="Arial"/>
        </w:rPr>
        <w:t xml:space="preserve">and </w:t>
      </w:r>
      <w:r w:rsidR="00114B62">
        <w:rPr>
          <w:rFonts w:ascii="Arial" w:hAnsi="Arial"/>
        </w:rPr>
        <w:t xml:space="preserve">we </w:t>
      </w:r>
      <w:r w:rsidRPr="00114B62">
        <w:rPr>
          <w:rFonts w:ascii="Arial" w:hAnsi="Arial"/>
        </w:rPr>
        <w:t>will start to get relaxatio</w:t>
      </w:r>
      <w:r w:rsidR="00114B62">
        <w:rPr>
          <w:rFonts w:ascii="Arial" w:hAnsi="Arial"/>
        </w:rPr>
        <w:t>n</w:t>
      </w:r>
    </w:p>
    <w:p w:rsidR="00114B62" w:rsidRDefault="00114B62" w:rsidP="003006E9">
      <w:pPr>
        <w:pStyle w:val="ListParagraph"/>
        <w:numPr>
          <w:ilvl w:val="0"/>
          <w:numId w:val="55"/>
        </w:numPr>
        <w:spacing w:after="0"/>
        <w:rPr>
          <w:rFonts w:ascii="Arial" w:hAnsi="Arial"/>
        </w:rPr>
      </w:pPr>
      <w:r>
        <w:rPr>
          <w:rFonts w:ascii="Arial" w:hAnsi="Arial"/>
        </w:rPr>
        <w:t>We can see</w:t>
      </w:r>
      <w:r w:rsidR="00F019C0" w:rsidRPr="00114B62">
        <w:rPr>
          <w:rFonts w:ascii="Arial" w:hAnsi="Arial"/>
        </w:rPr>
        <w:t xml:space="preserve"> not just the waves, but also the time between the waves </w:t>
      </w:r>
      <w:r>
        <w:rPr>
          <w:rFonts w:ascii="Arial" w:hAnsi="Arial"/>
        </w:rPr>
        <w:t xml:space="preserve">= </w:t>
      </w:r>
      <w:r w:rsidR="00F019C0" w:rsidRPr="00114B62">
        <w:rPr>
          <w:rFonts w:ascii="Arial" w:hAnsi="Arial"/>
        </w:rPr>
        <w:t xml:space="preserve">intervals or segment </w:t>
      </w:r>
    </w:p>
    <w:p w:rsidR="00D12F62" w:rsidRDefault="00114B62" w:rsidP="003006E9">
      <w:pPr>
        <w:pStyle w:val="ListParagraph"/>
        <w:numPr>
          <w:ilvl w:val="0"/>
          <w:numId w:val="65"/>
        </w:numPr>
        <w:spacing w:after="0"/>
        <w:rPr>
          <w:rFonts w:ascii="Arial" w:hAnsi="Arial"/>
        </w:rPr>
      </w:pPr>
      <w:r>
        <w:rPr>
          <w:rFonts w:ascii="Arial" w:hAnsi="Arial"/>
        </w:rPr>
        <w:t>W</w:t>
      </w:r>
      <w:r w:rsidR="00F019C0" w:rsidRPr="00114B62">
        <w:rPr>
          <w:rFonts w:ascii="Arial" w:hAnsi="Arial"/>
        </w:rPr>
        <w:t xml:space="preserve">e can use these intervals to measure the length of things like </w:t>
      </w:r>
      <w:r w:rsidR="000D54DD">
        <w:rPr>
          <w:rFonts w:ascii="Arial" w:hAnsi="Arial"/>
        </w:rPr>
        <w:t xml:space="preserve">a </w:t>
      </w:r>
      <w:r w:rsidR="00F019C0" w:rsidRPr="00114B62">
        <w:rPr>
          <w:rFonts w:ascii="Arial" w:hAnsi="Arial"/>
        </w:rPr>
        <w:t>contraction phase of the heart</w:t>
      </w:r>
    </w:p>
    <w:p w:rsidR="00DB771D" w:rsidRDefault="00DB771D" w:rsidP="003006E9">
      <w:pPr>
        <w:pStyle w:val="ListParagraph"/>
        <w:numPr>
          <w:ilvl w:val="0"/>
          <w:numId w:val="55"/>
        </w:numPr>
        <w:spacing w:after="0"/>
        <w:rPr>
          <w:rFonts w:ascii="Arial" w:hAnsi="Arial"/>
        </w:rPr>
      </w:pPr>
      <w:r>
        <w:rPr>
          <w:rFonts w:ascii="Arial" w:hAnsi="Arial"/>
        </w:rPr>
        <w:t xml:space="preserve">P-Q </w:t>
      </w:r>
      <w:r w:rsidR="00F019C0" w:rsidRPr="00DB771D">
        <w:rPr>
          <w:rFonts w:ascii="Arial" w:hAnsi="Arial"/>
        </w:rPr>
        <w:t>interval is running from the start</w:t>
      </w:r>
      <w:r>
        <w:rPr>
          <w:rFonts w:ascii="Arial" w:hAnsi="Arial"/>
        </w:rPr>
        <w:t xml:space="preserve"> of</w:t>
      </w:r>
      <w:r w:rsidR="00F019C0" w:rsidRPr="00DB771D">
        <w:rPr>
          <w:rFonts w:ascii="Arial" w:hAnsi="Arial"/>
        </w:rPr>
        <w:t xml:space="preserve"> </w:t>
      </w:r>
      <w:r>
        <w:rPr>
          <w:rFonts w:ascii="Arial" w:hAnsi="Arial"/>
        </w:rPr>
        <w:t>P</w:t>
      </w:r>
      <w:r w:rsidR="00F019C0" w:rsidRPr="00DB771D">
        <w:rPr>
          <w:rFonts w:ascii="Arial" w:hAnsi="Arial"/>
        </w:rPr>
        <w:t xml:space="preserve"> to the start</w:t>
      </w:r>
      <w:r>
        <w:rPr>
          <w:rFonts w:ascii="Arial" w:hAnsi="Arial"/>
        </w:rPr>
        <w:t xml:space="preserve"> of</w:t>
      </w:r>
      <w:r w:rsidR="00F019C0" w:rsidRPr="00DB771D">
        <w:rPr>
          <w:rFonts w:ascii="Arial" w:hAnsi="Arial"/>
        </w:rPr>
        <w:t xml:space="preserve"> Q</w:t>
      </w:r>
    </w:p>
    <w:p w:rsidR="00BE07A7" w:rsidRDefault="00DB771D" w:rsidP="003006E9">
      <w:pPr>
        <w:pStyle w:val="ListParagraph"/>
        <w:numPr>
          <w:ilvl w:val="0"/>
          <w:numId w:val="65"/>
        </w:numPr>
        <w:spacing w:after="0"/>
        <w:rPr>
          <w:rFonts w:ascii="Arial" w:hAnsi="Arial"/>
        </w:rPr>
      </w:pPr>
      <w:r>
        <w:rPr>
          <w:rFonts w:ascii="Arial" w:hAnsi="Arial"/>
        </w:rPr>
        <w:t>R</w:t>
      </w:r>
      <w:r w:rsidR="00F019C0" w:rsidRPr="00DB771D">
        <w:rPr>
          <w:rFonts w:ascii="Arial" w:hAnsi="Arial"/>
        </w:rPr>
        <w:t>epresents the start of atrial excitation to the start of ventricular excitation</w:t>
      </w:r>
    </w:p>
    <w:p w:rsidR="00BE07A7" w:rsidRDefault="00F019C0" w:rsidP="003006E9">
      <w:pPr>
        <w:pStyle w:val="ListParagraph"/>
        <w:numPr>
          <w:ilvl w:val="0"/>
          <w:numId w:val="65"/>
        </w:numPr>
        <w:spacing w:after="0"/>
        <w:rPr>
          <w:rFonts w:ascii="Arial" w:hAnsi="Arial"/>
        </w:rPr>
      </w:pPr>
      <w:r w:rsidRPr="00DB771D">
        <w:rPr>
          <w:rFonts w:ascii="Arial" w:hAnsi="Arial"/>
        </w:rPr>
        <w:t>So</w:t>
      </w:r>
      <w:r w:rsidR="00BE07A7">
        <w:rPr>
          <w:rFonts w:ascii="Arial" w:hAnsi="Arial"/>
        </w:rPr>
        <w:t>,</w:t>
      </w:r>
      <w:r w:rsidRPr="00DB771D">
        <w:rPr>
          <w:rFonts w:ascii="Arial" w:hAnsi="Arial"/>
        </w:rPr>
        <w:t xml:space="preserve"> the amount of time it takes to go from the </w:t>
      </w:r>
      <w:r w:rsidR="00BE07A7">
        <w:rPr>
          <w:rFonts w:ascii="Arial" w:hAnsi="Arial"/>
        </w:rPr>
        <w:t>SA</w:t>
      </w:r>
      <w:r w:rsidRPr="00DB771D">
        <w:rPr>
          <w:rFonts w:ascii="Arial" w:hAnsi="Arial"/>
        </w:rPr>
        <w:t xml:space="preserve"> no</w:t>
      </w:r>
      <w:r w:rsidR="00BE07A7">
        <w:rPr>
          <w:rFonts w:ascii="Arial" w:hAnsi="Arial"/>
        </w:rPr>
        <w:t>d</w:t>
      </w:r>
      <w:r w:rsidRPr="00DB771D">
        <w:rPr>
          <w:rFonts w:ascii="Arial" w:hAnsi="Arial"/>
        </w:rPr>
        <w:t>e and then enter into the AV bundle</w:t>
      </w:r>
    </w:p>
    <w:p w:rsidR="00D12F62" w:rsidRDefault="00F019C0" w:rsidP="003006E9">
      <w:pPr>
        <w:pStyle w:val="ListParagraph"/>
        <w:numPr>
          <w:ilvl w:val="0"/>
          <w:numId w:val="55"/>
        </w:numPr>
        <w:spacing w:after="0"/>
        <w:rPr>
          <w:rFonts w:ascii="Arial" w:hAnsi="Arial"/>
        </w:rPr>
      </w:pPr>
      <w:r w:rsidRPr="00BE07A7">
        <w:rPr>
          <w:rFonts w:ascii="Arial" w:hAnsi="Arial"/>
        </w:rPr>
        <w:t>The S</w:t>
      </w:r>
      <w:r w:rsidR="00BE07A7">
        <w:rPr>
          <w:rFonts w:ascii="Arial" w:hAnsi="Arial"/>
        </w:rPr>
        <w:t>-</w:t>
      </w:r>
      <w:r w:rsidRPr="00BE07A7">
        <w:rPr>
          <w:rFonts w:ascii="Arial" w:hAnsi="Arial"/>
        </w:rPr>
        <w:t>T segment represents that time between the beginning of depolarization and repolarization or when we have that plateau phase</w:t>
      </w:r>
    </w:p>
    <w:p w:rsidR="00D12F62" w:rsidRDefault="0006523E" w:rsidP="003006E9">
      <w:pPr>
        <w:pStyle w:val="ListParagraph"/>
        <w:numPr>
          <w:ilvl w:val="0"/>
          <w:numId w:val="55"/>
        </w:numPr>
        <w:spacing w:after="0"/>
        <w:rPr>
          <w:rFonts w:ascii="Arial" w:hAnsi="Arial"/>
        </w:rPr>
      </w:pPr>
      <w:r>
        <w:rPr>
          <w:rFonts w:ascii="Arial" w:hAnsi="Arial"/>
        </w:rPr>
        <w:t>T</w:t>
      </w:r>
      <w:r w:rsidR="00F019C0" w:rsidRPr="0006523E">
        <w:rPr>
          <w:rFonts w:ascii="Arial" w:hAnsi="Arial"/>
        </w:rPr>
        <w:t>he QT interval represents the start of ventricular depolarization</w:t>
      </w:r>
      <w:r w:rsidR="00367889">
        <w:rPr>
          <w:rFonts w:ascii="Arial" w:hAnsi="Arial"/>
        </w:rPr>
        <w:t>,</w:t>
      </w:r>
      <w:r w:rsidR="00F019C0" w:rsidRPr="0006523E">
        <w:rPr>
          <w:rFonts w:ascii="Arial" w:hAnsi="Arial"/>
        </w:rPr>
        <w:t xml:space="preserve"> to the end of ventricular repolarization</w:t>
      </w:r>
    </w:p>
    <w:p w:rsidR="00367889" w:rsidRDefault="00367889" w:rsidP="003006E9">
      <w:pPr>
        <w:pStyle w:val="ListParagraph"/>
        <w:numPr>
          <w:ilvl w:val="0"/>
          <w:numId w:val="67"/>
        </w:numPr>
        <w:spacing w:after="0"/>
        <w:rPr>
          <w:rFonts w:ascii="Arial" w:hAnsi="Arial"/>
        </w:rPr>
      </w:pPr>
      <w:r>
        <w:rPr>
          <w:rFonts w:ascii="Arial" w:hAnsi="Arial"/>
        </w:rPr>
        <w:t xml:space="preserve">So, the </w:t>
      </w:r>
      <w:r w:rsidR="00F019C0" w:rsidRPr="00367889">
        <w:rPr>
          <w:rFonts w:ascii="Arial" w:hAnsi="Arial"/>
        </w:rPr>
        <w:t>entire phase of the ventricles through contraction and relaxation</w:t>
      </w:r>
    </w:p>
    <w:p w:rsidR="00367889" w:rsidRDefault="00367889" w:rsidP="003006E9">
      <w:pPr>
        <w:pStyle w:val="ListParagraph"/>
        <w:numPr>
          <w:ilvl w:val="0"/>
          <w:numId w:val="68"/>
        </w:numPr>
        <w:spacing w:after="0"/>
        <w:rPr>
          <w:rFonts w:ascii="Arial" w:hAnsi="Arial"/>
        </w:rPr>
      </w:pPr>
      <w:r>
        <w:rPr>
          <w:rFonts w:ascii="Arial" w:hAnsi="Arial"/>
        </w:rPr>
        <w:t xml:space="preserve">There are many </w:t>
      </w:r>
      <w:r w:rsidR="00F019C0" w:rsidRPr="00367889">
        <w:rPr>
          <w:rFonts w:ascii="Arial" w:hAnsi="Arial"/>
        </w:rPr>
        <w:t>different changes that can occur in these waves and the length of these intervals</w:t>
      </w:r>
    </w:p>
    <w:p w:rsidR="00367889" w:rsidRDefault="00367889" w:rsidP="003006E9">
      <w:pPr>
        <w:pStyle w:val="ListParagraph"/>
        <w:numPr>
          <w:ilvl w:val="0"/>
          <w:numId w:val="68"/>
        </w:numPr>
        <w:spacing w:after="0"/>
        <w:rPr>
          <w:rFonts w:ascii="Arial" w:hAnsi="Arial"/>
        </w:rPr>
      </w:pPr>
      <w:r>
        <w:rPr>
          <w:rFonts w:ascii="Arial" w:hAnsi="Arial"/>
        </w:rPr>
        <w:t>C</w:t>
      </w:r>
      <w:r w:rsidR="00F019C0" w:rsidRPr="00367889">
        <w:rPr>
          <w:rFonts w:ascii="Arial" w:hAnsi="Arial"/>
        </w:rPr>
        <w:t>linicians can use this information as a diagnostic tool to determine the overall functioning of the heart</w:t>
      </w:r>
    </w:p>
    <w:p w:rsidR="00D12F62" w:rsidRDefault="00367889" w:rsidP="003006E9">
      <w:pPr>
        <w:pStyle w:val="ListParagraph"/>
        <w:numPr>
          <w:ilvl w:val="0"/>
          <w:numId w:val="67"/>
        </w:numPr>
        <w:spacing w:after="0"/>
        <w:rPr>
          <w:rFonts w:ascii="Arial" w:hAnsi="Arial"/>
        </w:rPr>
      </w:pPr>
      <w:r>
        <w:rPr>
          <w:rFonts w:ascii="Arial" w:hAnsi="Arial"/>
        </w:rPr>
        <w:t xml:space="preserve">Examples: Whether or not </w:t>
      </w:r>
      <w:r w:rsidR="00F019C0" w:rsidRPr="00367889">
        <w:rPr>
          <w:rFonts w:ascii="Arial" w:hAnsi="Arial"/>
        </w:rPr>
        <w:t xml:space="preserve">someone is in heart failure, whether they've had a heart attack, </w:t>
      </w:r>
      <w:proofErr w:type="spellStart"/>
      <w:r>
        <w:rPr>
          <w:rFonts w:ascii="Arial" w:hAnsi="Arial"/>
        </w:rPr>
        <w:t>etc</w:t>
      </w:r>
      <w:proofErr w:type="spellEnd"/>
    </w:p>
    <w:p w:rsidR="00367889" w:rsidRDefault="00367889" w:rsidP="00367889">
      <w:pPr>
        <w:spacing w:after="0"/>
        <w:rPr>
          <w:rFonts w:ascii="Arial" w:hAnsi="Arial"/>
        </w:rPr>
      </w:pPr>
      <w:r>
        <w:rPr>
          <w:rFonts w:ascii="Arial" w:hAnsi="Arial"/>
          <w:noProof/>
        </w:rPr>
        <w:drawing>
          <wp:anchor distT="0" distB="0" distL="114300" distR="114300" simplePos="0" relativeHeight="251673600" behindDoc="1" locked="0" layoutInCell="1" allowOverlap="1">
            <wp:simplePos x="0" y="0"/>
            <wp:positionH relativeFrom="column">
              <wp:posOffset>1780154</wp:posOffset>
            </wp:positionH>
            <wp:positionV relativeFrom="paragraph">
              <wp:posOffset>62576</wp:posOffset>
            </wp:positionV>
            <wp:extent cx="3149600" cy="2919961"/>
            <wp:effectExtent l="0" t="0" r="0" b="1270"/>
            <wp:wrapNone/>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0-01-16 at 1.36.40 AM.png"/>
                    <pic:cNvPicPr/>
                  </pic:nvPicPr>
                  <pic:blipFill rotWithShape="1">
                    <a:blip r:embed="rId15"/>
                    <a:srcRect l="20927" t="13160" r="21934" b="2082"/>
                    <a:stretch/>
                  </pic:blipFill>
                  <pic:spPr bwMode="auto">
                    <a:xfrm>
                      <a:off x="0" y="0"/>
                      <a:ext cx="3149600" cy="29199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67889" w:rsidRDefault="00367889" w:rsidP="00367889">
      <w:pPr>
        <w:spacing w:after="0"/>
        <w:rPr>
          <w:rFonts w:ascii="Arial" w:hAnsi="Arial"/>
        </w:rPr>
      </w:pPr>
    </w:p>
    <w:p w:rsidR="00367889" w:rsidRDefault="00367889" w:rsidP="00367889">
      <w:pPr>
        <w:spacing w:after="0"/>
        <w:rPr>
          <w:rFonts w:ascii="Arial" w:hAnsi="Arial"/>
        </w:rPr>
      </w:pPr>
    </w:p>
    <w:p w:rsidR="00367889" w:rsidRDefault="00367889" w:rsidP="00367889">
      <w:pPr>
        <w:spacing w:after="0"/>
        <w:rPr>
          <w:rFonts w:ascii="Arial" w:hAnsi="Arial"/>
        </w:rPr>
      </w:pPr>
    </w:p>
    <w:p w:rsidR="00367889" w:rsidRDefault="00367889" w:rsidP="00367889">
      <w:pPr>
        <w:spacing w:after="0"/>
        <w:rPr>
          <w:rFonts w:ascii="Arial" w:hAnsi="Arial"/>
        </w:rPr>
      </w:pPr>
    </w:p>
    <w:p w:rsidR="00367889" w:rsidRDefault="00367889" w:rsidP="00367889">
      <w:pPr>
        <w:spacing w:after="0"/>
        <w:rPr>
          <w:rFonts w:ascii="Arial" w:hAnsi="Arial"/>
        </w:rPr>
      </w:pPr>
    </w:p>
    <w:p w:rsidR="00367889" w:rsidRDefault="00367889" w:rsidP="00367889">
      <w:pPr>
        <w:spacing w:after="0"/>
        <w:rPr>
          <w:rFonts w:ascii="Arial" w:hAnsi="Arial"/>
        </w:rPr>
      </w:pPr>
    </w:p>
    <w:p w:rsidR="00367889" w:rsidRDefault="00367889" w:rsidP="00367889">
      <w:pPr>
        <w:spacing w:after="0"/>
        <w:rPr>
          <w:rFonts w:ascii="Arial" w:hAnsi="Arial"/>
        </w:rPr>
      </w:pPr>
    </w:p>
    <w:p w:rsidR="00367889" w:rsidRDefault="00367889" w:rsidP="00367889">
      <w:pPr>
        <w:spacing w:after="0"/>
        <w:rPr>
          <w:rFonts w:ascii="Arial" w:hAnsi="Arial"/>
        </w:rPr>
      </w:pPr>
    </w:p>
    <w:p w:rsidR="00367889" w:rsidRDefault="00367889" w:rsidP="00367889">
      <w:pPr>
        <w:spacing w:after="0"/>
        <w:rPr>
          <w:rFonts w:ascii="Arial" w:hAnsi="Arial"/>
        </w:rPr>
      </w:pPr>
    </w:p>
    <w:p w:rsidR="00367889" w:rsidRDefault="00367889" w:rsidP="00367889">
      <w:pPr>
        <w:spacing w:after="0"/>
        <w:rPr>
          <w:rFonts w:ascii="Arial" w:hAnsi="Arial"/>
        </w:rPr>
      </w:pPr>
    </w:p>
    <w:p w:rsidR="00367889" w:rsidRDefault="00367889" w:rsidP="00367889">
      <w:pPr>
        <w:spacing w:after="0"/>
        <w:rPr>
          <w:rFonts w:ascii="Arial" w:hAnsi="Arial"/>
        </w:rPr>
      </w:pPr>
    </w:p>
    <w:p w:rsidR="00367889" w:rsidRDefault="00367889" w:rsidP="00367889">
      <w:pPr>
        <w:spacing w:after="0"/>
        <w:rPr>
          <w:rFonts w:ascii="Arial" w:hAnsi="Arial"/>
        </w:rPr>
      </w:pPr>
    </w:p>
    <w:p w:rsidR="00367889" w:rsidRDefault="00367889" w:rsidP="00367889">
      <w:pPr>
        <w:spacing w:after="0"/>
        <w:rPr>
          <w:rFonts w:ascii="Arial" w:hAnsi="Arial"/>
        </w:rPr>
      </w:pPr>
    </w:p>
    <w:p w:rsidR="00367889" w:rsidRDefault="00367889" w:rsidP="00367889">
      <w:pPr>
        <w:spacing w:after="0"/>
        <w:rPr>
          <w:rFonts w:ascii="Arial" w:hAnsi="Arial"/>
        </w:rPr>
      </w:pPr>
    </w:p>
    <w:p w:rsidR="00367889" w:rsidRDefault="00C01657" w:rsidP="00367889">
      <w:pPr>
        <w:spacing w:after="0"/>
        <w:rPr>
          <w:rFonts w:ascii="Arial" w:hAnsi="Arial"/>
        </w:rPr>
      </w:pPr>
      <w:r>
        <w:rPr>
          <w:rFonts w:ascii="Arial" w:hAnsi="Arial"/>
          <w:b/>
          <w:bCs/>
          <w:u w:val="single"/>
        </w:rPr>
        <w:lastRenderedPageBreak/>
        <w:t>Summary</w:t>
      </w:r>
    </w:p>
    <w:p w:rsidR="00C01657" w:rsidRDefault="00C01657" w:rsidP="003006E9">
      <w:pPr>
        <w:pStyle w:val="ListParagraph"/>
        <w:numPr>
          <w:ilvl w:val="0"/>
          <w:numId w:val="69"/>
        </w:numPr>
        <w:spacing w:after="0"/>
        <w:rPr>
          <w:rFonts w:ascii="Arial" w:hAnsi="Arial"/>
        </w:rPr>
      </w:pPr>
      <w:r w:rsidRPr="00C01657">
        <w:rPr>
          <w:rFonts w:ascii="Arial" w:hAnsi="Arial"/>
        </w:rPr>
        <w:t xml:space="preserve">P wave: Depolarization of atrial myocardium. Signals onset of atrial contraction </w:t>
      </w:r>
    </w:p>
    <w:p w:rsidR="00C01657" w:rsidRDefault="00C01657" w:rsidP="003006E9">
      <w:pPr>
        <w:pStyle w:val="ListParagraph"/>
        <w:numPr>
          <w:ilvl w:val="0"/>
          <w:numId w:val="69"/>
        </w:numPr>
        <w:spacing w:after="0"/>
        <w:rPr>
          <w:rFonts w:ascii="Arial" w:hAnsi="Arial"/>
        </w:rPr>
      </w:pPr>
      <w:r>
        <w:rPr>
          <w:rFonts w:ascii="Arial" w:hAnsi="Arial"/>
        </w:rPr>
        <w:t xml:space="preserve">QRS complex: Ventricular depolarization and signals onset of ventricular contraction. Repolarization of atria simultaneously </w:t>
      </w:r>
    </w:p>
    <w:p w:rsidR="00C01657" w:rsidRDefault="00C01657" w:rsidP="003006E9">
      <w:pPr>
        <w:pStyle w:val="ListParagraph"/>
        <w:numPr>
          <w:ilvl w:val="0"/>
          <w:numId w:val="69"/>
        </w:numPr>
        <w:spacing w:after="0"/>
        <w:rPr>
          <w:rFonts w:ascii="Arial" w:hAnsi="Arial"/>
        </w:rPr>
      </w:pPr>
      <w:r>
        <w:rPr>
          <w:rFonts w:ascii="Arial" w:hAnsi="Arial"/>
        </w:rPr>
        <w:t xml:space="preserve">T wave: Repolarization of ventricles; Ventricle relaxation </w:t>
      </w:r>
    </w:p>
    <w:p w:rsidR="00107833" w:rsidRDefault="00107833" w:rsidP="003006E9">
      <w:pPr>
        <w:pStyle w:val="ListParagraph"/>
        <w:numPr>
          <w:ilvl w:val="0"/>
          <w:numId w:val="69"/>
        </w:numPr>
        <w:spacing w:after="0"/>
        <w:rPr>
          <w:rFonts w:ascii="Arial" w:hAnsi="Arial"/>
        </w:rPr>
      </w:pPr>
      <w:r>
        <w:rPr>
          <w:rFonts w:ascii="Arial" w:hAnsi="Arial"/>
        </w:rPr>
        <w:t xml:space="preserve">PQ interval: 0.16 seconds; Start of atrial excitation to start of ventricular excitation </w:t>
      </w:r>
    </w:p>
    <w:p w:rsidR="00107833" w:rsidRDefault="00107833" w:rsidP="003006E9">
      <w:pPr>
        <w:pStyle w:val="ListParagraph"/>
        <w:numPr>
          <w:ilvl w:val="0"/>
          <w:numId w:val="67"/>
        </w:numPr>
        <w:spacing w:after="0"/>
        <w:rPr>
          <w:rFonts w:ascii="Arial" w:hAnsi="Arial"/>
        </w:rPr>
      </w:pPr>
      <w:r>
        <w:rPr>
          <w:rFonts w:ascii="Arial" w:hAnsi="Arial"/>
        </w:rPr>
        <w:t xml:space="preserve">Also known as PR interval </w:t>
      </w:r>
    </w:p>
    <w:p w:rsidR="00107833" w:rsidRDefault="00107833" w:rsidP="003006E9">
      <w:pPr>
        <w:pStyle w:val="ListParagraph"/>
        <w:numPr>
          <w:ilvl w:val="0"/>
          <w:numId w:val="67"/>
        </w:numPr>
        <w:spacing w:after="0"/>
        <w:rPr>
          <w:rFonts w:ascii="Arial" w:hAnsi="Arial"/>
        </w:rPr>
      </w:pPr>
      <w:r>
        <w:rPr>
          <w:rFonts w:ascii="Arial" w:hAnsi="Arial"/>
        </w:rPr>
        <w:t xml:space="preserve">This is because they Q portion </w:t>
      </w:r>
      <w:r w:rsidR="00F019C0" w:rsidRPr="00107833">
        <w:rPr>
          <w:rFonts w:ascii="Arial" w:hAnsi="Arial"/>
        </w:rPr>
        <w:t xml:space="preserve">of the QR complex is quite small </w:t>
      </w:r>
    </w:p>
    <w:p w:rsidR="00107833" w:rsidRDefault="00F019C0" w:rsidP="003006E9">
      <w:pPr>
        <w:pStyle w:val="ListParagraph"/>
        <w:numPr>
          <w:ilvl w:val="0"/>
          <w:numId w:val="70"/>
        </w:numPr>
        <w:spacing w:after="0"/>
        <w:rPr>
          <w:rFonts w:ascii="Arial" w:hAnsi="Arial"/>
        </w:rPr>
      </w:pPr>
      <w:r w:rsidRPr="00107833">
        <w:rPr>
          <w:rFonts w:ascii="Arial" w:hAnsi="Arial"/>
        </w:rPr>
        <w:t xml:space="preserve">and </w:t>
      </w:r>
      <w:r w:rsidR="00107833">
        <w:rPr>
          <w:rFonts w:ascii="Arial" w:hAnsi="Arial"/>
        </w:rPr>
        <w:t>originally w</w:t>
      </w:r>
      <w:r w:rsidRPr="00107833">
        <w:rPr>
          <w:rFonts w:ascii="Arial" w:hAnsi="Arial"/>
        </w:rPr>
        <w:t>hen they did these types of ECG's, they were doing it on paper and they physically had to measure the distance between one segment and another with a ruler</w:t>
      </w:r>
    </w:p>
    <w:p w:rsidR="00D12F62" w:rsidRDefault="00F019C0" w:rsidP="003006E9">
      <w:pPr>
        <w:pStyle w:val="ListParagraph"/>
        <w:numPr>
          <w:ilvl w:val="0"/>
          <w:numId w:val="70"/>
        </w:numPr>
        <w:spacing w:after="0"/>
        <w:rPr>
          <w:rFonts w:ascii="Arial" w:hAnsi="Arial"/>
        </w:rPr>
      </w:pPr>
      <w:r w:rsidRPr="00107833">
        <w:rPr>
          <w:rFonts w:ascii="Arial" w:hAnsi="Arial"/>
        </w:rPr>
        <w:t>So</w:t>
      </w:r>
      <w:r w:rsidR="00107833">
        <w:rPr>
          <w:rFonts w:ascii="Arial" w:hAnsi="Arial"/>
        </w:rPr>
        <w:t>,</w:t>
      </w:r>
      <w:r w:rsidRPr="00107833">
        <w:rPr>
          <w:rFonts w:ascii="Arial" w:hAnsi="Arial"/>
        </w:rPr>
        <w:t xml:space="preserve"> the </w:t>
      </w:r>
      <w:r w:rsidR="00107833">
        <w:rPr>
          <w:rFonts w:ascii="Arial" w:hAnsi="Arial"/>
        </w:rPr>
        <w:t>Q</w:t>
      </w:r>
      <w:r w:rsidR="0073427A">
        <w:rPr>
          <w:rFonts w:ascii="Arial" w:hAnsi="Arial"/>
        </w:rPr>
        <w:t>R</w:t>
      </w:r>
      <w:r w:rsidRPr="00107833">
        <w:rPr>
          <w:rFonts w:ascii="Arial" w:hAnsi="Arial"/>
        </w:rPr>
        <w:t xml:space="preserve"> region was quite small, so they just measured from P to R instead</w:t>
      </w:r>
    </w:p>
    <w:p w:rsidR="0073427A" w:rsidRPr="0073427A" w:rsidRDefault="0073427A" w:rsidP="003006E9">
      <w:pPr>
        <w:pStyle w:val="ListParagraph"/>
        <w:numPr>
          <w:ilvl w:val="0"/>
          <w:numId w:val="71"/>
        </w:numPr>
        <w:spacing w:after="0"/>
        <w:rPr>
          <w:rFonts w:ascii="Arial" w:hAnsi="Arial"/>
        </w:rPr>
      </w:pPr>
      <w:r>
        <w:rPr>
          <w:rFonts w:ascii="Arial" w:hAnsi="Arial"/>
        </w:rPr>
        <w:t xml:space="preserve">QT interval: 0.36 seconds; Start of ventricular depolarization to end of ventricular repolarization </w:t>
      </w:r>
    </w:p>
    <w:p w:rsidR="00D12F62" w:rsidRDefault="00D12F62">
      <w:pPr>
        <w:spacing w:after="0"/>
      </w:pPr>
    </w:p>
    <w:p w:rsidR="00D12F62" w:rsidRDefault="00D12F62">
      <w:pPr>
        <w:spacing w:after="0"/>
      </w:pPr>
    </w:p>
    <w:p w:rsidR="00ED6C0B" w:rsidRDefault="00ED6C0B">
      <w:pPr>
        <w:spacing w:after="0"/>
      </w:pPr>
    </w:p>
    <w:p w:rsidR="00ED6C0B" w:rsidRDefault="00ED6C0B">
      <w:pPr>
        <w:spacing w:after="0"/>
      </w:pPr>
      <w:r>
        <w:rPr>
          <w:noProof/>
        </w:rPr>
        <w:drawing>
          <wp:anchor distT="0" distB="0" distL="114300" distR="114300" simplePos="0" relativeHeight="251674624" behindDoc="1" locked="0" layoutInCell="1" allowOverlap="1">
            <wp:simplePos x="0" y="0"/>
            <wp:positionH relativeFrom="column">
              <wp:posOffset>98887</wp:posOffset>
            </wp:positionH>
            <wp:positionV relativeFrom="paragraph">
              <wp:posOffset>282575</wp:posOffset>
            </wp:positionV>
            <wp:extent cx="6059055" cy="4290196"/>
            <wp:effectExtent l="0" t="0" r="0" b="2540"/>
            <wp:wrapNone/>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01-16 at 1.36.44 AM.png"/>
                    <pic:cNvPicPr/>
                  </pic:nvPicPr>
                  <pic:blipFill rotWithShape="1">
                    <a:blip r:embed="rId16"/>
                    <a:srcRect l="9815" t="3002" r="12540" b="9033"/>
                    <a:stretch/>
                  </pic:blipFill>
                  <pic:spPr bwMode="auto">
                    <a:xfrm>
                      <a:off x="0" y="0"/>
                      <a:ext cx="6059055" cy="42901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u w:val="single"/>
        </w:rPr>
        <w:t>Extra Image: Not Needed</w:t>
      </w:r>
      <w:bookmarkStart w:id="0" w:name="_GoBack"/>
      <w:bookmarkEnd w:id="0"/>
    </w:p>
    <w:sectPr w:rsidR="00ED6C0B" w:rsidSect="001216B9">
      <w:footerReference w:type="even" r:id="rId17"/>
      <w:footerReference w:type="default" r:id="rId18"/>
      <w:pgSz w:w="12240" w:h="15840"/>
      <w:pgMar w:top="1440" w:right="1080" w:bottom="1440" w:left="108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6699" w:rsidRDefault="00E26699">
      <w:pPr>
        <w:spacing w:after="0" w:line="240" w:lineRule="auto"/>
      </w:pPr>
      <w:r>
        <w:separator/>
      </w:r>
    </w:p>
  </w:endnote>
  <w:endnote w:type="continuationSeparator" w:id="0">
    <w:p w:rsidR="00E26699" w:rsidRDefault="00E26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2650680"/>
      <w:docPartObj>
        <w:docPartGallery w:val="Page Numbers (Bottom of Page)"/>
        <w:docPartUnique/>
      </w:docPartObj>
    </w:sdtPr>
    <w:sdtEndPr>
      <w:rPr>
        <w:rStyle w:val="PageNumber"/>
      </w:rPr>
    </w:sdtEndPr>
    <w:sdtContent>
      <w:p w:rsidR="001216B9" w:rsidRDefault="001216B9" w:rsidP="00A736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37484424"/>
      <w:docPartObj>
        <w:docPartGallery w:val="Page Numbers (Bottom of Page)"/>
        <w:docPartUnique/>
      </w:docPartObj>
    </w:sdtPr>
    <w:sdtEndPr>
      <w:rPr>
        <w:rStyle w:val="PageNumber"/>
      </w:rPr>
    </w:sdtEndPr>
    <w:sdtContent>
      <w:p w:rsidR="001216B9" w:rsidRDefault="001216B9" w:rsidP="00A736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216B9" w:rsidRDefault="001216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6B9" w:rsidRPr="009C3AF0" w:rsidRDefault="001216B9" w:rsidP="00A73672">
    <w:pPr>
      <w:pStyle w:val="Footer"/>
      <w:framePr w:wrap="none" w:vAnchor="text" w:hAnchor="margin" w:xAlign="center" w:y="1"/>
      <w:rPr>
        <w:rStyle w:val="PageNumber"/>
        <w:rFonts w:ascii="Arial" w:hAnsi="Arial" w:cs="Arial"/>
      </w:rPr>
    </w:pPr>
  </w:p>
  <w:p w:rsidR="00930F33" w:rsidRPr="009C3AF0" w:rsidRDefault="001216B9">
    <w:pPr>
      <w:pStyle w:val="Footer"/>
      <w:rPr>
        <w:rFonts w:ascii="Arial" w:hAnsi="Arial" w:cs="Arial"/>
        <w:color w:val="BFBFBF" w:themeColor="background1" w:themeShade="BF"/>
      </w:rPr>
    </w:pPr>
    <w:r w:rsidRPr="009C3AF0">
      <w:rPr>
        <w:rFonts w:ascii="Arial" w:hAnsi="Arial" w:cs="Arial"/>
        <w:color w:val="BFBFBF" w:themeColor="background1" w:themeShade="BF"/>
      </w:rPr>
      <w:ptab w:relativeTo="margin" w:alignment="center" w:leader="none"/>
    </w:r>
    <w:r w:rsidRPr="009C3AF0">
      <w:rPr>
        <w:rFonts w:ascii="Arial" w:hAnsi="Arial" w:cs="Arial"/>
        <w:color w:val="BFBFBF" w:themeColor="background1" w:themeShade="BF"/>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6699" w:rsidRDefault="00E26699">
      <w:pPr>
        <w:spacing w:after="0" w:line="240" w:lineRule="auto"/>
      </w:pPr>
      <w:r>
        <w:separator/>
      </w:r>
    </w:p>
  </w:footnote>
  <w:footnote w:type="continuationSeparator" w:id="0">
    <w:p w:rsidR="00E26699" w:rsidRDefault="00E266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6D41E32"/>
    <w:multiLevelType w:val="hybridMultilevel"/>
    <w:tmpl w:val="28383108"/>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A2903DA"/>
    <w:multiLevelType w:val="hybridMultilevel"/>
    <w:tmpl w:val="FAA2BAC8"/>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1824955"/>
    <w:multiLevelType w:val="hybridMultilevel"/>
    <w:tmpl w:val="20A4AD6A"/>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1F752F6"/>
    <w:multiLevelType w:val="hybridMultilevel"/>
    <w:tmpl w:val="C708303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12A90DDF"/>
    <w:multiLevelType w:val="hybridMultilevel"/>
    <w:tmpl w:val="8E02791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139B5650"/>
    <w:multiLevelType w:val="hybridMultilevel"/>
    <w:tmpl w:val="CE5AFCD8"/>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5BF6A40"/>
    <w:multiLevelType w:val="hybridMultilevel"/>
    <w:tmpl w:val="D472BD2C"/>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8070B8E"/>
    <w:multiLevelType w:val="hybridMultilevel"/>
    <w:tmpl w:val="74705FF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1A3515A8"/>
    <w:multiLevelType w:val="hybridMultilevel"/>
    <w:tmpl w:val="25CEC7A0"/>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A927673"/>
    <w:multiLevelType w:val="hybridMultilevel"/>
    <w:tmpl w:val="87CAD46C"/>
    <w:lvl w:ilvl="0" w:tplc="A268E4A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CD6CDB"/>
    <w:multiLevelType w:val="hybridMultilevel"/>
    <w:tmpl w:val="1658947C"/>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E7C28F5"/>
    <w:multiLevelType w:val="hybridMultilevel"/>
    <w:tmpl w:val="098A2FC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8" w15:restartNumberingAfterBreak="0">
    <w:nsid w:val="21014E63"/>
    <w:multiLevelType w:val="hybridMultilevel"/>
    <w:tmpl w:val="DC704B00"/>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1224D1B"/>
    <w:multiLevelType w:val="hybridMultilevel"/>
    <w:tmpl w:val="AA2A8E84"/>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2D86790"/>
    <w:multiLevelType w:val="hybridMultilevel"/>
    <w:tmpl w:val="6C2C2EB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25212B0C"/>
    <w:multiLevelType w:val="hybridMultilevel"/>
    <w:tmpl w:val="6DF866D8"/>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A47337B"/>
    <w:multiLevelType w:val="hybridMultilevel"/>
    <w:tmpl w:val="4EE07E72"/>
    <w:lvl w:ilvl="0" w:tplc="A268E4A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2A1FE0"/>
    <w:multiLevelType w:val="hybridMultilevel"/>
    <w:tmpl w:val="F5600DB8"/>
    <w:lvl w:ilvl="0" w:tplc="A268E4A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B8485D"/>
    <w:multiLevelType w:val="hybridMultilevel"/>
    <w:tmpl w:val="D8188D06"/>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2BF01F3"/>
    <w:multiLevelType w:val="hybridMultilevel"/>
    <w:tmpl w:val="06B838B2"/>
    <w:lvl w:ilvl="0" w:tplc="B68C8688">
      <w:start w:val="3"/>
      <w:numFmt w:val="bullet"/>
      <w:lvlText w:val="-"/>
      <w:lvlJc w:val="left"/>
      <w:pPr>
        <w:ind w:left="1505" w:hanging="360"/>
      </w:pPr>
      <w:rPr>
        <w:rFonts w:ascii="Arial" w:eastAsiaTheme="minorEastAsia" w:hAnsi="Arial" w:cs="Arial" w:hint="default"/>
        <w:color w:val="auto"/>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6" w15:restartNumberingAfterBreak="0">
    <w:nsid w:val="33A1655B"/>
    <w:multiLevelType w:val="hybridMultilevel"/>
    <w:tmpl w:val="6486D23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33DA6E79"/>
    <w:multiLevelType w:val="hybridMultilevel"/>
    <w:tmpl w:val="D2E29F3A"/>
    <w:lvl w:ilvl="0" w:tplc="31029166">
      <w:start w:val="1"/>
      <w:numFmt w:val="bullet"/>
      <w:lvlText w:val=""/>
      <w:lvlJc w:val="left"/>
      <w:pPr>
        <w:ind w:left="3303" w:hanging="360"/>
      </w:pPr>
      <w:rPr>
        <w:rFonts w:ascii="Wingdings" w:hAnsi="Wingdings" w:hint="default"/>
      </w:rPr>
    </w:lvl>
    <w:lvl w:ilvl="1" w:tplc="04090003" w:tentative="1">
      <w:start w:val="1"/>
      <w:numFmt w:val="bullet"/>
      <w:lvlText w:val="o"/>
      <w:lvlJc w:val="left"/>
      <w:pPr>
        <w:ind w:left="4023" w:hanging="360"/>
      </w:pPr>
      <w:rPr>
        <w:rFonts w:ascii="Courier New" w:hAnsi="Courier New" w:hint="default"/>
      </w:rPr>
    </w:lvl>
    <w:lvl w:ilvl="2" w:tplc="04090005" w:tentative="1">
      <w:start w:val="1"/>
      <w:numFmt w:val="bullet"/>
      <w:lvlText w:val=""/>
      <w:lvlJc w:val="left"/>
      <w:pPr>
        <w:ind w:left="4743" w:hanging="360"/>
      </w:pPr>
      <w:rPr>
        <w:rFonts w:ascii="Wingdings" w:hAnsi="Wingdings" w:hint="default"/>
      </w:rPr>
    </w:lvl>
    <w:lvl w:ilvl="3" w:tplc="04090001" w:tentative="1">
      <w:start w:val="1"/>
      <w:numFmt w:val="bullet"/>
      <w:lvlText w:val=""/>
      <w:lvlJc w:val="left"/>
      <w:pPr>
        <w:ind w:left="5463" w:hanging="360"/>
      </w:pPr>
      <w:rPr>
        <w:rFonts w:ascii="Symbol" w:hAnsi="Symbol" w:hint="default"/>
      </w:rPr>
    </w:lvl>
    <w:lvl w:ilvl="4" w:tplc="04090003" w:tentative="1">
      <w:start w:val="1"/>
      <w:numFmt w:val="bullet"/>
      <w:lvlText w:val="o"/>
      <w:lvlJc w:val="left"/>
      <w:pPr>
        <w:ind w:left="6183" w:hanging="360"/>
      </w:pPr>
      <w:rPr>
        <w:rFonts w:ascii="Courier New" w:hAnsi="Courier New" w:hint="default"/>
      </w:rPr>
    </w:lvl>
    <w:lvl w:ilvl="5" w:tplc="04090005" w:tentative="1">
      <w:start w:val="1"/>
      <w:numFmt w:val="bullet"/>
      <w:lvlText w:val=""/>
      <w:lvlJc w:val="left"/>
      <w:pPr>
        <w:ind w:left="6903" w:hanging="360"/>
      </w:pPr>
      <w:rPr>
        <w:rFonts w:ascii="Wingdings" w:hAnsi="Wingdings" w:hint="default"/>
      </w:rPr>
    </w:lvl>
    <w:lvl w:ilvl="6" w:tplc="04090001" w:tentative="1">
      <w:start w:val="1"/>
      <w:numFmt w:val="bullet"/>
      <w:lvlText w:val=""/>
      <w:lvlJc w:val="left"/>
      <w:pPr>
        <w:ind w:left="7623" w:hanging="360"/>
      </w:pPr>
      <w:rPr>
        <w:rFonts w:ascii="Symbol" w:hAnsi="Symbol" w:hint="default"/>
      </w:rPr>
    </w:lvl>
    <w:lvl w:ilvl="7" w:tplc="04090003" w:tentative="1">
      <w:start w:val="1"/>
      <w:numFmt w:val="bullet"/>
      <w:lvlText w:val="o"/>
      <w:lvlJc w:val="left"/>
      <w:pPr>
        <w:ind w:left="8343" w:hanging="360"/>
      </w:pPr>
      <w:rPr>
        <w:rFonts w:ascii="Courier New" w:hAnsi="Courier New" w:hint="default"/>
      </w:rPr>
    </w:lvl>
    <w:lvl w:ilvl="8" w:tplc="04090005" w:tentative="1">
      <w:start w:val="1"/>
      <w:numFmt w:val="bullet"/>
      <w:lvlText w:val=""/>
      <w:lvlJc w:val="left"/>
      <w:pPr>
        <w:ind w:left="9063" w:hanging="360"/>
      </w:pPr>
      <w:rPr>
        <w:rFonts w:ascii="Wingdings" w:hAnsi="Wingdings" w:hint="default"/>
      </w:rPr>
    </w:lvl>
  </w:abstractNum>
  <w:abstractNum w:abstractNumId="28" w15:restartNumberingAfterBreak="0">
    <w:nsid w:val="354B3A59"/>
    <w:multiLevelType w:val="hybridMultilevel"/>
    <w:tmpl w:val="310640C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367F60CE"/>
    <w:multiLevelType w:val="hybridMultilevel"/>
    <w:tmpl w:val="2B84F084"/>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90839ED"/>
    <w:multiLevelType w:val="hybridMultilevel"/>
    <w:tmpl w:val="D73CBE7A"/>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9676868"/>
    <w:multiLevelType w:val="hybridMultilevel"/>
    <w:tmpl w:val="6608ABE0"/>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9732E4E"/>
    <w:multiLevelType w:val="hybridMultilevel"/>
    <w:tmpl w:val="57C0EC0E"/>
    <w:lvl w:ilvl="0" w:tplc="5E4602CA">
      <w:start w:val="1"/>
      <w:numFmt w:val="decimal"/>
      <w:lvlText w:val="%1."/>
      <w:lvlJc w:val="left"/>
      <w:pPr>
        <w:ind w:left="1800" w:hanging="360"/>
      </w:pPr>
      <w:rPr>
        <w:rFonts w:ascii="Arial" w:hAnsi="Aria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39982ECB"/>
    <w:multiLevelType w:val="hybridMultilevel"/>
    <w:tmpl w:val="C9902558"/>
    <w:lvl w:ilvl="0" w:tplc="04090005">
      <w:start w:val="1"/>
      <w:numFmt w:val="bullet"/>
      <w:lvlText w:val=""/>
      <w:lvlJc w:val="left"/>
      <w:pPr>
        <w:ind w:left="2583" w:hanging="360"/>
      </w:pPr>
      <w:rPr>
        <w:rFonts w:ascii="Wingdings" w:hAnsi="Wingdings" w:hint="default"/>
      </w:rPr>
    </w:lvl>
    <w:lvl w:ilvl="1" w:tplc="04090003" w:tentative="1">
      <w:start w:val="1"/>
      <w:numFmt w:val="bullet"/>
      <w:lvlText w:val="o"/>
      <w:lvlJc w:val="left"/>
      <w:pPr>
        <w:ind w:left="3303" w:hanging="360"/>
      </w:pPr>
      <w:rPr>
        <w:rFonts w:ascii="Courier New" w:hAnsi="Courier New" w:hint="default"/>
      </w:rPr>
    </w:lvl>
    <w:lvl w:ilvl="2" w:tplc="04090005" w:tentative="1">
      <w:start w:val="1"/>
      <w:numFmt w:val="bullet"/>
      <w:lvlText w:val=""/>
      <w:lvlJc w:val="left"/>
      <w:pPr>
        <w:ind w:left="4023" w:hanging="360"/>
      </w:pPr>
      <w:rPr>
        <w:rFonts w:ascii="Wingdings" w:hAnsi="Wingdings" w:hint="default"/>
      </w:rPr>
    </w:lvl>
    <w:lvl w:ilvl="3" w:tplc="04090001" w:tentative="1">
      <w:start w:val="1"/>
      <w:numFmt w:val="bullet"/>
      <w:lvlText w:val=""/>
      <w:lvlJc w:val="left"/>
      <w:pPr>
        <w:ind w:left="4743" w:hanging="360"/>
      </w:pPr>
      <w:rPr>
        <w:rFonts w:ascii="Symbol" w:hAnsi="Symbol" w:hint="default"/>
      </w:rPr>
    </w:lvl>
    <w:lvl w:ilvl="4" w:tplc="04090003" w:tentative="1">
      <w:start w:val="1"/>
      <w:numFmt w:val="bullet"/>
      <w:lvlText w:val="o"/>
      <w:lvlJc w:val="left"/>
      <w:pPr>
        <w:ind w:left="5463" w:hanging="360"/>
      </w:pPr>
      <w:rPr>
        <w:rFonts w:ascii="Courier New" w:hAnsi="Courier New" w:hint="default"/>
      </w:rPr>
    </w:lvl>
    <w:lvl w:ilvl="5" w:tplc="04090005" w:tentative="1">
      <w:start w:val="1"/>
      <w:numFmt w:val="bullet"/>
      <w:lvlText w:val=""/>
      <w:lvlJc w:val="left"/>
      <w:pPr>
        <w:ind w:left="6183" w:hanging="360"/>
      </w:pPr>
      <w:rPr>
        <w:rFonts w:ascii="Wingdings" w:hAnsi="Wingdings" w:hint="default"/>
      </w:rPr>
    </w:lvl>
    <w:lvl w:ilvl="6" w:tplc="04090001" w:tentative="1">
      <w:start w:val="1"/>
      <w:numFmt w:val="bullet"/>
      <w:lvlText w:val=""/>
      <w:lvlJc w:val="left"/>
      <w:pPr>
        <w:ind w:left="6903" w:hanging="360"/>
      </w:pPr>
      <w:rPr>
        <w:rFonts w:ascii="Symbol" w:hAnsi="Symbol" w:hint="default"/>
      </w:rPr>
    </w:lvl>
    <w:lvl w:ilvl="7" w:tplc="04090003" w:tentative="1">
      <w:start w:val="1"/>
      <w:numFmt w:val="bullet"/>
      <w:lvlText w:val="o"/>
      <w:lvlJc w:val="left"/>
      <w:pPr>
        <w:ind w:left="7623" w:hanging="360"/>
      </w:pPr>
      <w:rPr>
        <w:rFonts w:ascii="Courier New" w:hAnsi="Courier New" w:hint="default"/>
      </w:rPr>
    </w:lvl>
    <w:lvl w:ilvl="8" w:tplc="04090005" w:tentative="1">
      <w:start w:val="1"/>
      <w:numFmt w:val="bullet"/>
      <w:lvlText w:val=""/>
      <w:lvlJc w:val="left"/>
      <w:pPr>
        <w:ind w:left="8343" w:hanging="360"/>
      </w:pPr>
      <w:rPr>
        <w:rFonts w:ascii="Wingdings" w:hAnsi="Wingdings" w:hint="default"/>
      </w:rPr>
    </w:lvl>
  </w:abstractNum>
  <w:abstractNum w:abstractNumId="34" w15:restartNumberingAfterBreak="0">
    <w:nsid w:val="39C047A5"/>
    <w:multiLevelType w:val="hybridMultilevel"/>
    <w:tmpl w:val="9D065A9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3B027DC4"/>
    <w:multiLevelType w:val="hybridMultilevel"/>
    <w:tmpl w:val="AF8881B4"/>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B474DCC"/>
    <w:multiLevelType w:val="hybridMultilevel"/>
    <w:tmpl w:val="8F1EFBE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15:restartNumberingAfterBreak="0">
    <w:nsid w:val="3C555583"/>
    <w:multiLevelType w:val="hybridMultilevel"/>
    <w:tmpl w:val="BD284A90"/>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467943A0"/>
    <w:multiLevelType w:val="hybridMultilevel"/>
    <w:tmpl w:val="1C4E5E2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15:restartNumberingAfterBreak="0">
    <w:nsid w:val="47C62CF3"/>
    <w:multiLevelType w:val="hybridMultilevel"/>
    <w:tmpl w:val="F9421AC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15:restartNumberingAfterBreak="0">
    <w:nsid w:val="4AFD7F79"/>
    <w:multiLevelType w:val="hybridMultilevel"/>
    <w:tmpl w:val="23C6DC0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4EEE57D2"/>
    <w:multiLevelType w:val="hybridMultilevel"/>
    <w:tmpl w:val="9D648954"/>
    <w:lvl w:ilvl="0" w:tplc="A268E4A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15F0027"/>
    <w:multiLevelType w:val="hybridMultilevel"/>
    <w:tmpl w:val="15641ADA"/>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53E40C19"/>
    <w:multiLevelType w:val="hybridMultilevel"/>
    <w:tmpl w:val="09CADBBA"/>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4" w15:restartNumberingAfterBreak="0">
    <w:nsid w:val="548655FA"/>
    <w:multiLevelType w:val="hybridMultilevel"/>
    <w:tmpl w:val="199A7D5E"/>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7756C77"/>
    <w:multiLevelType w:val="hybridMultilevel"/>
    <w:tmpl w:val="E7543F12"/>
    <w:lvl w:ilvl="0" w:tplc="A268E4A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A1E759C"/>
    <w:multiLevelType w:val="hybridMultilevel"/>
    <w:tmpl w:val="63182F02"/>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5AAD58BC"/>
    <w:multiLevelType w:val="hybridMultilevel"/>
    <w:tmpl w:val="D1C4E134"/>
    <w:lvl w:ilvl="0" w:tplc="A268E4A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AFB280A"/>
    <w:multiLevelType w:val="hybridMultilevel"/>
    <w:tmpl w:val="A7FE26CA"/>
    <w:lvl w:ilvl="0" w:tplc="A268E4A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C696485"/>
    <w:multiLevelType w:val="hybridMultilevel"/>
    <w:tmpl w:val="26807D34"/>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5F4C29EE"/>
    <w:multiLevelType w:val="hybridMultilevel"/>
    <w:tmpl w:val="B554C9E2"/>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15132E4"/>
    <w:multiLevelType w:val="hybridMultilevel"/>
    <w:tmpl w:val="22628DE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2" w15:restartNumberingAfterBreak="0">
    <w:nsid w:val="61775BA1"/>
    <w:multiLevelType w:val="hybridMultilevel"/>
    <w:tmpl w:val="E11EEC3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3" w15:restartNumberingAfterBreak="0">
    <w:nsid w:val="63243302"/>
    <w:multiLevelType w:val="hybridMultilevel"/>
    <w:tmpl w:val="80B04800"/>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67446A89"/>
    <w:multiLevelType w:val="hybridMultilevel"/>
    <w:tmpl w:val="E9109D4A"/>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6AC42F58"/>
    <w:multiLevelType w:val="hybridMultilevel"/>
    <w:tmpl w:val="9258AA92"/>
    <w:lvl w:ilvl="0" w:tplc="A268E4A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ACA22C6"/>
    <w:multiLevelType w:val="hybridMultilevel"/>
    <w:tmpl w:val="4ED6CB8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7" w15:restartNumberingAfterBreak="0">
    <w:nsid w:val="6CF40B0A"/>
    <w:multiLevelType w:val="hybridMultilevel"/>
    <w:tmpl w:val="5ECC1C96"/>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6E8953F2"/>
    <w:multiLevelType w:val="hybridMultilevel"/>
    <w:tmpl w:val="19005644"/>
    <w:lvl w:ilvl="0" w:tplc="A268E4A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EF91B6C"/>
    <w:multiLevelType w:val="hybridMultilevel"/>
    <w:tmpl w:val="643602B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0" w15:restartNumberingAfterBreak="0">
    <w:nsid w:val="703B55B5"/>
    <w:multiLevelType w:val="hybridMultilevel"/>
    <w:tmpl w:val="B51EE458"/>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71FB07AD"/>
    <w:multiLevelType w:val="hybridMultilevel"/>
    <w:tmpl w:val="3D622470"/>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73497FC1"/>
    <w:multiLevelType w:val="hybridMultilevel"/>
    <w:tmpl w:val="2E200C1C"/>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74E70F64"/>
    <w:multiLevelType w:val="hybridMultilevel"/>
    <w:tmpl w:val="88FA80C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4" w15:restartNumberingAfterBreak="0">
    <w:nsid w:val="760B5ADD"/>
    <w:multiLevelType w:val="hybridMultilevel"/>
    <w:tmpl w:val="C346DE56"/>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760E59CB"/>
    <w:multiLevelType w:val="hybridMultilevel"/>
    <w:tmpl w:val="3FEA535A"/>
    <w:lvl w:ilvl="0" w:tplc="B68C8688">
      <w:start w:val="3"/>
      <w:numFmt w:val="bullet"/>
      <w:lvlText w:val="-"/>
      <w:lvlJc w:val="left"/>
      <w:pPr>
        <w:ind w:left="1503" w:hanging="360"/>
      </w:pPr>
      <w:rPr>
        <w:rFonts w:ascii="Arial" w:eastAsiaTheme="minorEastAsia" w:hAnsi="Arial" w:cs="Arial" w:hint="default"/>
        <w:color w:val="auto"/>
      </w:rPr>
    </w:lvl>
    <w:lvl w:ilvl="1" w:tplc="04090003" w:tentative="1">
      <w:start w:val="1"/>
      <w:numFmt w:val="bullet"/>
      <w:lvlText w:val="o"/>
      <w:lvlJc w:val="left"/>
      <w:pPr>
        <w:ind w:left="2223" w:hanging="360"/>
      </w:pPr>
      <w:rPr>
        <w:rFonts w:ascii="Courier New" w:hAnsi="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66" w15:restartNumberingAfterBreak="0">
    <w:nsid w:val="77DB5BAF"/>
    <w:multiLevelType w:val="hybridMultilevel"/>
    <w:tmpl w:val="E9B667C8"/>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78AA66D1"/>
    <w:multiLevelType w:val="hybridMultilevel"/>
    <w:tmpl w:val="4B06AB58"/>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78FA5758"/>
    <w:multiLevelType w:val="hybridMultilevel"/>
    <w:tmpl w:val="370AF60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9" w15:restartNumberingAfterBreak="0">
    <w:nsid w:val="7A05740C"/>
    <w:multiLevelType w:val="hybridMultilevel"/>
    <w:tmpl w:val="9910A1C8"/>
    <w:lvl w:ilvl="0" w:tplc="B68C8688">
      <w:start w:val="3"/>
      <w:numFmt w:val="bullet"/>
      <w:lvlText w:val="-"/>
      <w:lvlJc w:val="left"/>
      <w:pPr>
        <w:ind w:left="1440" w:hanging="360"/>
      </w:pPr>
      <w:rPr>
        <w:rFonts w:ascii="Arial" w:eastAsiaTheme="minorEastAsia" w:hAnsi="Arial" w:cs="Aria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7C5C2AAB"/>
    <w:multiLevelType w:val="hybridMultilevel"/>
    <w:tmpl w:val="2BDE721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15"/>
  </w:num>
  <w:num w:numId="8">
    <w:abstractNumId w:val="24"/>
  </w:num>
  <w:num w:numId="9">
    <w:abstractNumId w:val="53"/>
  </w:num>
  <w:num w:numId="10">
    <w:abstractNumId w:val="10"/>
  </w:num>
  <w:num w:numId="11">
    <w:abstractNumId w:val="30"/>
  </w:num>
  <w:num w:numId="12">
    <w:abstractNumId w:val="56"/>
  </w:num>
  <w:num w:numId="13">
    <w:abstractNumId w:val="13"/>
  </w:num>
  <w:num w:numId="14">
    <w:abstractNumId w:val="61"/>
  </w:num>
  <w:num w:numId="15">
    <w:abstractNumId w:val="70"/>
  </w:num>
  <w:num w:numId="16">
    <w:abstractNumId w:val="20"/>
  </w:num>
  <w:num w:numId="17">
    <w:abstractNumId w:val="43"/>
  </w:num>
  <w:num w:numId="18">
    <w:abstractNumId w:val="55"/>
  </w:num>
  <w:num w:numId="19">
    <w:abstractNumId w:val="7"/>
  </w:num>
  <w:num w:numId="20">
    <w:abstractNumId w:val="11"/>
  </w:num>
  <w:num w:numId="21">
    <w:abstractNumId w:val="19"/>
  </w:num>
  <w:num w:numId="22">
    <w:abstractNumId w:val="21"/>
  </w:num>
  <w:num w:numId="23">
    <w:abstractNumId w:val="28"/>
  </w:num>
  <w:num w:numId="24">
    <w:abstractNumId w:val="67"/>
  </w:num>
  <w:num w:numId="25">
    <w:abstractNumId w:val="37"/>
  </w:num>
  <w:num w:numId="26">
    <w:abstractNumId w:val="65"/>
  </w:num>
  <w:num w:numId="27">
    <w:abstractNumId w:val="50"/>
  </w:num>
  <w:num w:numId="28">
    <w:abstractNumId w:val="59"/>
  </w:num>
  <w:num w:numId="29">
    <w:abstractNumId w:val="16"/>
  </w:num>
  <w:num w:numId="30">
    <w:abstractNumId w:val="12"/>
  </w:num>
  <w:num w:numId="31">
    <w:abstractNumId w:val="52"/>
  </w:num>
  <w:num w:numId="32">
    <w:abstractNumId w:val="68"/>
  </w:num>
  <w:num w:numId="33">
    <w:abstractNumId w:val="64"/>
  </w:num>
  <w:num w:numId="34">
    <w:abstractNumId w:val="14"/>
  </w:num>
  <w:num w:numId="35">
    <w:abstractNumId w:val="58"/>
  </w:num>
  <w:num w:numId="36">
    <w:abstractNumId w:val="66"/>
  </w:num>
  <w:num w:numId="37">
    <w:abstractNumId w:val="29"/>
  </w:num>
  <w:num w:numId="38">
    <w:abstractNumId w:val="54"/>
  </w:num>
  <w:num w:numId="39">
    <w:abstractNumId w:val="40"/>
  </w:num>
  <w:num w:numId="40">
    <w:abstractNumId w:val="51"/>
  </w:num>
  <w:num w:numId="41">
    <w:abstractNumId w:val="32"/>
  </w:num>
  <w:num w:numId="42">
    <w:abstractNumId w:val="33"/>
  </w:num>
  <w:num w:numId="43">
    <w:abstractNumId w:val="17"/>
  </w:num>
  <w:num w:numId="44">
    <w:abstractNumId w:val="27"/>
  </w:num>
  <w:num w:numId="45">
    <w:abstractNumId w:val="34"/>
  </w:num>
  <w:num w:numId="46">
    <w:abstractNumId w:val="39"/>
  </w:num>
  <w:num w:numId="47">
    <w:abstractNumId w:val="42"/>
  </w:num>
  <w:num w:numId="48">
    <w:abstractNumId w:val="23"/>
  </w:num>
  <w:num w:numId="49">
    <w:abstractNumId w:val="38"/>
  </w:num>
  <w:num w:numId="50">
    <w:abstractNumId w:val="46"/>
  </w:num>
  <w:num w:numId="51">
    <w:abstractNumId w:val="63"/>
  </w:num>
  <w:num w:numId="52">
    <w:abstractNumId w:val="69"/>
  </w:num>
  <w:num w:numId="53">
    <w:abstractNumId w:val="6"/>
  </w:num>
  <w:num w:numId="54">
    <w:abstractNumId w:val="48"/>
  </w:num>
  <w:num w:numId="55">
    <w:abstractNumId w:val="45"/>
  </w:num>
  <w:num w:numId="56">
    <w:abstractNumId w:val="57"/>
  </w:num>
  <w:num w:numId="57">
    <w:abstractNumId w:val="49"/>
  </w:num>
  <w:num w:numId="58">
    <w:abstractNumId w:val="36"/>
  </w:num>
  <w:num w:numId="59">
    <w:abstractNumId w:val="44"/>
  </w:num>
  <w:num w:numId="60">
    <w:abstractNumId w:val="25"/>
  </w:num>
  <w:num w:numId="61">
    <w:abstractNumId w:val="8"/>
  </w:num>
  <w:num w:numId="62">
    <w:abstractNumId w:val="31"/>
  </w:num>
  <w:num w:numId="63">
    <w:abstractNumId w:val="18"/>
  </w:num>
  <w:num w:numId="64">
    <w:abstractNumId w:val="60"/>
  </w:num>
  <w:num w:numId="65">
    <w:abstractNumId w:val="35"/>
  </w:num>
  <w:num w:numId="66">
    <w:abstractNumId w:val="26"/>
  </w:num>
  <w:num w:numId="67">
    <w:abstractNumId w:val="62"/>
  </w:num>
  <w:num w:numId="68">
    <w:abstractNumId w:val="22"/>
  </w:num>
  <w:num w:numId="69">
    <w:abstractNumId w:val="41"/>
  </w:num>
  <w:num w:numId="70">
    <w:abstractNumId w:val="9"/>
  </w:num>
  <w:num w:numId="71">
    <w:abstractNumId w:val="4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38A4"/>
    <w:rsid w:val="00026D4B"/>
    <w:rsid w:val="00034616"/>
    <w:rsid w:val="00035F77"/>
    <w:rsid w:val="00050A6B"/>
    <w:rsid w:val="000511D3"/>
    <w:rsid w:val="00053FE1"/>
    <w:rsid w:val="0006063C"/>
    <w:rsid w:val="000616A8"/>
    <w:rsid w:val="0006523E"/>
    <w:rsid w:val="00065618"/>
    <w:rsid w:val="00066610"/>
    <w:rsid w:val="000A0798"/>
    <w:rsid w:val="000A6801"/>
    <w:rsid w:val="000C03F3"/>
    <w:rsid w:val="000C2059"/>
    <w:rsid w:val="000C2F91"/>
    <w:rsid w:val="000D54DD"/>
    <w:rsid w:val="00100419"/>
    <w:rsid w:val="00101740"/>
    <w:rsid w:val="00107833"/>
    <w:rsid w:val="00112B3F"/>
    <w:rsid w:val="00114B62"/>
    <w:rsid w:val="00116990"/>
    <w:rsid w:val="001216B9"/>
    <w:rsid w:val="00126022"/>
    <w:rsid w:val="00126897"/>
    <w:rsid w:val="00126D54"/>
    <w:rsid w:val="001279F3"/>
    <w:rsid w:val="00132F6D"/>
    <w:rsid w:val="00135E11"/>
    <w:rsid w:val="0015074B"/>
    <w:rsid w:val="001520D0"/>
    <w:rsid w:val="00152280"/>
    <w:rsid w:val="0015421C"/>
    <w:rsid w:val="001552BD"/>
    <w:rsid w:val="001719D3"/>
    <w:rsid w:val="00173FF2"/>
    <w:rsid w:val="001A2086"/>
    <w:rsid w:val="001B5037"/>
    <w:rsid w:val="001B7C92"/>
    <w:rsid w:val="001D298A"/>
    <w:rsid w:val="001D71E5"/>
    <w:rsid w:val="001E2491"/>
    <w:rsid w:val="00214B89"/>
    <w:rsid w:val="0022108F"/>
    <w:rsid w:val="00222F0D"/>
    <w:rsid w:val="00224DE9"/>
    <w:rsid w:val="00226610"/>
    <w:rsid w:val="00246EED"/>
    <w:rsid w:val="0026008F"/>
    <w:rsid w:val="00283A60"/>
    <w:rsid w:val="0029639D"/>
    <w:rsid w:val="002B102F"/>
    <w:rsid w:val="002C57C4"/>
    <w:rsid w:val="002D47D7"/>
    <w:rsid w:val="002E3D1C"/>
    <w:rsid w:val="003006E9"/>
    <w:rsid w:val="00313CBB"/>
    <w:rsid w:val="00326F90"/>
    <w:rsid w:val="003339BE"/>
    <w:rsid w:val="00364E9B"/>
    <w:rsid w:val="00367889"/>
    <w:rsid w:val="00385DBA"/>
    <w:rsid w:val="0038791C"/>
    <w:rsid w:val="003B2042"/>
    <w:rsid w:val="003B4140"/>
    <w:rsid w:val="003B5CAB"/>
    <w:rsid w:val="003B742F"/>
    <w:rsid w:val="003C3235"/>
    <w:rsid w:val="003C45B1"/>
    <w:rsid w:val="003D21C0"/>
    <w:rsid w:val="003D72BD"/>
    <w:rsid w:val="00404D9D"/>
    <w:rsid w:val="00411FB7"/>
    <w:rsid w:val="00430B5D"/>
    <w:rsid w:val="0043564D"/>
    <w:rsid w:val="00445C10"/>
    <w:rsid w:val="00447FF4"/>
    <w:rsid w:val="00452398"/>
    <w:rsid w:val="004666A0"/>
    <w:rsid w:val="004A641F"/>
    <w:rsid w:val="004B593C"/>
    <w:rsid w:val="004D433D"/>
    <w:rsid w:val="005051C2"/>
    <w:rsid w:val="00512EFB"/>
    <w:rsid w:val="00525E4E"/>
    <w:rsid w:val="00534152"/>
    <w:rsid w:val="00543172"/>
    <w:rsid w:val="005535F1"/>
    <w:rsid w:val="00593F09"/>
    <w:rsid w:val="005A5693"/>
    <w:rsid w:val="005C3D2E"/>
    <w:rsid w:val="005C5FF7"/>
    <w:rsid w:val="005D707B"/>
    <w:rsid w:val="005E7558"/>
    <w:rsid w:val="00605C4C"/>
    <w:rsid w:val="00616891"/>
    <w:rsid w:val="0062070E"/>
    <w:rsid w:val="0063665E"/>
    <w:rsid w:val="0064479D"/>
    <w:rsid w:val="00651CDE"/>
    <w:rsid w:val="00653BBC"/>
    <w:rsid w:val="00672A09"/>
    <w:rsid w:val="00691B2D"/>
    <w:rsid w:val="006A2E27"/>
    <w:rsid w:val="006E2A8C"/>
    <w:rsid w:val="006E2C92"/>
    <w:rsid w:val="006E5B77"/>
    <w:rsid w:val="006E5F9A"/>
    <w:rsid w:val="006F26D4"/>
    <w:rsid w:val="006F34E3"/>
    <w:rsid w:val="007056C6"/>
    <w:rsid w:val="0073427A"/>
    <w:rsid w:val="00770179"/>
    <w:rsid w:val="007749AF"/>
    <w:rsid w:val="00777834"/>
    <w:rsid w:val="0078692C"/>
    <w:rsid w:val="00792125"/>
    <w:rsid w:val="00794EBC"/>
    <w:rsid w:val="007A225A"/>
    <w:rsid w:val="007A23BE"/>
    <w:rsid w:val="007A7892"/>
    <w:rsid w:val="007B3D2F"/>
    <w:rsid w:val="007C761B"/>
    <w:rsid w:val="007D0BAD"/>
    <w:rsid w:val="007D6B7A"/>
    <w:rsid w:val="007D7231"/>
    <w:rsid w:val="007D752C"/>
    <w:rsid w:val="007F31FF"/>
    <w:rsid w:val="007F43B1"/>
    <w:rsid w:val="007F5606"/>
    <w:rsid w:val="008011E9"/>
    <w:rsid w:val="008038CB"/>
    <w:rsid w:val="008157E7"/>
    <w:rsid w:val="00822AFA"/>
    <w:rsid w:val="008315BA"/>
    <w:rsid w:val="0083210B"/>
    <w:rsid w:val="0084103F"/>
    <w:rsid w:val="00845D3A"/>
    <w:rsid w:val="008669D7"/>
    <w:rsid w:val="00866A50"/>
    <w:rsid w:val="0088737A"/>
    <w:rsid w:val="00891F4C"/>
    <w:rsid w:val="008924EB"/>
    <w:rsid w:val="00893F04"/>
    <w:rsid w:val="008B55F3"/>
    <w:rsid w:val="008C28EF"/>
    <w:rsid w:val="009224A4"/>
    <w:rsid w:val="00930F33"/>
    <w:rsid w:val="00931B26"/>
    <w:rsid w:val="00937851"/>
    <w:rsid w:val="00943E1D"/>
    <w:rsid w:val="00947411"/>
    <w:rsid w:val="00952846"/>
    <w:rsid w:val="00954283"/>
    <w:rsid w:val="00954653"/>
    <w:rsid w:val="00961BA2"/>
    <w:rsid w:val="00972826"/>
    <w:rsid w:val="00980B1D"/>
    <w:rsid w:val="00985B26"/>
    <w:rsid w:val="009A1E9E"/>
    <w:rsid w:val="009B4FB1"/>
    <w:rsid w:val="009C3AF0"/>
    <w:rsid w:val="009C7A26"/>
    <w:rsid w:val="009E0AF5"/>
    <w:rsid w:val="009E1747"/>
    <w:rsid w:val="009F3EE5"/>
    <w:rsid w:val="00A0745E"/>
    <w:rsid w:val="00A12EE5"/>
    <w:rsid w:val="00A363B1"/>
    <w:rsid w:val="00A50B7C"/>
    <w:rsid w:val="00A52F03"/>
    <w:rsid w:val="00A825CE"/>
    <w:rsid w:val="00A94145"/>
    <w:rsid w:val="00AA1D8D"/>
    <w:rsid w:val="00AB5464"/>
    <w:rsid w:val="00B0015A"/>
    <w:rsid w:val="00B0563C"/>
    <w:rsid w:val="00B417A9"/>
    <w:rsid w:val="00B47730"/>
    <w:rsid w:val="00B61997"/>
    <w:rsid w:val="00B649DB"/>
    <w:rsid w:val="00B8083C"/>
    <w:rsid w:val="00B81B00"/>
    <w:rsid w:val="00B827C5"/>
    <w:rsid w:val="00B95A55"/>
    <w:rsid w:val="00BA4C2B"/>
    <w:rsid w:val="00BB3BA4"/>
    <w:rsid w:val="00BD0140"/>
    <w:rsid w:val="00BD3B96"/>
    <w:rsid w:val="00BE07A7"/>
    <w:rsid w:val="00BE3902"/>
    <w:rsid w:val="00BF6D40"/>
    <w:rsid w:val="00C01657"/>
    <w:rsid w:val="00C117B7"/>
    <w:rsid w:val="00C17EF0"/>
    <w:rsid w:val="00C24502"/>
    <w:rsid w:val="00C245DD"/>
    <w:rsid w:val="00C24C08"/>
    <w:rsid w:val="00C33146"/>
    <w:rsid w:val="00C416EC"/>
    <w:rsid w:val="00C46BD8"/>
    <w:rsid w:val="00C65ADE"/>
    <w:rsid w:val="00C90402"/>
    <w:rsid w:val="00C9256B"/>
    <w:rsid w:val="00C92EFE"/>
    <w:rsid w:val="00CA2856"/>
    <w:rsid w:val="00CB0664"/>
    <w:rsid w:val="00CB69D3"/>
    <w:rsid w:val="00CD3404"/>
    <w:rsid w:val="00D12F62"/>
    <w:rsid w:val="00D26BD8"/>
    <w:rsid w:val="00D531BC"/>
    <w:rsid w:val="00D5761F"/>
    <w:rsid w:val="00D57E81"/>
    <w:rsid w:val="00D637AD"/>
    <w:rsid w:val="00D81749"/>
    <w:rsid w:val="00D87D1B"/>
    <w:rsid w:val="00DA099E"/>
    <w:rsid w:val="00DB771D"/>
    <w:rsid w:val="00DC0F5D"/>
    <w:rsid w:val="00DC2820"/>
    <w:rsid w:val="00DD5956"/>
    <w:rsid w:val="00DF3BF3"/>
    <w:rsid w:val="00DF6815"/>
    <w:rsid w:val="00DF6A0A"/>
    <w:rsid w:val="00E03347"/>
    <w:rsid w:val="00E26699"/>
    <w:rsid w:val="00E32A86"/>
    <w:rsid w:val="00E343E9"/>
    <w:rsid w:val="00E47532"/>
    <w:rsid w:val="00E52035"/>
    <w:rsid w:val="00E53647"/>
    <w:rsid w:val="00E5717E"/>
    <w:rsid w:val="00E640C0"/>
    <w:rsid w:val="00E65CFF"/>
    <w:rsid w:val="00E72E5B"/>
    <w:rsid w:val="00E837C9"/>
    <w:rsid w:val="00E977D8"/>
    <w:rsid w:val="00EB175B"/>
    <w:rsid w:val="00ED3244"/>
    <w:rsid w:val="00ED6C0B"/>
    <w:rsid w:val="00F019C0"/>
    <w:rsid w:val="00F02CE3"/>
    <w:rsid w:val="00F16A53"/>
    <w:rsid w:val="00F43A5F"/>
    <w:rsid w:val="00F53E70"/>
    <w:rsid w:val="00F61529"/>
    <w:rsid w:val="00F631C8"/>
    <w:rsid w:val="00F66F0E"/>
    <w:rsid w:val="00F77A69"/>
    <w:rsid w:val="00FA0AAF"/>
    <w:rsid w:val="00FC693F"/>
    <w:rsid w:val="00FD7FDC"/>
    <w:rsid w:val="00FE1EFE"/>
    <w:rsid w:val="00FF17CF"/>
    <w:rsid w:val="00FF4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99865B5"/>
  <w14:defaultImageDpi w14:val="300"/>
  <w15:docId w15:val="{BBBC883F-E58E-BB4C-A526-B24797FD0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1216B9"/>
  </w:style>
  <w:style w:type="character" w:styleId="Hyperlink">
    <w:name w:val="Hyperlink"/>
    <w:basedOn w:val="DefaultParagraphFont"/>
    <w:uiPriority w:val="99"/>
    <w:unhideWhenUsed/>
    <w:rsid w:val="006E2A8C"/>
    <w:rPr>
      <w:color w:val="0000FF" w:themeColor="hyperlink"/>
      <w:u w:val="single"/>
    </w:rPr>
  </w:style>
  <w:style w:type="character" w:styleId="UnresolvedMention">
    <w:name w:val="Unresolved Mention"/>
    <w:basedOn w:val="DefaultParagraphFont"/>
    <w:uiPriority w:val="99"/>
    <w:semiHidden/>
    <w:unhideWhenUsed/>
    <w:rsid w:val="006E2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EE249-BA80-544A-B73F-53B5A1399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16</Pages>
  <Words>4702</Words>
  <Characters>26802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31442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 Mcfadden</cp:lastModifiedBy>
  <cp:revision>263</cp:revision>
  <dcterms:created xsi:type="dcterms:W3CDTF">2019-09-10T23:59:00Z</dcterms:created>
  <dcterms:modified xsi:type="dcterms:W3CDTF">2020-01-16T07:16:00Z</dcterms:modified>
  <cp:category/>
</cp:coreProperties>
</file>